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Look w:val="04A0" w:firstRow="1" w:lastRow="0" w:firstColumn="1" w:lastColumn="0" w:noHBand="0" w:noVBand="1"/>
      </w:tblPr>
      <w:tblGrid>
        <w:gridCol w:w="10338"/>
        <w:gridCol w:w="1014"/>
        <w:gridCol w:w="1017"/>
        <w:gridCol w:w="1017"/>
        <w:gridCol w:w="1014"/>
      </w:tblGrid>
      <w:tr w:rsidR="00EE2A09" w:rsidRPr="009510F4" w14:paraId="4BD118C2" w14:textId="744889F2" w:rsidTr="00B92383">
        <w:trPr>
          <w:trHeight w:hRule="exact" w:val="190"/>
          <w:jc w:val="center"/>
        </w:trPr>
        <w:tc>
          <w:tcPr>
            <w:tcW w:w="3590" w:type="pct"/>
            <w:shd w:val="clear" w:color="auto" w:fill="4D6E7F" w:themeFill="accent5"/>
            <w:tcMar>
              <w:top w:w="0" w:type="dxa"/>
              <w:left w:w="0" w:type="dxa"/>
              <w:bottom w:w="0" w:type="dxa"/>
              <w:right w:w="0" w:type="dxa"/>
            </w:tcMar>
          </w:tcPr>
          <w:p w14:paraId="634B8B98" w14:textId="7ACB7407" w:rsidR="00EE2A09" w:rsidRPr="009510F4" w:rsidRDefault="00EE2A09" w:rsidP="00512B0C">
            <w:pPr>
              <w:spacing w:after="0" w:line="240" w:lineRule="auto"/>
              <w:jc w:val="center"/>
              <w:rPr>
                <w:sz w:val="18"/>
                <w:szCs w:val="18"/>
              </w:rPr>
            </w:pPr>
          </w:p>
        </w:tc>
        <w:tc>
          <w:tcPr>
            <w:tcW w:w="352" w:type="pct"/>
            <w:shd w:val="clear" w:color="auto" w:fill="8FBDB3" w:themeFill="accent1"/>
            <w:tcMar>
              <w:top w:w="0" w:type="dxa"/>
              <w:left w:w="0" w:type="dxa"/>
              <w:bottom w:w="0" w:type="dxa"/>
              <w:right w:w="0" w:type="dxa"/>
            </w:tcMar>
          </w:tcPr>
          <w:p w14:paraId="643721DB" w14:textId="6A2F1F96" w:rsidR="00EE2A09" w:rsidRPr="009510F4" w:rsidRDefault="00EE2A09" w:rsidP="00512B0C">
            <w:pPr>
              <w:spacing w:after="0" w:line="240" w:lineRule="auto"/>
              <w:jc w:val="center"/>
              <w:rPr>
                <w:sz w:val="18"/>
                <w:szCs w:val="18"/>
              </w:rPr>
            </w:pPr>
          </w:p>
        </w:tc>
        <w:tc>
          <w:tcPr>
            <w:tcW w:w="353" w:type="pct"/>
            <w:shd w:val="clear" w:color="auto" w:fill="D16E66" w:themeFill="accent2"/>
            <w:tcMar>
              <w:top w:w="0" w:type="dxa"/>
              <w:left w:w="0" w:type="dxa"/>
              <w:bottom w:w="0" w:type="dxa"/>
              <w:right w:w="0" w:type="dxa"/>
            </w:tcMar>
          </w:tcPr>
          <w:p w14:paraId="321AAE05" w14:textId="2CDB9ED3" w:rsidR="00EE2A09" w:rsidRPr="009510F4" w:rsidRDefault="00EE2A09" w:rsidP="00512B0C">
            <w:pPr>
              <w:spacing w:after="0" w:line="240" w:lineRule="auto"/>
              <w:jc w:val="center"/>
              <w:rPr>
                <w:sz w:val="18"/>
                <w:szCs w:val="18"/>
              </w:rPr>
            </w:pPr>
          </w:p>
        </w:tc>
        <w:tc>
          <w:tcPr>
            <w:tcW w:w="353" w:type="pct"/>
            <w:shd w:val="clear" w:color="auto" w:fill="E9DCC4"/>
            <w:tcMar>
              <w:top w:w="0" w:type="dxa"/>
              <w:left w:w="0" w:type="dxa"/>
              <w:bottom w:w="0" w:type="dxa"/>
              <w:right w:w="0" w:type="dxa"/>
            </w:tcMar>
          </w:tcPr>
          <w:p w14:paraId="4492B907" w14:textId="0068DC9F" w:rsidR="00EE2A09" w:rsidRPr="009510F4" w:rsidRDefault="00EE2A09" w:rsidP="00512B0C">
            <w:pPr>
              <w:spacing w:after="0" w:line="240" w:lineRule="auto"/>
              <w:jc w:val="center"/>
              <w:rPr>
                <w:sz w:val="18"/>
                <w:szCs w:val="18"/>
              </w:rPr>
            </w:pPr>
          </w:p>
        </w:tc>
        <w:tc>
          <w:tcPr>
            <w:tcW w:w="352" w:type="pct"/>
            <w:shd w:val="clear" w:color="auto" w:fill="7E9777" w:themeFill="accent4"/>
          </w:tcPr>
          <w:p w14:paraId="1DE10513" w14:textId="77777777" w:rsidR="00EE2A09" w:rsidRPr="009510F4" w:rsidRDefault="00EE2A09" w:rsidP="00512B0C">
            <w:pPr>
              <w:spacing w:after="0" w:line="240" w:lineRule="auto"/>
              <w:jc w:val="center"/>
              <w:rPr>
                <w:sz w:val="18"/>
                <w:szCs w:val="18"/>
              </w:rPr>
            </w:pPr>
          </w:p>
        </w:tc>
      </w:tr>
    </w:tbl>
    <w:p w14:paraId="067EE4DC" w14:textId="0328F5AC" w:rsidR="00436766" w:rsidRPr="00FD2F19" w:rsidRDefault="00E40CF3" w:rsidP="42A071F3">
      <w:pPr>
        <w:pStyle w:val="Heading1"/>
        <w:spacing w:before="120" w:after="120" w:line="240" w:lineRule="auto"/>
        <w:jc w:val="center"/>
        <w:rPr>
          <w:rFonts w:ascii="Noto Sans" w:hAnsi="Noto Sans" w:cs="Noto Sans"/>
          <w:color w:val="26373F" w:themeColor="accent5" w:themeShade="80"/>
          <w:sz w:val="24"/>
          <w:szCs w:val="24"/>
        </w:rPr>
      </w:pPr>
      <w:r w:rsidRPr="42A071F3">
        <w:rPr>
          <w:rFonts w:ascii="Noto Sans" w:hAnsi="Noto Sans" w:cs="Noto Sans"/>
          <w:color w:val="26373F" w:themeColor="accent5" w:themeShade="80"/>
          <w:sz w:val="24"/>
          <w:szCs w:val="24"/>
        </w:rPr>
        <w:t>UVIC’S FRAMEWORK FOR RELATIONAL PRACTICE</w:t>
      </w:r>
    </w:p>
    <w:p w14:paraId="6F13E1DA" w14:textId="651370C4" w:rsidR="00901EC2" w:rsidRPr="00E40CF3" w:rsidRDefault="00901EC2" w:rsidP="00AA4918">
      <w:pPr>
        <w:spacing w:before="120" w:after="240" w:line="240" w:lineRule="auto"/>
        <w:jc w:val="center"/>
        <w:rPr>
          <w:rFonts w:ascii="Noto Sans" w:hAnsi="Noto Sans" w:cs="Noto Sans"/>
          <w:b/>
          <w:bCs/>
          <w:color w:val="26373F" w:themeColor="accent5" w:themeShade="80"/>
          <w:sz w:val="24"/>
          <w:szCs w:val="24"/>
        </w:rPr>
      </w:pPr>
      <w:r w:rsidRPr="42A071F3">
        <w:rPr>
          <w:rFonts w:ascii="Noto Sans" w:hAnsi="Noto Sans" w:cs="Noto Sans"/>
          <w:b/>
          <w:bCs/>
          <w:color w:val="26373F" w:themeColor="accent5" w:themeShade="80"/>
          <w:sz w:val="32"/>
          <w:szCs w:val="32"/>
        </w:rPr>
        <w:t xml:space="preserve">Self-guided Reflection </w:t>
      </w:r>
      <w:r w:rsidR="00FD2F19" w:rsidRPr="42A071F3">
        <w:rPr>
          <w:rFonts w:ascii="Noto Sans" w:hAnsi="Noto Sans" w:cs="Noto Sans"/>
          <w:b/>
          <w:bCs/>
          <w:color w:val="26373F" w:themeColor="accent5" w:themeShade="80"/>
          <w:sz w:val="32"/>
          <w:szCs w:val="32"/>
        </w:rPr>
        <w:t>and Implementation Toolkit</w:t>
      </w:r>
    </w:p>
    <w:tbl>
      <w:tblPr>
        <w:tblW w:w="4769" w:type="pct"/>
        <w:jc w:val="center"/>
        <w:shd w:val="clear" w:color="auto" w:fill="FBF9F5"/>
        <w:tblLook w:val="04A0" w:firstRow="1" w:lastRow="0" w:firstColumn="1" w:lastColumn="0" w:noHBand="0" w:noVBand="1"/>
      </w:tblPr>
      <w:tblGrid>
        <w:gridCol w:w="13719"/>
      </w:tblGrid>
      <w:tr w:rsidR="005B55DE" w:rsidRPr="00196F23" w14:paraId="3683A351" w14:textId="77777777" w:rsidTr="42A071F3">
        <w:trPr>
          <w:trHeight w:val="7327"/>
          <w:jc w:val="center"/>
        </w:trPr>
        <w:tc>
          <w:tcPr>
            <w:tcW w:w="5000" w:type="pct"/>
            <w:tcBorders>
              <w:top w:val="single" w:sz="6" w:space="0" w:color="E9DCC4"/>
              <w:left w:val="single" w:sz="6" w:space="0" w:color="E9DCC4"/>
              <w:bottom w:val="single" w:sz="6" w:space="0" w:color="E9DCC4"/>
              <w:right w:val="single" w:sz="6" w:space="0" w:color="E9DCC4"/>
            </w:tcBorders>
            <w:shd w:val="clear" w:color="auto" w:fill="F7F2E9"/>
            <w:tcMar>
              <w:top w:w="100" w:type="dxa"/>
              <w:left w:w="140" w:type="dxa"/>
              <w:bottom w:w="100" w:type="dxa"/>
              <w:right w:w="140" w:type="dxa"/>
            </w:tcMar>
          </w:tcPr>
          <w:p w14:paraId="62ADF024" w14:textId="523AC4B7" w:rsidR="00FA1A4A" w:rsidRPr="00436766" w:rsidRDefault="00FA1A4A" w:rsidP="42A071F3">
            <w:pPr>
              <w:pStyle w:val="BodyText"/>
              <w:spacing w:before="120" w:after="240" w:line="240" w:lineRule="auto"/>
              <w:ind w:left="361" w:right="481"/>
              <w:rPr>
                <w:rFonts w:ascii="Noto Sans" w:hAnsi="Noto Sans" w:cs="Noto Sans"/>
              </w:rPr>
            </w:pPr>
            <w:r w:rsidRPr="00436766">
              <w:rPr>
                <w:rFonts w:ascii="Noto Sans" w:hAnsi="Noto Sans" w:cs="Noto Sans"/>
                <w:w w:val="105"/>
              </w:rPr>
              <w:t>UVic’s Framework for</w:t>
            </w:r>
            <w:r w:rsidRPr="00436766">
              <w:rPr>
                <w:rFonts w:ascii="Noto Sans" w:hAnsi="Noto Sans" w:cs="Noto Sans"/>
                <w:spacing w:val="-5"/>
                <w:w w:val="105"/>
              </w:rPr>
              <w:t xml:space="preserve"> </w:t>
            </w:r>
            <w:r w:rsidRPr="00436766">
              <w:rPr>
                <w:rFonts w:ascii="Noto Sans" w:hAnsi="Noto Sans" w:cs="Noto Sans"/>
                <w:w w:val="105"/>
              </w:rPr>
              <w:t>Relational</w:t>
            </w:r>
            <w:r w:rsidRPr="00436766">
              <w:rPr>
                <w:rFonts w:ascii="Noto Sans" w:hAnsi="Noto Sans" w:cs="Noto Sans"/>
                <w:spacing w:val="-1"/>
                <w:w w:val="105"/>
              </w:rPr>
              <w:t xml:space="preserve"> </w:t>
            </w:r>
            <w:r w:rsidRPr="00436766">
              <w:rPr>
                <w:rFonts w:ascii="Noto Sans" w:hAnsi="Noto Sans" w:cs="Noto Sans"/>
                <w:w w:val="105"/>
              </w:rPr>
              <w:t xml:space="preserve">Practice outlines the values that </w:t>
            </w:r>
            <w:proofErr w:type="gramStart"/>
            <w:r w:rsidRPr="00436766">
              <w:rPr>
                <w:rFonts w:ascii="Noto Sans" w:hAnsi="Noto Sans" w:cs="Noto Sans"/>
                <w:w w:val="105"/>
              </w:rPr>
              <w:t>guide</w:t>
            </w:r>
            <w:proofErr w:type="gramEnd"/>
            <w:r w:rsidRPr="00436766">
              <w:rPr>
                <w:rFonts w:ascii="Noto Sans" w:hAnsi="Noto Sans" w:cs="Noto Sans"/>
                <w:spacing w:val="-7"/>
                <w:w w:val="105"/>
              </w:rPr>
              <w:t xml:space="preserve"> </w:t>
            </w:r>
            <w:r w:rsidRPr="00436766">
              <w:rPr>
                <w:rFonts w:ascii="Noto Sans" w:hAnsi="Noto Sans" w:cs="Noto Sans"/>
                <w:w w:val="105"/>
              </w:rPr>
              <w:t>how we</w:t>
            </w:r>
            <w:r w:rsidRPr="00436766">
              <w:rPr>
                <w:rFonts w:ascii="Noto Sans" w:hAnsi="Noto Sans" w:cs="Noto Sans"/>
                <w:spacing w:val="-7"/>
                <w:w w:val="105"/>
              </w:rPr>
              <w:t xml:space="preserve"> </w:t>
            </w:r>
            <w:r w:rsidRPr="00436766">
              <w:rPr>
                <w:rFonts w:ascii="Noto Sans" w:hAnsi="Noto Sans" w:cs="Noto Sans"/>
                <w:w w:val="105"/>
              </w:rPr>
              <w:t>work, collaborate, and make</w:t>
            </w:r>
            <w:r w:rsidRPr="00436766">
              <w:rPr>
                <w:rFonts w:ascii="Noto Sans" w:hAnsi="Noto Sans" w:cs="Noto Sans"/>
                <w:spacing w:val="-7"/>
                <w:w w:val="105"/>
              </w:rPr>
              <w:t xml:space="preserve"> </w:t>
            </w:r>
            <w:r w:rsidRPr="00436766">
              <w:rPr>
                <w:rFonts w:ascii="Noto Sans" w:hAnsi="Noto Sans" w:cs="Noto Sans"/>
                <w:w w:val="105"/>
              </w:rPr>
              <w:t>decisions relationally at UVic. This toolkit</w:t>
            </w:r>
            <w:r w:rsidRPr="00436766">
              <w:rPr>
                <w:rFonts w:ascii="Noto Sans" w:hAnsi="Noto Sans" w:cs="Noto Sans"/>
                <w:spacing w:val="-6"/>
                <w:w w:val="105"/>
              </w:rPr>
              <w:t xml:space="preserve"> </w:t>
            </w:r>
            <w:r w:rsidRPr="00436766">
              <w:rPr>
                <w:rFonts w:ascii="Noto Sans" w:hAnsi="Noto Sans" w:cs="Noto Sans"/>
                <w:w w:val="105"/>
              </w:rPr>
              <w:t>is designed</w:t>
            </w:r>
            <w:r w:rsidRPr="00436766">
              <w:rPr>
                <w:rFonts w:ascii="Noto Sans" w:hAnsi="Noto Sans" w:cs="Noto Sans"/>
                <w:spacing w:val="-4"/>
                <w:w w:val="105"/>
              </w:rPr>
              <w:t xml:space="preserve"> </w:t>
            </w:r>
            <w:r w:rsidRPr="00436766">
              <w:rPr>
                <w:rFonts w:ascii="Noto Sans" w:hAnsi="Noto Sans" w:cs="Noto Sans"/>
                <w:w w:val="105"/>
              </w:rPr>
              <w:t>to</w:t>
            </w:r>
            <w:r w:rsidRPr="00436766">
              <w:rPr>
                <w:rFonts w:ascii="Noto Sans" w:hAnsi="Noto Sans" w:cs="Noto Sans"/>
                <w:spacing w:val="-2"/>
                <w:w w:val="105"/>
              </w:rPr>
              <w:t xml:space="preserve"> </w:t>
            </w:r>
            <w:r w:rsidRPr="00436766">
              <w:rPr>
                <w:rFonts w:ascii="Noto Sans" w:hAnsi="Noto Sans" w:cs="Noto Sans"/>
                <w:w w:val="105"/>
              </w:rPr>
              <w:t>support</w:t>
            </w:r>
            <w:r w:rsidRPr="00436766">
              <w:rPr>
                <w:rFonts w:ascii="Noto Sans" w:hAnsi="Noto Sans" w:cs="Noto Sans"/>
                <w:spacing w:val="-6"/>
                <w:w w:val="105"/>
              </w:rPr>
              <w:t xml:space="preserve"> </w:t>
            </w:r>
            <w:r w:rsidRPr="00436766">
              <w:rPr>
                <w:rFonts w:ascii="Noto Sans" w:hAnsi="Noto Sans" w:cs="Noto Sans"/>
                <w:w w:val="105"/>
              </w:rPr>
              <w:t>thoughtful</w:t>
            </w:r>
            <w:r w:rsidRPr="00436766">
              <w:rPr>
                <w:rFonts w:ascii="Noto Sans" w:hAnsi="Noto Sans" w:cs="Noto Sans"/>
                <w:spacing w:val="-6"/>
                <w:w w:val="105"/>
              </w:rPr>
              <w:t xml:space="preserve"> </w:t>
            </w:r>
            <w:r w:rsidRPr="00436766">
              <w:rPr>
                <w:rFonts w:ascii="Noto Sans" w:hAnsi="Noto Sans" w:cs="Noto Sans"/>
                <w:w w:val="105"/>
              </w:rPr>
              <w:t>reflection</w:t>
            </w:r>
            <w:r w:rsidRPr="00436766">
              <w:rPr>
                <w:rFonts w:ascii="Noto Sans" w:hAnsi="Noto Sans" w:cs="Noto Sans"/>
                <w:spacing w:val="-2"/>
                <w:w w:val="105"/>
              </w:rPr>
              <w:t xml:space="preserve"> </w:t>
            </w:r>
            <w:r w:rsidRPr="00436766">
              <w:rPr>
                <w:rFonts w:ascii="Noto Sans" w:hAnsi="Noto Sans" w:cs="Noto Sans"/>
                <w:w w:val="105"/>
              </w:rPr>
              <w:t>and</w:t>
            </w:r>
            <w:r w:rsidRPr="00436766">
              <w:rPr>
                <w:rFonts w:ascii="Noto Sans" w:hAnsi="Noto Sans" w:cs="Noto Sans"/>
                <w:spacing w:val="-4"/>
                <w:w w:val="105"/>
              </w:rPr>
              <w:t xml:space="preserve"> </w:t>
            </w:r>
            <w:r w:rsidRPr="00436766">
              <w:rPr>
                <w:rFonts w:ascii="Noto Sans" w:hAnsi="Noto Sans" w:cs="Noto Sans"/>
                <w:w w:val="105"/>
              </w:rPr>
              <w:t>intentional</w:t>
            </w:r>
            <w:r w:rsidRPr="00436766">
              <w:rPr>
                <w:rFonts w:ascii="Noto Sans" w:hAnsi="Noto Sans" w:cs="Noto Sans"/>
                <w:spacing w:val="-6"/>
                <w:w w:val="105"/>
              </w:rPr>
              <w:t xml:space="preserve"> </w:t>
            </w:r>
            <w:r w:rsidRPr="00436766">
              <w:rPr>
                <w:rFonts w:ascii="Noto Sans" w:hAnsi="Noto Sans" w:cs="Noto Sans"/>
                <w:w w:val="105"/>
              </w:rPr>
              <w:t>action</w:t>
            </w:r>
            <w:r w:rsidRPr="00436766">
              <w:rPr>
                <w:rFonts w:ascii="Noto Sans" w:hAnsi="Noto Sans" w:cs="Noto Sans"/>
                <w:spacing w:val="-2"/>
                <w:w w:val="105"/>
              </w:rPr>
              <w:t xml:space="preserve"> </w:t>
            </w:r>
            <w:r w:rsidRPr="00436766">
              <w:rPr>
                <w:rFonts w:ascii="Noto Sans" w:hAnsi="Noto Sans" w:cs="Noto Sans"/>
                <w:w w:val="105"/>
              </w:rPr>
              <w:t>among</w:t>
            </w:r>
            <w:r w:rsidRPr="00436766">
              <w:rPr>
                <w:rFonts w:ascii="Noto Sans" w:hAnsi="Noto Sans" w:cs="Noto Sans"/>
                <w:spacing w:val="24"/>
                <w:w w:val="105"/>
              </w:rPr>
              <w:t xml:space="preserve"> </w:t>
            </w:r>
            <w:r w:rsidRPr="42A071F3">
              <w:rPr>
                <w:rFonts w:ascii="Noto Sans" w:hAnsi="Noto Sans" w:cs="Noto Sans"/>
                <w:b/>
                <w:bCs/>
                <w:w w:val="105"/>
                <w:u w:val="single"/>
              </w:rPr>
              <w:t>faculty and</w:t>
            </w:r>
            <w:r w:rsidRPr="42A071F3">
              <w:rPr>
                <w:rFonts w:ascii="Noto Sans" w:hAnsi="Noto Sans" w:cs="Noto Sans"/>
                <w:b/>
                <w:bCs/>
                <w:spacing w:val="-11"/>
                <w:w w:val="105"/>
                <w:u w:val="single"/>
              </w:rPr>
              <w:t xml:space="preserve"> </w:t>
            </w:r>
            <w:r w:rsidRPr="42A071F3">
              <w:rPr>
                <w:rFonts w:ascii="Noto Sans" w:hAnsi="Noto Sans" w:cs="Noto Sans"/>
                <w:b/>
                <w:bCs/>
                <w:w w:val="105"/>
                <w:u w:val="single"/>
              </w:rPr>
              <w:t>staff</w:t>
            </w:r>
            <w:r w:rsidRPr="42A071F3">
              <w:rPr>
                <w:rFonts w:ascii="Noto Sans" w:hAnsi="Noto Sans" w:cs="Noto Sans"/>
                <w:b/>
                <w:bCs/>
                <w:w w:val="105"/>
              </w:rPr>
              <w:t xml:space="preserve"> </w:t>
            </w:r>
            <w:r w:rsidR="446A31A4" w:rsidRPr="00436766">
              <w:rPr>
                <w:rFonts w:ascii="Noto Sans" w:hAnsi="Noto Sans" w:cs="Noto Sans"/>
                <w:w w:val="105"/>
              </w:rPr>
              <w:t xml:space="preserve">and to practice the </w:t>
            </w:r>
            <w:r w:rsidRPr="42A071F3">
              <w:rPr>
                <w:rFonts w:ascii="Noto Sans" w:hAnsi="Noto Sans" w:cs="Noto Sans"/>
              </w:rPr>
              <w:t xml:space="preserve">values </w:t>
            </w:r>
            <w:r w:rsidR="11A7C640" w:rsidRPr="42A071F3">
              <w:rPr>
                <w:rFonts w:ascii="Noto Sans" w:hAnsi="Noto Sans" w:cs="Noto Sans"/>
              </w:rPr>
              <w:t xml:space="preserve">to </w:t>
            </w:r>
            <w:r w:rsidRPr="42A071F3">
              <w:rPr>
                <w:rFonts w:ascii="Noto Sans" w:hAnsi="Noto Sans" w:cs="Noto Sans"/>
              </w:rPr>
              <w:t xml:space="preserve">support </w:t>
            </w:r>
            <w:r w:rsidR="33FC76AA" w:rsidRPr="42A071F3">
              <w:rPr>
                <w:rFonts w:ascii="Noto Sans" w:hAnsi="Noto Sans" w:cs="Noto Sans"/>
              </w:rPr>
              <w:t>more</w:t>
            </w:r>
            <w:r w:rsidRPr="42A071F3">
              <w:rPr>
                <w:rFonts w:ascii="Noto Sans" w:hAnsi="Noto Sans" w:cs="Noto Sans"/>
              </w:rPr>
              <w:t xml:space="preserve"> collegial, collaborative and professional work</w:t>
            </w:r>
            <w:r w:rsidR="49518E22" w:rsidRPr="42A071F3">
              <w:rPr>
                <w:rFonts w:ascii="Noto Sans" w:hAnsi="Noto Sans" w:cs="Noto Sans"/>
              </w:rPr>
              <w:t>spaces</w:t>
            </w:r>
            <w:r w:rsidRPr="42A071F3">
              <w:rPr>
                <w:rFonts w:ascii="Noto Sans" w:hAnsi="Noto Sans" w:cs="Noto Sans"/>
              </w:rPr>
              <w:t>.</w:t>
            </w:r>
          </w:p>
          <w:p w14:paraId="45E26D7E" w14:textId="77777777" w:rsidR="00FA1A4A" w:rsidRPr="00436766" w:rsidRDefault="00FA1A4A" w:rsidP="00B33C1B">
            <w:pPr>
              <w:pStyle w:val="Title"/>
              <w:spacing w:before="120" w:after="240"/>
              <w:ind w:left="361"/>
              <w:contextualSpacing w:val="0"/>
              <w:rPr>
                <w:rFonts w:ascii="Noto Sans" w:hAnsi="Noto Sans" w:cs="Noto Sans"/>
                <w:b/>
                <w:bCs/>
                <w:color w:val="26373F" w:themeColor="accent5" w:themeShade="80"/>
                <w:sz w:val="22"/>
                <w:szCs w:val="22"/>
              </w:rPr>
            </w:pPr>
            <w:r w:rsidRPr="00436766">
              <w:rPr>
                <w:rFonts w:ascii="Noto Sans" w:hAnsi="Noto Sans" w:cs="Noto Sans"/>
                <w:b/>
                <w:bCs/>
                <w:color w:val="26373F" w:themeColor="accent5" w:themeShade="80"/>
                <w:sz w:val="22"/>
                <w:szCs w:val="22"/>
              </w:rPr>
              <w:t>How</w:t>
            </w:r>
            <w:r w:rsidRPr="00436766">
              <w:rPr>
                <w:rFonts w:ascii="Noto Sans" w:hAnsi="Noto Sans" w:cs="Noto Sans"/>
                <w:b/>
                <w:bCs/>
                <w:color w:val="26373F" w:themeColor="accent5" w:themeShade="80"/>
                <w:spacing w:val="25"/>
                <w:sz w:val="22"/>
                <w:szCs w:val="22"/>
              </w:rPr>
              <w:t xml:space="preserve"> </w:t>
            </w:r>
            <w:r w:rsidRPr="00436766">
              <w:rPr>
                <w:rFonts w:ascii="Noto Sans" w:hAnsi="Noto Sans" w:cs="Noto Sans"/>
                <w:b/>
                <w:bCs/>
                <w:color w:val="26373F" w:themeColor="accent5" w:themeShade="80"/>
                <w:sz w:val="22"/>
                <w:szCs w:val="22"/>
              </w:rPr>
              <w:t>to</w:t>
            </w:r>
            <w:r w:rsidRPr="00436766">
              <w:rPr>
                <w:rFonts w:ascii="Noto Sans" w:hAnsi="Noto Sans" w:cs="Noto Sans"/>
                <w:b/>
                <w:bCs/>
                <w:color w:val="26373F" w:themeColor="accent5" w:themeShade="80"/>
                <w:spacing w:val="15"/>
                <w:sz w:val="22"/>
                <w:szCs w:val="22"/>
              </w:rPr>
              <w:t xml:space="preserve"> </w:t>
            </w:r>
            <w:r w:rsidRPr="00436766">
              <w:rPr>
                <w:rFonts w:ascii="Noto Sans" w:hAnsi="Noto Sans" w:cs="Noto Sans"/>
                <w:b/>
                <w:bCs/>
                <w:color w:val="26373F" w:themeColor="accent5" w:themeShade="80"/>
                <w:spacing w:val="-5"/>
                <w:sz w:val="22"/>
                <w:szCs w:val="22"/>
              </w:rPr>
              <w:t>Use</w:t>
            </w:r>
          </w:p>
          <w:p w14:paraId="0164401B" w14:textId="2490ABE0" w:rsidR="009B0954" w:rsidRPr="009B0954" w:rsidRDefault="009B0954" w:rsidP="00B92383">
            <w:pPr>
              <w:pStyle w:val="ListParagraph"/>
              <w:widowControl w:val="0"/>
              <w:numPr>
                <w:ilvl w:val="0"/>
                <w:numId w:val="30"/>
              </w:numPr>
              <w:tabs>
                <w:tab w:val="left" w:pos="719"/>
                <w:tab w:val="left" w:pos="721"/>
              </w:tabs>
              <w:autoSpaceDE w:val="0"/>
              <w:autoSpaceDN w:val="0"/>
              <w:spacing w:before="120" w:after="240" w:line="240" w:lineRule="auto"/>
              <w:ind w:right="1091"/>
              <w:contextualSpacing w:val="0"/>
              <w:jc w:val="both"/>
              <w:rPr>
                <w:rFonts w:ascii="Noto Sans" w:hAnsi="Noto Sans" w:cs="Noto Sans"/>
              </w:rPr>
            </w:pPr>
            <w:r w:rsidRPr="009B0954">
              <w:rPr>
                <w:rFonts w:ascii="Noto Sans" w:hAnsi="Noto Sans" w:cs="Noto Sans"/>
                <w:w w:val="105"/>
              </w:rPr>
              <w:t xml:space="preserve">Share </w:t>
            </w:r>
            <w:r w:rsidRPr="009B0954">
              <w:rPr>
                <w:rFonts w:ascii="Noto Sans" w:hAnsi="Noto Sans" w:cs="Noto Sans"/>
                <w:b/>
                <w:bCs/>
                <w:w w:val="105"/>
              </w:rPr>
              <w:t>UVic’s Framework for Relational Practice</w:t>
            </w:r>
            <w:r w:rsidRPr="009B0954">
              <w:rPr>
                <w:rFonts w:ascii="Noto Sans" w:hAnsi="Noto Sans" w:cs="Noto Sans"/>
                <w:w w:val="105"/>
              </w:rPr>
              <w:t xml:space="preserve">, including the value definitions and examples, alongside this toolkit. Invite participants to review the </w:t>
            </w:r>
            <w:r w:rsidRPr="008D350C">
              <w:rPr>
                <w:rFonts w:ascii="Noto Sans" w:hAnsi="Noto Sans" w:cs="Noto Sans"/>
                <w:w w:val="105"/>
                <w:u w:val="single"/>
              </w:rPr>
              <w:t>first</w:t>
            </w:r>
            <w:r w:rsidR="24E66DE4" w:rsidRPr="008D350C">
              <w:rPr>
                <w:rFonts w:ascii="Noto Sans" w:hAnsi="Noto Sans" w:cs="Noto Sans"/>
                <w:w w:val="105"/>
                <w:u w:val="single"/>
              </w:rPr>
              <w:t xml:space="preserve"> </w:t>
            </w:r>
            <w:r w:rsidRPr="008D350C">
              <w:rPr>
                <w:rFonts w:ascii="Noto Sans" w:hAnsi="Noto Sans" w:cs="Noto Sans"/>
                <w:w w:val="105"/>
                <w:u w:val="single"/>
              </w:rPr>
              <w:t>three</w:t>
            </w:r>
            <w:r w:rsidRPr="009B0954">
              <w:rPr>
                <w:rFonts w:ascii="Noto Sans" w:hAnsi="Noto Sans" w:cs="Noto Sans"/>
                <w:w w:val="105"/>
              </w:rPr>
              <w:t xml:space="preserve"> individual reflection questions and take notes before meeting.</w:t>
            </w:r>
          </w:p>
          <w:p w14:paraId="608CB288" w14:textId="5C9E0624" w:rsidR="00545866" w:rsidRPr="00545866" w:rsidRDefault="00545866" w:rsidP="00B92383">
            <w:pPr>
              <w:pStyle w:val="ListParagraph"/>
              <w:widowControl w:val="0"/>
              <w:numPr>
                <w:ilvl w:val="0"/>
                <w:numId w:val="30"/>
              </w:numPr>
              <w:tabs>
                <w:tab w:val="left" w:pos="719"/>
                <w:tab w:val="left" w:pos="721"/>
              </w:tabs>
              <w:autoSpaceDE w:val="0"/>
              <w:autoSpaceDN w:val="0"/>
              <w:spacing w:before="120" w:after="240" w:line="240" w:lineRule="auto"/>
              <w:ind w:right="1853"/>
              <w:contextualSpacing w:val="0"/>
              <w:jc w:val="both"/>
              <w:rPr>
                <w:rFonts w:ascii="Noto Sans" w:hAnsi="Noto Sans" w:cs="Noto Sans"/>
              </w:rPr>
            </w:pPr>
            <w:r w:rsidRPr="00545866">
              <w:rPr>
                <w:rFonts w:ascii="Noto Sans" w:hAnsi="Noto Sans" w:cs="Noto Sans"/>
                <w:w w:val="105"/>
              </w:rPr>
              <w:t>Meet as a group and select one of the five value bundles to focus on. Every group has different strengths and areas for improvement, shaped by its people, context, and history. Consider starting with strength</w:t>
            </w:r>
            <w:r w:rsidR="008D350C">
              <w:rPr>
                <w:rFonts w:ascii="Noto Sans" w:hAnsi="Noto Sans" w:cs="Noto Sans"/>
                <w:w w:val="105"/>
              </w:rPr>
              <w:t>(s)</w:t>
            </w:r>
            <w:r w:rsidRPr="00545866">
              <w:rPr>
                <w:rFonts w:ascii="Noto Sans" w:hAnsi="Noto Sans" w:cs="Noto Sans"/>
                <w:w w:val="105"/>
              </w:rPr>
              <w:t xml:space="preserve"> before exploring opportunities for improvement.</w:t>
            </w:r>
          </w:p>
          <w:p w14:paraId="281FDDAC" w14:textId="026ED8D8" w:rsidR="00545866" w:rsidRPr="00545866" w:rsidRDefault="00545866" w:rsidP="42A071F3">
            <w:pPr>
              <w:pStyle w:val="ListParagraph"/>
              <w:widowControl w:val="0"/>
              <w:numPr>
                <w:ilvl w:val="0"/>
                <w:numId w:val="30"/>
              </w:numPr>
              <w:tabs>
                <w:tab w:val="left" w:pos="719"/>
              </w:tabs>
              <w:spacing w:before="120" w:after="240" w:line="240" w:lineRule="auto"/>
              <w:ind w:left="719" w:hanging="358"/>
              <w:jc w:val="both"/>
              <w:rPr>
                <w:rFonts w:ascii="Noto Sans" w:hAnsi="Noto Sans" w:cs="Noto Sans"/>
              </w:rPr>
            </w:pPr>
            <w:r w:rsidRPr="00545866">
              <w:rPr>
                <w:rFonts w:ascii="Noto Sans" w:hAnsi="Noto Sans" w:cs="Noto Sans"/>
                <w:w w:val="105"/>
              </w:rPr>
              <w:t xml:space="preserve">Invite participants to share how their individual reflection went. Allow time for </w:t>
            </w:r>
            <w:r w:rsidR="568153D0" w:rsidRPr="42A071F3">
              <w:rPr>
                <w:rFonts w:ascii="Noto Sans" w:hAnsi="Noto Sans" w:cs="Noto Sans"/>
              </w:rPr>
              <w:t xml:space="preserve">further </w:t>
            </w:r>
            <w:r w:rsidRPr="42A071F3">
              <w:rPr>
                <w:rFonts w:ascii="Noto Sans" w:hAnsi="Noto Sans" w:cs="Noto Sans"/>
              </w:rPr>
              <w:t xml:space="preserve">reflection or discussion, </w:t>
            </w:r>
            <w:r w:rsidR="7C78A942" w:rsidRPr="42A071F3">
              <w:rPr>
                <w:rFonts w:ascii="Noto Sans" w:hAnsi="Noto Sans" w:cs="Noto Sans"/>
              </w:rPr>
              <w:t>allow participants to participate according to their comfort level.</w:t>
            </w:r>
          </w:p>
          <w:p w14:paraId="0BDFEA7C" w14:textId="1C051AA9" w:rsidR="42A071F3" w:rsidRDefault="42A071F3" w:rsidP="42A071F3">
            <w:pPr>
              <w:pStyle w:val="ListParagraph"/>
              <w:widowControl w:val="0"/>
              <w:tabs>
                <w:tab w:val="left" w:pos="719"/>
              </w:tabs>
              <w:spacing w:before="120" w:after="240" w:line="240" w:lineRule="auto"/>
              <w:ind w:left="719" w:hanging="358"/>
              <w:jc w:val="both"/>
              <w:rPr>
                <w:rFonts w:ascii="Noto Sans" w:hAnsi="Noto Sans" w:cs="Noto Sans"/>
              </w:rPr>
            </w:pPr>
          </w:p>
          <w:p w14:paraId="25C16D8B" w14:textId="6A81D244" w:rsidR="00FA1A4A" w:rsidRPr="00436766" w:rsidRDefault="7C78A942" w:rsidP="42A071F3">
            <w:pPr>
              <w:pStyle w:val="ListParagraph"/>
              <w:widowControl w:val="0"/>
              <w:numPr>
                <w:ilvl w:val="0"/>
                <w:numId w:val="30"/>
              </w:numPr>
              <w:tabs>
                <w:tab w:val="left" w:pos="719"/>
              </w:tabs>
              <w:spacing w:before="120" w:after="240" w:line="240" w:lineRule="auto"/>
              <w:ind w:left="719" w:hanging="358"/>
              <w:jc w:val="both"/>
              <w:rPr>
                <w:rFonts w:ascii="Noto Sans" w:hAnsi="Noto Sans" w:cs="Noto Sans"/>
              </w:rPr>
            </w:pPr>
            <w:r w:rsidRPr="42A071F3">
              <w:rPr>
                <w:rFonts w:ascii="Noto Sans" w:hAnsi="Noto Sans" w:cs="Noto Sans"/>
              </w:rPr>
              <w:t>R</w:t>
            </w:r>
            <w:r w:rsidR="00FA1A4A" w:rsidRPr="42A071F3">
              <w:rPr>
                <w:rFonts w:ascii="Noto Sans" w:hAnsi="Noto Sans" w:cs="Noto Sans"/>
              </w:rPr>
              <w:t xml:space="preserve">eview </w:t>
            </w:r>
            <w:r w:rsidR="0276619D" w:rsidRPr="42A071F3">
              <w:rPr>
                <w:rFonts w:ascii="Noto Sans" w:hAnsi="Noto Sans" w:cs="Noto Sans"/>
              </w:rPr>
              <w:t xml:space="preserve">and answer as a </w:t>
            </w:r>
            <w:r w:rsidR="15E2AC3B" w:rsidRPr="42A071F3">
              <w:rPr>
                <w:rFonts w:ascii="Noto Sans" w:hAnsi="Noto Sans" w:cs="Noto Sans"/>
              </w:rPr>
              <w:t xml:space="preserve">group, </w:t>
            </w:r>
            <w:r w:rsidR="0276619D" w:rsidRPr="42A071F3">
              <w:rPr>
                <w:rFonts w:ascii="Noto Sans" w:hAnsi="Noto Sans" w:cs="Noto Sans"/>
              </w:rPr>
              <w:t xml:space="preserve">the </w:t>
            </w:r>
            <w:r w:rsidR="00FA1A4A" w:rsidRPr="42A071F3">
              <w:rPr>
                <w:rFonts w:ascii="Noto Sans" w:hAnsi="Noto Sans" w:cs="Noto Sans"/>
                <w:u w:val="single"/>
              </w:rPr>
              <w:t>last three</w:t>
            </w:r>
            <w:r w:rsidR="00FA1A4A" w:rsidRPr="42A071F3">
              <w:rPr>
                <w:rFonts w:ascii="Noto Sans" w:hAnsi="Noto Sans" w:cs="Noto Sans"/>
              </w:rPr>
              <w:t xml:space="preserve"> </w:t>
            </w:r>
            <w:r w:rsidR="1F70821C" w:rsidRPr="42A071F3">
              <w:rPr>
                <w:rFonts w:ascii="Noto Sans" w:hAnsi="Noto Sans" w:cs="Noto Sans"/>
              </w:rPr>
              <w:t xml:space="preserve">questions </w:t>
            </w:r>
            <w:r w:rsidR="0C5B2FF0" w:rsidRPr="42A071F3">
              <w:rPr>
                <w:rFonts w:ascii="Noto Sans" w:hAnsi="Noto Sans" w:cs="Noto Sans"/>
              </w:rPr>
              <w:t>for each</w:t>
            </w:r>
            <w:r w:rsidR="00E94AA0" w:rsidRPr="42A071F3">
              <w:rPr>
                <w:rFonts w:ascii="Noto Sans" w:hAnsi="Noto Sans" w:cs="Noto Sans"/>
              </w:rPr>
              <w:t xml:space="preserve"> value </w:t>
            </w:r>
            <w:r w:rsidR="6ED089D2" w:rsidRPr="42A071F3">
              <w:rPr>
                <w:rFonts w:ascii="Noto Sans" w:hAnsi="Noto Sans" w:cs="Noto Sans"/>
              </w:rPr>
              <w:t xml:space="preserve">in the </w:t>
            </w:r>
            <w:r w:rsidR="00E94AA0" w:rsidRPr="42A071F3">
              <w:rPr>
                <w:rFonts w:ascii="Noto Sans" w:hAnsi="Noto Sans" w:cs="Noto Sans"/>
              </w:rPr>
              <w:t xml:space="preserve">bundle </w:t>
            </w:r>
            <w:r w:rsidR="7F140E4A" w:rsidRPr="42A071F3">
              <w:rPr>
                <w:rFonts w:ascii="Noto Sans" w:hAnsi="Noto Sans" w:cs="Noto Sans"/>
              </w:rPr>
              <w:t xml:space="preserve">you are focused on (there are </w:t>
            </w:r>
            <w:r w:rsidR="66843E99" w:rsidRPr="42A071F3">
              <w:rPr>
                <w:rFonts w:ascii="Noto Sans" w:hAnsi="Noto Sans" w:cs="Noto Sans"/>
              </w:rPr>
              <w:t>3</w:t>
            </w:r>
            <w:r w:rsidR="7F140E4A" w:rsidRPr="42A071F3">
              <w:rPr>
                <w:rFonts w:ascii="Noto Sans" w:hAnsi="Noto Sans" w:cs="Noto Sans"/>
              </w:rPr>
              <w:t>-5 values in each bundle)</w:t>
            </w:r>
            <w:r w:rsidR="00E94AA0" w:rsidRPr="42A071F3">
              <w:rPr>
                <w:rFonts w:ascii="Noto Sans" w:hAnsi="Noto Sans" w:cs="Noto Sans"/>
              </w:rPr>
              <w:t>.</w:t>
            </w:r>
          </w:p>
          <w:p w14:paraId="11436B87" w14:textId="04A70AD8" w:rsidR="42A071F3" w:rsidRDefault="42A071F3" w:rsidP="42A071F3">
            <w:pPr>
              <w:pStyle w:val="ListParagraph"/>
              <w:widowControl w:val="0"/>
              <w:tabs>
                <w:tab w:val="left" w:pos="719"/>
              </w:tabs>
              <w:spacing w:before="120" w:after="240" w:line="240" w:lineRule="auto"/>
              <w:ind w:left="719" w:hanging="358"/>
              <w:jc w:val="both"/>
              <w:rPr>
                <w:rFonts w:ascii="Noto Sans" w:hAnsi="Noto Sans" w:cs="Noto Sans"/>
              </w:rPr>
            </w:pPr>
          </w:p>
          <w:p w14:paraId="40B88755" w14:textId="6F384911" w:rsidR="00AE76F7" w:rsidRPr="00AE76F7" w:rsidRDefault="00AE76F7" w:rsidP="42A071F3">
            <w:pPr>
              <w:pStyle w:val="ListParagraph"/>
              <w:widowControl w:val="0"/>
              <w:numPr>
                <w:ilvl w:val="0"/>
                <w:numId w:val="30"/>
              </w:numPr>
              <w:tabs>
                <w:tab w:val="left" w:pos="719"/>
              </w:tabs>
              <w:spacing w:before="120" w:after="240" w:line="240" w:lineRule="auto"/>
              <w:ind w:left="719" w:hanging="358"/>
              <w:jc w:val="both"/>
              <w:rPr>
                <w:sz w:val="24"/>
                <w:szCs w:val="24"/>
              </w:rPr>
            </w:pPr>
            <w:r w:rsidRPr="00AE76F7">
              <w:rPr>
                <w:rFonts w:ascii="Noto Sans" w:hAnsi="Noto Sans" w:cs="Noto Sans"/>
                <w:w w:val="105"/>
              </w:rPr>
              <w:t>Record the main themes</w:t>
            </w:r>
            <w:r w:rsidR="2FEEC0CC" w:rsidRPr="00AE76F7">
              <w:rPr>
                <w:rFonts w:ascii="Noto Sans" w:hAnsi="Noto Sans" w:cs="Noto Sans"/>
                <w:w w:val="105"/>
              </w:rPr>
              <w:t xml:space="preserve"> emerging from the discussion. Ask for specific, and actionable, strategies for</w:t>
            </w:r>
            <w:r w:rsidRPr="42A071F3">
              <w:rPr>
                <w:rFonts w:ascii="Noto Sans" w:hAnsi="Noto Sans" w:cs="Noto Sans"/>
              </w:rPr>
              <w:t xml:space="preserve"> strengthening </w:t>
            </w:r>
            <w:r w:rsidR="560F7254" w:rsidRPr="42A071F3">
              <w:rPr>
                <w:rFonts w:ascii="Noto Sans" w:hAnsi="Noto Sans" w:cs="Noto Sans"/>
              </w:rPr>
              <w:t>the focused upon value</w:t>
            </w:r>
            <w:r w:rsidRPr="42A071F3">
              <w:rPr>
                <w:rFonts w:ascii="Noto Sans" w:hAnsi="Noto Sans" w:cs="Noto Sans"/>
              </w:rPr>
              <w:t>.</w:t>
            </w:r>
          </w:p>
          <w:p w14:paraId="4E3B83C4" w14:textId="35ACA7EB" w:rsidR="42A071F3" w:rsidRDefault="42A071F3" w:rsidP="42A071F3">
            <w:pPr>
              <w:pStyle w:val="ListParagraph"/>
              <w:widowControl w:val="0"/>
              <w:tabs>
                <w:tab w:val="left" w:pos="719"/>
              </w:tabs>
              <w:spacing w:before="120" w:after="240" w:line="240" w:lineRule="auto"/>
              <w:ind w:left="719" w:hanging="358"/>
              <w:jc w:val="both"/>
              <w:rPr>
                <w:sz w:val="24"/>
                <w:szCs w:val="24"/>
              </w:rPr>
            </w:pPr>
          </w:p>
          <w:p w14:paraId="6E57B9E6" w14:textId="24789352" w:rsidR="00F90DC9" w:rsidRPr="00FA1A4A" w:rsidRDefault="008E1436" w:rsidP="00B92383">
            <w:pPr>
              <w:pStyle w:val="ListParagraph"/>
              <w:widowControl w:val="0"/>
              <w:numPr>
                <w:ilvl w:val="0"/>
                <w:numId w:val="30"/>
              </w:numPr>
              <w:tabs>
                <w:tab w:val="left" w:pos="719"/>
              </w:tabs>
              <w:autoSpaceDE w:val="0"/>
              <w:autoSpaceDN w:val="0"/>
              <w:spacing w:before="120" w:after="240" w:line="240" w:lineRule="auto"/>
              <w:ind w:left="719" w:hanging="358"/>
              <w:contextualSpacing w:val="0"/>
              <w:jc w:val="both"/>
              <w:rPr>
                <w:sz w:val="24"/>
              </w:rPr>
            </w:pPr>
            <w:r w:rsidRPr="008E1436">
              <w:rPr>
                <w:rFonts w:ascii="Noto Sans" w:hAnsi="Noto Sans" w:cs="Noto Sans"/>
              </w:rPr>
              <w:t>Work through the remaining value bundles over time, revisiting progress and building on previous discussions.</w:t>
            </w:r>
          </w:p>
        </w:tc>
      </w:tr>
    </w:tbl>
    <w:tbl>
      <w:tblPr>
        <w:tblStyle w:val="GridTable5Dark-Accent3"/>
        <w:tblW w:w="5072" w:type="pct"/>
        <w:tblBorders>
          <w:top w:val="single" w:sz="4" w:space="0" w:color="2A2622" w:themeColor="text1"/>
          <w:left w:val="single" w:sz="4" w:space="0" w:color="2A2622" w:themeColor="text1"/>
          <w:bottom w:val="single" w:sz="4" w:space="0" w:color="2A2622" w:themeColor="text1"/>
          <w:right w:val="single" w:sz="4" w:space="0" w:color="2A2622" w:themeColor="text1"/>
          <w:insideH w:val="single" w:sz="4" w:space="0" w:color="2A2622" w:themeColor="text1"/>
          <w:insideV w:val="single" w:sz="4" w:space="0" w:color="2A2622" w:themeColor="text1"/>
        </w:tblBorders>
        <w:tblCellMar>
          <w:top w:w="17" w:type="dxa"/>
          <w:left w:w="28" w:type="dxa"/>
          <w:bottom w:w="17" w:type="dxa"/>
          <w:right w:w="28" w:type="dxa"/>
        </w:tblCellMar>
        <w:tblLook w:val="0480" w:firstRow="0" w:lastRow="0" w:firstColumn="1" w:lastColumn="0" w:noHBand="0" w:noVBand="1"/>
      </w:tblPr>
      <w:tblGrid>
        <w:gridCol w:w="1980"/>
        <w:gridCol w:w="2132"/>
        <w:gridCol w:w="2055"/>
        <w:gridCol w:w="2055"/>
        <w:gridCol w:w="2055"/>
        <w:gridCol w:w="2055"/>
        <w:gridCol w:w="2265"/>
      </w:tblGrid>
      <w:tr w:rsidR="000572FC" w:rsidRPr="00091CDF" w14:paraId="03061D3C" w14:textId="5C5374E1" w:rsidTr="004B2E76">
        <w:trPr>
          <w:cnfStyle w:val="000000100000" w:firstRow="0" w:lastRow="0" w:firstColumn="0" w:lastColumn="0" w:oddVBand="0" w:evenVBand="0" w:oddHBand="1" w:evenHBand="0" w:firstRowFirstColumn="0" w:firstRowLastColumn="0" w:lastRowFirstColumn="0" w:lastRowLastColumn="0"/>
          <w:cantSplit/>
          <w:trHeight w:val="1303"/>
        </w:trPr>
        <w:tc>
          <w:tcPr>
            <w:cnfStyle w:val="001000000000" w:firstRow="0" w:lastRow="0" w:firstColumn="1" w:lastColumn="0" w:oddVBand="0" w:evenVBand="0" w:oddHBand="0" w:evenHBand="0" w:firstRowFirstColumn="0" w:firstRowLastColumn="0" w:lastRowFirstColumn="0" w:lastRowLastColumn="0"/>
            <w:tcW w:w="678" w:type="pct"/>
            <w:tcBorders>
              <w:top w:val="single" w:sz="4" w:space="0" w:color="auto"/>
              <w:left w:val="single" w:sz="4" w:space="0" w:color="auto"/>
              <w:bottom w:val="single" w:sz="4" w:space="0" w:color="auto"/>
              <w:right w:val="single" w:sz="4" w:space="0" w:color="auto"/>
            </w:tcBorders>
            <w:shd w:val="clear" w:color="auto" w:fill="EAEAE9" w:themeFill="accent6" w:themeFillTint="33"/>
            <w:tcMar>
              <w:top w:w="60" w:type="dxa"/>
              <w:left w:w="70" w:type="dxa"/>
              <w:bottom w:w="60" w:type="dxa"/>
              <w:right w:w="70" w:type="dxa"/>
            </w:tcMar>
            <w:vAlign w:val="center"/>
          </w:tcPr>
          <w:p w14:paraId="59112D5D" w14:textId="77777777" w:rsidR="000572FC" w:rsidRPr="00521D67" w:rsidRDefault="000572FC" w:rsidP="008072F9">
            <w:pPr>
              <w:jc w:val="center"/>
              <w:rPr>
                <w:rFonts w:ascii="Rosans Sans" w:hAnsi="Rosans Sans" w:cs="Noto Sans"/>
                <w:color w:val="C8DEDA"/>
                <w:sz w:val="42"/>
                <w:szCs w:val="42"/>
                <w14:ligatures w14:val="all"/>
              </w:rPr>
            </w:pPr>
          </w:p>
        </w:tc>
        <w:tc>
          <w:tcPr>
            <w:tcW w:w="730" w:type="pct"/>
            <w:tcBorders>
              <w:left w:val="single" w:sz="4" w:space="0" w:color="auto"/>
              <w:right w:val="nil"/>
            </w:tcBorders>
            <w:shd w:val="clear" w:color="auto" w:fill="EAEAE9" w:themeFill="accent6" w:themeFillTint="33"/>
            <w:vAlign w:val="center"/>
          </w:tcPr>
          <w:p w14:paraId="5457408C" w14:textId="3D073BC4" w:rsidR="000572FC" w:rsidRPr="008E1436" w:rsidRDefault="37DE6082" w:rsidP="42A071F3">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sz w:val="22"/>
                <w:szCs w:val="22"/>
              </w:rPr>
            </w:pPr>
            <w:r w:rsidRPr="42A071F3">
              <w:rPr>
                <w:rFonts w:ascii="Noto Sans" w:hAnsi="Noto Sans" w:cs="Noto Sans"/>
                <w:b/>
                <w:bCs/>
                <w:sz w:val="22"/>
                <w:szCs w:val="22"/>
              </w:rPr>
              <w:t>What does</w:t>
            </w:r>
            <w:r w:rsidR="46E46BA4" w:rsidRPr="42A071F3">
              <w:rPr>
                <w:rFonts w:ascii="Noto Sans" w:hAnsi="Noto Sans" w:cs="Noto Sans"/>
                <w:b/>
                <w:bCs/>
                <w:sz w:val="22"/>
                <w:szCs w:val="22"/>
              </w:rPr>
              <w:t xml:space="preserve"> this</w:t>
            </w:r>
            <w:r w:rsidRPr="42A071F3">
              <w:rPr>
                <w:rFonts w:ascii="Noto Sans" w:hAnsi="Noto Sans" w:cs="Noto Sans"/>
                <w:b/>
                <w:bCs/>
                <w:sz w:val="22"/>
                <w:szCs w:val="22"/>
              </w:rPr>
              <w:t xml:space="preserve"> value look like </w:t>
            </w:r>
            <w:r w:rsidR="3DD9A189" w:rsidRPr="42A071F3">
              <w:rPr>
                <w:rFonts w:ascii="Noto Sans" w:hAnsi="Noto Sans" w:cs="Noto Sans"/>
                <w:b/>
                <w:bCs/>
                <w:sz w:val="22"/>
                <w:szCs w:val="22"/>
              </w:rPr>
              <w:t>when I practice it</w:t>
            </w:r>
            <w:r w:rsidRPr="42A071F3">
              <w:rPr>
                <w:rFonts w:ascii="Noto Sans" w:hAnsi="Noto Sans" w:cs="Noto Sans"/>
                <w:b/>
                <w:bCs/>
                <w:sz w:val="22"/>
                <w:szCs w:val="22"/>
              </w:rPr>
              <w:t>?</w:t>
            </w:r>
          </w:p>
        </w:tc>
        <w:tc>
          <w:tcPr>
            <w:tcW w:w="704" w:type="pct"/>
            <w:tcBorders>
              <w:right w:val="nil"/>
            </w:tcBorders>
            <w:shd w:val="clear" w:color="auto" w:fill="EAEAE9" w:themeFill="accent6" w:themeFillTint="33"/>
            <w:vAlign w:val="center"/>
          </w:tcPr>
          <w:p w14:paraId="2067465C" w14:textId="5C60036B" w:rsidR="000572FC" w:rsidRPr="008E1436" w:rsidRDefault="281D721F" w:rsidP="42A071F3">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sz w:val="22"/>
                <w:szCs w:val="22"/>
              </w:rPr>
            </w:pPr>
            <w:r w:rsidRPr="42A071F3">
              <w:rPr>
                <w:rFonts w:ascii="Noto Sans" w:hAnsi="Noto Sans" w:cs="Noto Sans"/>
                <w:b/>
                <w:bCs/>
                <w:sz w:val="22"/>
                <w:szCs w:val="22"/>
              </w:rPr>
              <w:t>Do my colleagues recognize me practicing this value</w:t>
            </w:r>
            <w:r w:rsidR="37DE6082" w:rsidRPr="42A071F3">
              <w:rPr>
                <w:rFonts w:ascii="Noto Sans" w:hAnsi="Noto Sans" w:cs="Noto Sans"/>
                <w:b/>
                <w:bCs/>
                <w:sz w:val="22"/>
                <w:szCs w:val="22"/>
              </w:rPr>
              <w:t>?</w:t>
            </w:r>
            <w:r w:rsidR="48CE6B41" w:rsidRPr="42A071F3">
              <w:rPr>
                <w:rFonts w:ascii="Noto Sans" w:hAnsi="Noto Sans" w:cs="Noto Sans"/>
                <w:b/>
                <w:bCs/>
                <w:sz w:val="22"/>
                <w:szCs w:val="22"/>
              </w:rPr>
              <w:t xml:space="preserve"> When?</w:t>
            </w:r>
          </w:p>
        </w:tc>
        <w:tc>
          <w:tcPr>
            <w:tcW w:w="704" w:type="pct"/>
            <w:tcBorders>
              <w:right w:val="nil"/>
            </w:tcBorders>
            <w:shd w:val="clear" w:color="auto" w:fill="EAEAE9" w:themeFill="accent6" w:themeFillTint="33"/>
            <w:vAlign w:val="center"/>
          </w:tcPr>
          <w:p w14:paraId="46320C7F" w14:textId="1AA52EAD" w:rsidR="000572FC" w:rsidRPr="008E1436" w:rsidRDefault="48CE6B41" w:rsidP="42A071F3">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sz w:val="22"/>
                <w:szCs w:val="22"/>
              </w:rPr>
            </w:pPr>
            <w:r w:rsidRPr="42A071F3">
              <w:rPr>
                <w:rFonts w:ascii="Noto Sans" w:hAnsi="Noto Sans" w:cs="Noto Sans"/>
                <w:b/>
                <w:bCs/>
                <w:sz w:val="22"/>
                <w:szCs w:val="22"/>
              </w:rPr>
              <w:t>How could I do more in terms of this value</w:t>
            </w:r>
            <w:r w:rsidR="37DE6082" w:rsidRPr="42A071F3">
              <w:rPr>
                <w:rFonts w:ascii="Noto Sans" w:hAnsi="Noto Sans" w:cs="Noto Sans"/>
                <w:b/>
                <w:bCs/>
                <w:sz w:val="22"/>
                <w:szCs w:val="22"/>
              </w:rPr>
              <w:t>?</w:t>
            </w:r>
          </w:p>
        </w:tc>
        <w:tc>
          <w:tcPr>
            <w:tcW w:w="704" w:type="pct"/>
            <w:tcBorders>
              <w:right w:val="nil"/>
            </w:tcBorders>
            <w:shd w:val="clear" w:color="auto" w:fill="EAEAE9" w:themeFill="accent6" w:themeFillTint="33"/>
            <w:vAlign w:val="center"/>
          </w:tcPr>
          <w:p w14:paraId="07240896" w14:textId="2165A595" w:rsidR="000572FC" w:rsidRPr="008E1436" w:rsidRDefault="008A6C9B" w:rsidP="00884403">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sz w:val="22"/>
                <w:szCs w:val="22"/>
              </w:rPr>
            </w:pPr>
            <w:r w:rsidRPr="008E1436">
              <w:rPr>
                <w:rFonts w:ascii="Noto Sans" w:hAnsi="Noto Sans" w:cs="Noto Sans"/>
                <w:b/>
                <w:bCs/>
                <w:sz w:val="22"/>
                <w:szCs w:val="22"/>
              </w:rPr>
              <w:t>How do we demonstrate this value as a group?</w:t>
            </w:r>
          </w:p>
        </w:tc>
        <w:tc>
          <w:tcPr>
            <w:tcW w:w="704" w:type="pct"/>
            <w:tcBorders>
              <w:right w:val="nil"/>
            </w:tcBorders>
            <w:shd w:val="clear" w:color="auto" w:fill="EAEAE9" w:themeFill="accent6" w:themeFillTint="33"/>
            <w:vAlign w:val="center"/>
          </w:tcPr>
          <w:p w14:paraId="104F0D34" w14:textId="3A3B6791" w:rsidR="000572FC" w:rsidRPr="008E1436" w:rsidRDefault="00D45740" w:rsidP="00884403">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sz w:val="22"/>
                <w:szCs w:val="22"/>
              </w:rPr>
            </w:pPr>
            <w:r w:rsidRPr="008E1436">
              <w:rPr>
                <w:rFonts w:ascii="Noto Sans" w:hAnsi="Noto Sans" w:cs="Noto Sans"/>
                <w:b/>
                <w:bCs/>
                <w:sz w:val="22"/>
                <w:szCs w:val="22"/>
              </w:rPr>
              <w:t>How could we strengthen our practice of this value together?</w:t>
            </w:r>
          </w:p>
        </w:tc>
        <w:tc>
          <w:tcPr>
            <w:tcW w:w="776" w:type="pct"/>
            <w:tcBorders>
              <w:right w:val="single" w:sz="4" w:space="0" w:color="auto"/>
            </w:tcBorders>
            <w:shd w:val="clear" w:color="auto" w:fill="EAEAE9" w:themeFill="accent6" w:themeFillTint="33"/>
            <w:vAlign w:val="center"/>
          </w:tcPr>
          <w:p w14:paraId="08B7C6F7" w14:textId="74E758C7" w:rsidR="000572FC" w:rsidRPr="008E1436" w:rsidRDefault="1944E958" w:rsidP="42A071F3">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sz w:val="22"/>
                <w:szCs w:val="22"/>
              </w:rPr>
            </w:pPr>
            <w:r w:rsidRPr="42A071F3">
              <w:rPr>
                <w:rFonts w:ascii="Noto Sans" w:hAnsi="Noto Sans" w:cs="Noto Sans"/>
                <w:b/>
                <w:bCs/>
                <w:sz w:val="22"/>
                <w:szCs w:val="22"/>
              </w:rPr>
              <w:t xml:space="preserve">How can we hold ourselves and </w:t>
            </w:r>
            <w:r w:rsidR="26217339" w:rsidRPr="42A071F3">
              <w:rPr>
                <w:rFonts w:ascii="Noto Sans" w:hAnsi="Noto Sans" w:cs="Noto Sans"/>
                <w:b/>
                <w:bCs/>
                <w:sz w:val="22"/>
                <w:szCs w:val="22"/>
              </w:rPr>
              <w:t>each</w:t>
            </w:r>
            <w:r w:rsidRPr="42A071F3">
              <w:rPr>
                <w:rFonts w:ascii="Noto Sans" w:hAnsi="Noto Sans" w:cs="Noto Sans"/>
                <w:b/>
                <w:bCs/>
                <w:sz w:val="22"/>
                <w:szCs w:val="22"/>
              </w:rPr>
              <w:t xml:space="preserve"> </w:t>
            </w:r>
            <w:r w:rsidR="26217339" w:rsidRPr="42A071F3">
              <w:rPr>
                <w:rFonts w:ascii="Noto Sans" w:hAnsi="Noto Sans" w:cs="Noto Sans"/>
                <w:b/>
                <w:bCs/>
                <w:sz w:val="22"/>
                <w:szCs w:val="22"/>
              </w:rPr>
              <w:t>other</w:t>
            </w:r>
            <w:r w:rsidRPr="42A071F3">
              <w:rPr>
                <w:rFonts w:ascii="Noto Sans" w:hAnsi="Noto Sans" w:cs="Noto Sans"/>
                <w:b/>
                <w:bCs/>
                <w:sz w:val="22"/>
                <w:szCs w:val="22"/>
              </w:rPr>
              <w:t xml:space="preserve"> accountable </w:t>
            </w:r>
            <w:r w:rsidR="0F6E5EAF" w:rsidRPr="42A071F3">
              <w:rPr>
                <w:rFonts w:ascii="Noto Sans" w:hAnsi="Noto Sans" w:cs="Noto Sans"/>
                <w:b/>
                <w:bCs/>
                <w:sz w:val="22"/>
                <w:szCs w:val="22"/>
              </w:rPr>
              <w:t xml:space="preserve">to </w:t>
            </w:r>
            <w:proofErr w:type="gramStart"/>
            <w:r w:rsidRPr="42A071F3">
              <w:rPr>
                <w:rFonts w:ascii="Noto Sans" w:hAnsi="Noto Sans" w:cs="Noto Sans"/>
                <w:b/>
                <w:bCs/>
                <w:sz w:val="22"/>
                <w:szCs w:val="22"/>
              </w:rPr>
              <w:t>practicing</w:t>
            </w:r>
            <w:proofErr w:type="gramEnd"/>
            <w:r w:rsidRPr="42A071F3">
              <w:rPr>
                <w:rFonts w:ascii="Noto Sans" w:hAnsi="Noto Sans" w:cs="Noto Sans"/>
                <w:b/>
                <w:bCs/>
                <w:sz w:val="22"/>
                <w:szCs w:val="22"/>
              </w:rPr>
              <w:t xml:space="preserve"> this value?</w:t>
            </w:r>
          </w:p>
        </w:tc>
      </w:tr>
      <w:tr w:rsidR="00EA65E3" w:rsidRPr="00091CDF" w14:paraId="348455ED" w14:textId="0D58A270" w:rsidTr="004B2E76">
        <w:trPr>
          <w:cnfStyle w:val="000000010000" w:firstRow="0" w:lastRow="0" w:firstColumn="0" w:lastColumn="0" w:oddVBand="0" w:evenVBand="0" w:oddHBand="0" w:evenHBand="1"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78" w:type="pct"/>
            <w:tcBorders>
              <w:top w:val="single" w:sz="4" w:space="0" w:color="auto"/>
              <w:right w:val="nil"/>
            </w:tcBorders>
            <w:shd w:val="clear" w:color="auto" w:fill="342F2B" w:themeFill="text2"/>
            <w:tcMar>
              <w:top w:w="60" w:type="dxa"/>
              <w:left w:w="70" w:type="dxa"/>
              <w:bottom w:w="60" w:type="dxa"/>
              <w:right w:w="70" w:type="dxa"/>
            </w:tcMar>
            <w:vAlign w:val="bottom"/>
          </w:tcPr>
          <w:p w14:paraId="30E34056" w14:textId="1927E0C3" w:rsidR="00EA65E3" w:rsidRPr="009D7CD4" w:rsidRDefault="00EA65E3" w:rsidP="005E492E">
            <w:pPr>
              <w:jc w:val="center"/>
              <w:rPr>
                <w:rFonts w:ascii="Rosans Sans" w:hAnsi="Rosans Sans" w:cs="Noto Sans"/>
                <w:b w:val="0"/>
                <w:bCs w:val="0"/>
                <w:color w:val="C8DEDA"/>
                <w:sz w:val="28"/>
                <w:szCs w:val="28"/>
                <w14:ligatures w14:val="all"/>
              </w:rPr>
            </w:pPr>
            <w:r w:rsidRPr="009D7CD4">
              <w:rPr>
                <w:rFonts w:ascii="Rosans Sans" w:hAnsi="Rosans Sans" w:cs="Noto Sans"/>
                <w:color w:val="C8DEDA"/>
                <w:sz w:val="28"/>
                <w:szCs w:val="28"/>
                <w14:ligatures w14:val="all"/>
              </w:rPr>
              <w:t>value bundle 1</w:t>
            </w:r>
          </w:p>
          <w:p w14:paraId="2A6D0C79" w14:textId="4C388F6E" w:rsidR="00EA65E3" w:rsidRPr="009D7CD4" w:rsidRDefault="00EA65E3" w:rsidP="005E492E">
            <w:pPr>
              <w:jc w:val="center"/>
              <w:rPr>
                <w:rFonts w:ascii="Rosans Sans" w:hAnsi="Rosans Sans" w:cs="Noto Sans"/>
                <w:sz w:val="28"/>
                <w:szCs w:val="28"/>
              </w:rPr>
            </w:pPr>
            <w:r w:rsidRPr="009D7CD4">
              <w:rPr>
                <w:rFonts w:ascii="Greatness Culture Sans" w:hAnsi="Greatness Culture Sans" w:cs="Noto Sans"/>
                <w:color w:val="C8DEDA"/>
                <w:sz w:val="28"/>
                <w:szCs w:val="28"/>
                <w14:ligatures w14:val="all"/>
              </w:rPr>
              <w:t>CHANNEL</w:t>
            </w:r>
          </w:p>
        </w:tc>
        <w:tc>
          <w:tcPr>
            <w:tcW w:w="4322" w:type="pct"/>
            <w:gridSpan w:val="6"/>
            <w:tcBorders>
              <w:right w:val="single" w:sz="4" w:space="0" w:color="auto"/>
            </w:tcBorders>
            <w:shd w:val="clear" w:color="auto" w:fill="8FBDB3" w:themeFill="accent1"/>
            <w:vAlign w:val="bottom"/>
          </w:tcPr>
          <w:p w14:paraId="1C5C58B7" w14:textId="76EE1D7D" w:rsidR="00EA65E3" w:rsidRPr="00521D67" w:rsidRDefault="00EA65E3" w:rsidP="005E492E">
            <w:pPr>
              <w:cnfStyle w:val="000000010000" w:firstRow="0" w:lastRow="0" w:firstColumn="0" w:lastColumn="0" w:oddVBand="0" w:evenVBand="0" w:oddHBand="0" w:evenHBand="1" w:firstRowFirstColumn="0" w:firstRowLastColumn="0" w:lastRowFirstColumn="0" w:lastRowLastColumn="0"/>
              <w:rPr>
                <w:rFonts w:ascii="Rosans Sans" w:hAnsi="Rosans Sans" w:cs="Noto Sans"/>
                <w:color w:val="C8DEDA"/>
                <w:sz w:val="42"/>
                <w:szCs w:val="42"/>
                <w14:ligatures w14:val="all"/>
              </w:rPr>
            </w:pPr>
          </w:p>
        </w:tc>
      </w:tr>
      <w:tr w:rsidR="009D7CD4" w:rsidRPr="00091CDF" w14:paraId="197E0819" w14:textId="1DC41689" w:rsidTr="42A071F3">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78" w:type="pct"/>
            <w:shd w:val="clear" w:color="auto" w:fill="C8DEDA"/>
            <w:tcMar>
              <w:top w:w="50" w:type="dxa"/>
              <w:left w:w="80" w:type="dxa"/>
              <w:bottom w:w="50" w:type="dxa"/>
              <w:right w:w="80" w:type="dxa"/>
            </w:tcMar>
            <w:vAlign w:val="center"/>
          </w:tcPr>
          <w:p w14:paraId="53E12203" w14:textId="77777777"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i/>
                <w:noProof/>
                <w:spacing w:val="20"/>
              </w:rPr>
              <w:drawing>
                <wp:inline distT="0" distB="0" distL="0" distR="0" wp14:anchorId="147D9D08" wp14:editId="34D9236C">
                  <wp:extent cx="1070042" cy="642553"/>
                  <wp:effectExtent l="0" t="0" r="0" b="5715"/>
                  <wp:docPr id="7078048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BEBA8EAE-BF5A-486C-A8C5-ECC9F3942E4B}">
                                <a14:imgProps xmlns:a14="http://schemas.microsoft.com/office/drawing/2010/main">
                                  <a14:imgLayer r:embed="rId9">
                                    <a14:imgEffect>
                                      <a14:brightnessContrast bright="-100000"/>
                                    </a14:imgEffect>
                                  </a14:imgLayer>
                                </a14:imgProps>
                              </a:ext>
                              <a:ext uri="{28A0092B-C50C-407E-A947-70E740481C1C}">
                                <a14:useLocalDpi xmlns:a14="http://schemas.microsoft.com/office/drawing/2010/main" val="0"/>
                              </a:ext>
                            </a:extLst>
                          </a:blip>
                          <a:srcRect t="19719" b="20232"/>
                          <a:stretch>
                            <a:fillRect/>
                          </a:stretch>
                        </pic:blipFill>
                        <pic:spPr bwMode="auto">
                          <a:xfrm>
                            <a:off x="0" y="0"/>
                            <a:ext cx="1076206" cy="646254"/>
                          </a:xfrm>
                          <a:prstGeom prst="rect">
                            <a:avLst/>
                          </a:prstGeom>
                          <a:noFill/>
                          <a:ln>
                            <a:noFill/>
                          </a:ln>
                          <a:extLst>
                            <a:ext uri="{53640926-AAD7-44D8-BBD7-CCE9431645EC}">
                              <a14:shadowObscured xmlns:a14="http://schemas.microsoft.com/office/drawing/2010/main"/>
                            </a:ext>
                          </a:extLst>
                        </pic:spPr>
                      </pic:pic>
                    </a:graphicData>
                  </a:graphic>
                </wp:inline>
              </w:drawing>
            </w:r>
          </w:p>
          <w:p w14:paraId="7EE2C0C7" w14:textId="5B0A6333"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spacing w:val="20"/>
                <w:sz w:val="22"/>
                <w:szCs w:val="22"/>
              </w:rPr>
              <w:t>1</w:t>
            </w:r>
          </w:p>
          <w:p w14:paraId="5C0A7D84" w14:textId="03173F71" w:rsidR="009D7CD4" w:rsidRPr="00CB1342" w:rsidRDefault="009D7CD4" w:rsidP="008072F9">
            <w:pPr>
              <w:jc w:val="center"/>
              <w:rPr>
                <w:rFonts w:ascii="Rosans Sans" w:hAnsi="Rosans Sans" w:cs="Noto Sans"/>
                <w:spacing w:val="20"/>
                <w:sz w:val="22"/>
                <w:szCs w:val="22"/>
              </w:rPr>
            </w:pPr>
            <w:r w:rsidRPr="00CB1342">
              <w:rPr>
                <w:rFonts w:ascii="Rosans Sans" w:eastAsia="Noto Sans" w:hAnsi="Rosans Sans" w:cs="Noto Sans"/>
                <w:spacing w:val="20"/>
                <w:sz w:val="22"/>
                <w:szCs w:val="22"/>
              </w:rPr>
              <w:t>listen</w:t>
            </w:r>
          </w:p>
        </w:tc>
        <w:tc>
          <w:tcPr>
            <w:tcW w:w="730" w:type="pct"/>
            <w:shd w:val="clear" w:color="auto" w:fill="E8F1EF" w:themeFill="accent1" w:themeFillTint="33"/>
          </w:tcPr>
          <w:p w14:paraId="43171ED2" w14:textId="7CEDC87E" w:rsidR="009D7CD4" w:rsidRPr="00E85D5B" w:rsidRDefault="009D7CD4" w:rsidP="00BB0185">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i/>
                <w:noProof/>
                <w:spacing w:val="20"/>
                <w:sz w:val="30"/>
                <w:szCs w:val="30"/>
              </w:rPr>
            </w:pPr>
          </w:p>
        </w:tc>
        <w:tc>
          <w:tcPr>
            <w:tcW w:w="704" w:type="pct"/>
            <w:shd w:val="clear" w:color="auto" w:fill="E8F1EF" w:themeFill="accent1" w:themeFillTint="33"/>
          </w:tcPr>
          <w:p w14:paraId="03B8E1B1" w14:textId="77777777" w:rsidR="009D7CD4" w:rsidRPr="00E85D5B"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i/>
                <w:noProof/>
                <w:spacing w:val="20"/>
                <w:sz w:val="30"/>
                <w:szCs w:val="30"/>
              </w:rPr>
            </w:pPr>
          </w:p>
        </w:tc>
        <w:tc>
          <w:tcPr>
            <w:tcW w:w="704" w:type="pct"/>
            <w:shd w:val="clear" w:color="auto" w:fill="E8F1EF" w:themeFill="accent1" w:themeFillTint="33"/>
          </w:tcPr>
          <w:p w14:paraId="7B1283C8" w14:textId="77777777" w:rsidR="009D7CD4" w:rsidRPr="00E85D5B"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i/>
                <w:noProof/>
                <w:spacing w:val="20"/>
                <w:sz w:val="30"/>
                <w:szCs w:val="30"/>
              </w:rPr>
            </w:pPr>
          </w:p>
        </w:tc>
        <w:tc>
          <w:tcPr>
            <w:tcW w:w="704" w:type="pct"/>
            <w:shd w:val="clear" w:color="auto" w:fill="E8F1EF" w:themeFill="accent1" w:themeFillTint="33"/>
          </w:tcPr>
          <w:p w14:paraId="428F6A46" w14:textId="77777777" w:rsidR="009D7CD4" w:rsidRPr="00E85D5B"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i/>
                <w:noProof/>
                <w:spacing w:val="20"/>
                <w:sz w:val="30"/>
                <w:szCs w:val="30"/>
              </w:rPr>
            </w:pPr>
          </w:p>
        </w:tc>
        <w:tc>
          <w:tcPr>
            <w:tcW w:w="704" w:type="pct"/>
            <w:shd w:val="clear" w:color="auto" w:fill="E8F1EF" w:themeFill="accent1" w:themeFillTint="33"/>
          </w:tcPr>
          <w:p w14:paraId="77E61577" w14:textId="77777777" w:rsidR="009D7CD4" w:rsidRPr="00E85D5B"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i/>
                <w:noProof/>
                <w:spacing w:val="20"/>
                <w:sz w:val="30"/>
                <w:szCs w:val="30"/>
              </w:rPr>
            </w:pPr>
          </w:p>
        </w:tc>
        <w:tc>
          <w:tcPr>
            <w:tcW w:w="776" w:type="pct"/>
            <w:shd w:val="clear" w:color="auto" w:fill="E8F1EF" w:themeFill="accent1" w:themeFillTint="33"/>
          </w:tcPr>
          <w:p w14:paraId="06A14623" w14:textId="77777777" w:rsidR="009D7CD4" w:rsidRPr="00E85D5B"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i/>
                <w:noProof/>
                <w:spacing w:val="20"/>
                <w:sz w:val="30"/>
                <w:szCs w:val="30"/>
              </w:rPr>
            </w:pPr>
          </w:p>
        </w:tc>
      </w:tr>
      <w:tr w:rsidR="009D7CD4" w:rsidRPr="00091CDF" w14:paraId="7ED48224" w14:textId="740C6150" w:rsidTr="42A071F3">
        <w:trPr>
          <w:cnfStyle w:val="000000010000" w:firstRow="0" w:lastRow="0" w:firstColumn="0" w:lastColumn="0" w:oddVBand="0" w:evenVBand="0" w:oddHBand="0" w:evenHBand="1"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78" w:type="pct"/>
            <w:shd w:val="clear" w:color="auto" w:fill="C8DEDA"/>
            <w:tcMar>
              <w:top w:w="50" w:type="dxa"/>
              <w:left w:w="80" w:type="dxa"/>
              <w:bottom w:w="50" w:type="dxa"/>
              <w:right w:w="80" w:type="dxa"/>
            </w:tcMar>
            <w:vAlign w:val="center"/>
          </w:tcPr>
          <w:p w14:paraId="13096414" w14:textId="77777777"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noProof/>
                <w:spacing w:val="20"/>
              </w:rPr>
              <w:drawing>
                <wp:inline distT="0" distB="0" distL="0" distR="0" wp14:anchorId="78A6D3CF" wp14:editId="3423454A">
                  <wp:extent cx="1018161" cy="596232"/>
                  <wp:effectExtent l="0" t="0" r="0" b="0"/>
                  <wp:docPr id="1590710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biLevel thresh="75000"/>
                            <a:extLst>
                              <a:ext uri="{BEBA8EAE-BF5A-486C-A8C5-ECC9F3942E4B}">
                                <a14:imgProps xmlns:a14="http://schemas.microsoft.com/office/drawing/2010/main">
                                  <a14:imgLayer r:embed="rId11">
                                    <a14:imgEffect>
                                      <a14:sharpenSoften amount="50000"/>
                                    </a14:imgEffect>
                                    <a14:imgEffect>
                                      <a14:brightnessContrast bright="-100000" contrast="100000"/>
                                    </a14:imgEffect>
                                  </a14:imgLayer>
                                </a14:imgProps>
                              </a:ext>
                              <a:ext uri="{28A0092B-C50C-407E-A947-70E740481C1C}">
                                <a14:useLocalDpi xmlns:a14="http://schemas.microsoft.com/office/drawing/2010/main" val="0"/>
                              </a:ext>
                            </a:extLst>
                          </a:blip>
                          <a:srcRect t="21987" b="22102"/>
                          <a:stretch>
                            <a:fillRect/>
                          </a:stretch>
                        </pic:blipFill>
                        <pic:spPr bwMode="auto">
                          <a:xfrm>
                            <a:off x="0" y="0"/>
                            <a:ext cx="1032752" cy="604777"/>
                          </a:xfrm>
                          <a:prstGeom prst="rect">
                            <a:avLst/>
                          </a:prstGeom>
                          <a:noFill/>
                          <a:ln>
                            <a:noFill/>
                          </a:ln>
                          <a:extLst>
                            <a:ext uri="{53640926-AAD7-44D8-BBD7-CCE9431645EC}">
                              <a14:shadowObscured xmlns:a14="http://schemas.microsoft.com/office/drawing/2010/main"/>
                            </a:ext>
                          </a:extLst>
                        </pic:spPr>
                      </pic:pic>
                    </a:graphicData>
                  </a:graphic>
                </wp:inline>
              </w:drawing>
            </w:r>
          </w:p>
          <w:p w14:paraId="6A510132" w14:textId="707B3752"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spacing w:val="20"/>
                <w:sz w:val="22"/>
                <w:szCs w:val="22"/>
              </w:rPr>
              <w:t>2</w:t>
            </w:r>
          </w:p>
          <w:p w14:paraId="40A7C244" w14:textId="04BFBF8A" w:rsidR="009D7CD4" w:rsidRPr="00CB1342" w:rsidRDefault="009D7CD4" w:rsidP="008072F9">
            <w:pPr>
              <w:jc w:val="center"/>
              <w:rPr>
                <w:rFonts w:ascii="Rosans Sans" w:hAnsi="Rosans Sans" w:cs="Noto Sans"/>
                <w:spacing w:val="20"/>
                <w:sz w:val="22"/>
                <w:szCs w:val="22"/>
              </w:rPr>
            </w:pPr>
            <w:r w:rsidRPr="00CB1342">
              <w:rPr>
                <w:rFonts w:ascii="Rosans Sans" w:eastAsia="Noto Sans" w:hAnsi="Rosans Sans" w:cs="Noto Sans"/>
                <w:spacing w:val="20"/>
                <w:sz w:val="22"/>
                <w:szCs w:val="22"/>
              </w:rPr>
              <w:t>be transparent</w:t>
            </w:r>
          </w:p>
        </w:tc>
        <w:tc>
          <w:tcPr>
            <w:tcW w:w="730" w:type="pct"/>
            <w:shd w:val="clear" w:color="auto" w:fill="E8F1EF" w:themeFill="accent1" w:themeFillTint="33"/>
          </w:tcPr>
          <w:p w14:paraId="2E7BDD79" w14:textId="77777777" w:rsidR="009D7CD4" w:rsidRPr="00E85D5B"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E8F1EF" w:themeFill="accent1" w:themeFillTint="33"/>
          </w:tcPr>
          <w:p w14:paraId="131D8DDE" w14:textId="77777777" w:rsidR="009D7CD4" w:rsidRPr="00E85D5B"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E8F1EF" w:themeFill="accent1" w:themeFillTint="33"/>
          </w:tcPr>
          <w:p w14:paraId="60BAA09F" w14:textId="77777777" w:rsidR="009D7CD4" w:rsidRPr="00E85D5B"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E8F1EF" w:themeFill="accent1" w:themeFillTint="33"/>
          </w:tcPr>
          <w:p w14:paraId="236C1CD6" w14:textId="77777777" w:rsidR="009D7CD4" w:rsidRPr="00E85D5B"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E8F1EF" w:themeFill="accent1" w:themeFillTint="33"/>
          </w:tcPr>
          <w:p w14:paraId="342D7C9F" w14:textId="77777777" w:rsidR="009D7CD4" w:rsidRPr="00E85D5B"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76" w:type="pct"/>
            <w:shd w:val="clear" w:color="auto" w:fill="E8F1EF" w:themeFill="accent1" w:themeFillTint="33"/>
          </w:tcPr>
          <w:p w14:paraId="19FE2789" w14:textId="77777777" w:rsidR="009D7CD4" w:rsidRPr="00E85D5B"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r>
      <w:tr w:rsidR="009D7CD4" w:rsidRPr="00091CDF" w14:paraId="147A5928" w14:textId="463F74C8" w:rsidTr="004B2E76">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78" w:type="pct"/>
            <w:tcBorders>
              <w:bottom w:val="single" w:sz="4" w:space="0" w:color="auto"/>
            </w:tcBorders>
            <w:shd w:val="clear" w:color="auto" w:fill="C8DEDA"/>
            <w:tcMar>
              <w:top w:w="50" w:type="dxa"/>
              <w:left w:w="80" w:type="dxa"/>
              <w:bottom w:w="50" w:type="dxa"/>
              <w:right w:w="80" w:type="dxa"/>
            </w:tcMar>
            <w:vAlign w:val="center"/>
          </w:tcPr>
          <w:p w14:paraId="39919E4F" w14:textId="77777777"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noProof/>
                <w:spacing w:val="20"/>
              </w:rPr>
              <w:drawing>
                <wp:inline distT="0" distB="0" distL="0" distR="0" wp14:anchorId="54C01B68" wp14:editId="358C12D1">
                  <wp:extent cx="667966" cy="646912"/>
                  <wp:effectExtent l="0" t="0" r="0" b="1270"/>
                  <wp:docPr id="41412910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a:extLst>
                              <a:ext uri="{BEBA8EAE-BF5A-486C-A8C5-ECC9F3942E4B}">
                                <a14:imgProps xmlns:a14="http://schemas.microsoft.com/office/drawing/2010/main">
                                  <a14:imgLayer r:embed="rId13">
                                    <a14:imgEffect>
                                      <a14:sharpenSoften amount="100000"/>
                                    </a14:imgEffect>
                                    <a14:imgEffect>
                                      <a14:brightnessContrast bright="-100000" contrast="100000"/>
                                    </a14:imgEffect>
                                  </a14:imgLayer>
                                </a14:imgProps>
                              </a:ext>
                              <a:ext uri="{28A0092B-C50C-407E-A947-70E740481C1C}">
                                <a14:useLocalDpi xmlns:a14="http://schemas.microsoft.com/office/drawing/2010/main" val="0"/>
                              </a:ext>
                            </a:extLst>
                          </a:blip>
                          <a:srcRect l="8487" t="1248" r="6059" b="15991"/>
                          <a:stretch>
                            <a:fillRect/>
                          </a:stretch>
                        </pic:blipFill>
                        <pic:spPr bwMode="auto">
                          <a:xfrm>
                            <a:off x="0" y="0"/>
                            <a:ext cx="687642" cy="665968"/>
                          </a:xfrm>
                          <a:prstGeom prst="rect">
                            <a:avLst/>
                          </a:prstGeom>
                          <a:noFill/>
                          <a:ln>
                            <a:noFill/>
                          </a:ln>
                          <a:extLst>
                            <a:ext uri="{53640926-AAD7-44D8-BBD7-CCE9431645EC}">
                              <a14:shadowObscured xmlns:a14="http://schemas.microsoft.com/office/drawing/2010/main"/>
                            </a:ext>
                          </a:extLst>
                        </pic:spPr>
                      </pic:pic>
                    </a:graphicData>
                  </a:graphic>
                </wp:inline>
              </w:drawing>
            </w:r>
          </w:p>
          <w:p w14:paraId="227300A9" w14:textId="3756F98B"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spacing w:val="20"/>
                <w:sz w:val="22"/>
                <w:szCs w:val="22"/>
              </w:rPr>
              <w:t>3</w:t>
            </w:r>
          </w:p>
          <w:p w14:paraId="30ED2392" w14:textId="6290F6B8"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spacing w:val="20"/>
                <w:sz w:val="22"/>
                <w:szCs w:val="22"/>
              </w:rPr>
              <w:t>act with discretion</w:t>
            </w:r>
          </w:p>
        </w:tc>
        <w:tc>
          <w:tcPr>
            <w:tcW w:w="730" w:type="pct"/>
            <w:tcBorders>
              <w:bottom w:val="single" w:sz="4" w:space="0" w:color="auto"/>
            </w:tcBorders>
            <w:shd w:val="clear" w:color="auto" w:fill="E8F1EF" w:themeFill="accent1" w:themeFillTint="33"/>
          </w:tcPr>
          <w:p w14:paraId="602CB968" w14:textId="77777777" w:rsidR="009D7CD4" w:rsidRPr="00E85D5B"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tcBorders>
              <w:bottom w:val="single" w:sz="4" w:space="0" w:color="auto"/>
            </w:tcBorders>
            <w:shd w:val="clear" w:color="auto" w:fill="E8F1EF" w:themeFill="accent1" w:themeFillTint="33"/>
          </w:tcPr>
          <w:p w14:paraId="5323B2D5" w14:textId="77777777" w:rsidR="009D7CD4" w:rsidRPr="00E85D5B"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tcBorders>
              <w:bottom w:val="single" w:sz="4" w:space="0" w:color="auto"/>
            </w:tcBorders>
            <w:shd w:val="clear" w:color="auto" w:fill="E8F1EF" w:themeFill="accent1" w:themeFillTint="33"/>
          </w:tcPr>
          <w:p w14:paraId="03FD3C6C" w14:textId="77777777" w:rsidR="009D7CD4" w:rsidRPr="00E85D5B"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tcBorders>
              <w:bottom w:val="single" w:sz="4" w:space="0" w:color="auto"/>
            </w:tcBorders>
            <w:shd w:val="clear" w:color="auto" w:fill="E8F1EF" w:themeFill="accent1" w:themeFillTint="33"/>
          </w:tcPr>
          <w:p w14:paraId="2580935E" w14:textId="77777777" w:rsidR="009D7CD4" w:rsidRPr="00E85D5B"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tcBorders>
              <w:bottom w:val="single" w:sz="4" w:space="0" w:color="auto"/>
            </w:tcBorders>
            <w:shd w:val="clear" w:color="auto" w:fill="E8F1EF" w:themeFill="accent1" w:themeFillTint="33"/>
          </w:tcPr>
          <w:p w14:paraId="79B4B71F" w14:textId="77777777" w:rsidR="009D7CD4" w:rsidRPr="00E85D5B"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76" w:type="pct"/>
            <w:tcBorders>
              <w:bottom w:val="single" w:sz="4" w:space="0" w:color="auto"/>
            </w:tcBorders>
            <w:shd w:val="clear" w:color="auto" w:fill="E8F1EF" w:themeFill="accent1" w:themeFillTint="33"/>
          </w:tcPr>
          <w:p w14:paraId="0B6FF779" w14:textId="77777777" w:rsidR="009D7CD4" w:rsidRPr="00E85D5B"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r>
      <w:tr w:rsidR="00EA65E3" w:rsidRPr="00091CDF" w14:paraId="0525939E" w14:textId="61759620" w:rsidTr="004B2E76">
        <w:trPr>
          <w:cnfStyle w:val="000000010000" w:firstRow="0" w:lastRow="0" w:firstColumn="0" w:lastColumn="0" w:oddVBand="0" w:evenVBand="0" w:oddHBand="0" w:evenHBand="1"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78" w:type="pct"/>
            <w:tcBorders>
              <w:top w:val="single" w:sz="4" w:space="0" w:color="auto"/>
              <w:left w:val="single" w:sz="4" w:space="0" w:color="auto"/>
              <w:bottom w:val="single" w:sz="4" w:space="0" w:color="auto"/>
              <w:right w:val="single" w:sz="4" w:space="0" w:color="auto"/>
            </w:tcBorders>
            <w:shd w:val="clear" w:color="auto" w:fill="342F2B" w:themeFill="text2"/>
            <w:tcMar>
              <w:top w:w="50" w:type="dxa"/>
              <w:left w:w="80" w:type="dxa"/>
              <w:bottom w:w="50" w:type="dxa"/>
              <w:right w:w="80" w:type="dxa"/>
            </w:tcMar>
            <w:vAlign w:val="center"/>
          </w:tcPr>
          <w:p w14:paraId="7EC89270" w14:textId="01940744" w:rsidR="00EA65E3" w:rsidRPr="00CB1342" w:rsidRDefault="00EA65E3" w:rsidP="008072F9">
            <w:pPr>
              <w:jc w:val="center"/>
              <w:rPr>
                <w:rFonts w:ascii="Rosans Sans" w:hAnsi="Rosans Sans" w:cs="Noto Sans"/>
                <w:b w:val="0"/>
                <w:bCs w:val="0"/>
                <w:color w:val="ECC4C1" w:themeColor="accent2" w:themeTint="66"/>
                <w14:ligatures w14:val="all"/>
              </w:rPr>
            </w:pPr>
            <w:r w:rsidRPr="00CB1342">
              <w:rPr>
                <w:rFonts w:ascii="Rosans Sans" w:hAnsi="Rosans Sans" w:cs="Noto Sans"/>
                <w:color w:val="ECC4C1" w:themeColor="accent2" w:themeTint="66"/>
                <w14:ligatures w14:val="all"/>
              </w:rPr>
              <w:t xml:space="preserve">value bundle 2 </w:t>
            </w:r>
          </w:p>
          <w:p w14:paraId="34BB0117" w14:textId="1C33802A" w:rsidR="00EA65E3" w:rsidRPr="00CB1342" w:rsidRDefault="00EA65E3" w:rsidP="008072F9">
            <w:pPr>
              <w:jc w:val="center"/>
              <w:rPr>
                <w:rFonts w:ascii="Greatness Culture Sans" w:eastAsia="Noto Sans" w:hAnsi="Greatness Culture Sans" w:cs="Noto Sans"/>
                <w:sz w:val="22"/>
                <w:szCs w:val="22"/>
              </w:rPr>
            </w:pPr>
            <w:r w:rsidRPr="00CB1342">
              <w:rPr>
                <w:rFonts w:ascii="Greatness Culture Sans" w:hAnsi="Greatness Culture Sans" w:cs="Noto Sans"/>
                <w:color w:val="ECC4C1" w:themeColor="accent2" w:themeTint="66"/>
                <w14:ligatures w14:val="all"/>
              </w:rPr>
              <w:t>WEAVE</w:t>
            </w:r>
          </w:p>
        </w:tc>
        <w:tc>
          <w:tcPr>
            <w:tcW w:w="4322" w:type="pct"/>
            <w:gridSpan w:val="6"/>
            <w:tcBorders>
              <w:top w:val="nil"/>
              <w:left w:val="single" w:sz="4" w:space="0" w:color="auto"/>
              <w:bottom w:val="nil"/>
              <w:right w:val="single" w:sz="4" w:space="0" w:color="auto"/>
            </w:tcBorders>
            <w:shd w:val="clear" w:color="auto" w:fill="D16E66" w:themeFill="accent2"/>
          </w:tcPr>
          <w:p w14:paraId="770D3A2A" w14:textId="77777777" w:rsidR="00EA65E3" w:rsidRPr="00521D67" w:rsidRDefault="00EA65E3" w:rsidP="008072F9">
            <w:pPr>
              <w:jc w:val="center"/>
              <w:cnfStyle w:val="000000010000" w:firstRow="0" w:lastRow="0" w:firstColumn="0" w:lastColumn="0" w:oddVBand="0" w:evenVBand="0" w:oddHBand="0" w:evenHBand="1" w:firstRowFirstColumn="0" w:firstRowLastColumn="0" w:lastRowFirstColumn="0" w:lastRowLastColumn="0"/>
              <w:rPr>
                <w:rFonts w:ascii="Rosans Sans" w:hAnsi="Rosans Sans" w:cs="Noto Sans"/>
                <w:color w:val="F5E1E0" w:themeColor="accent2" w:themeTint="33"/>
                <w:sz w:val="42"/>
                <w:szCs w:val="42"/>
                <w14:ligatures w14:val="all"/>
              </w:rPr>
            </w:pPr>
          </w:p>
        </w:tc>
      </w:tr>
      <w:tr w:rsidR="009D7CD4" w:rsidRPr="00091CDF" w14:paraId="7574443F" w14:textId="517D56B7" w:rsidTr="004B2E76">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78" w:type="pct"/>
            <w:tcBorders>
              <w:top w:val="single" w:sz="4" w:space="0" w:color="auto"/>
            </w:tcBorders>
            <w:shd w:val="clear" w:color="auto" w:fill="F0CFCC"/>
            <w:tcMar>
              <w:top w:w="50" w:type="dxa"/>
              <w:left w:w="80" w:type="dxa"/>
              <w:bottom w:w="50" w:type="dxa"/>
              <w:right w:w="80" w:type="dxa"/>
            </w:tcMar>
            <w:vAlign w:val="center"/>
          </w:tcPr>
          <w:p w14:paraId="0D9CDA16" w14:textId="77777777"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noProof/>
                <w:spacing w:val="20"/>
              </w:rPr>
              <w:drawing>
                <wp:inline distT="0" distB="0" distL="0" distR="0" wp14:anchorId="341E2440" wp14:editId="192827DB">
                  <wp:extent cx="888459" cy="553126"/>
                  <wp:effectExtent l="0" t="0" r="6985" b="0"/>
                  <wp:docPr id="82430833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a:extLst>
                              <a:ext uri="{BEBA8EAE-BF5A-486C-A8C5-ECC9F3942E4B}">
                                <a14:imgProps xmlns:a14="http://schemas.microsoft.com/office/drawing/2010/main">
                                  <a14:imgLayer r:embed="rId15">
                                    <a14:imgEffect>
                                      <a14:brightnessContrast bright="-100000" contrast="100000"/>
                                    </a14:imgEffect>
                                  </a14:imgLayer>
                                </a14:imgProps>
                              </a:ext>
                              <a:ext uri="{28A0092B-C50C-407E-A947-70E740481C1C}">
                                <a14:useLocalDpi xmlns:a14="http://schemas.microsoft.com/office/drawing/2010/main" val="0"/>
                              </a:ext>
                            </a:extLst>
                          </a:blip>
                          <a:srcRect t="18517" b="19227"/>
                          <a:stretch>
                            <a:fillRect/>
                          </a:stretch>
                        </pic:blipFill>
                        <pic:spPr bwMode="auto">
                          <a:xfrm>
                            <a:off x="0" y="0"/>
                            <a:ext cx="895857" cy="557732"/>
                          </a:xfrm>
                          <a:prstGeom prst="rect">
                            <a:avLst/>
                          </a:prstGeom>
                          <a:noFill/>
                          <a:ln>
                            <a:noFill/>
                          </a:ln>
                          <a:extLst>
                            <a:ext uri="{53640926-AAD7-44D8-BBD7-CCE9431645EC}">
                              <a14:shadowObscured xmlns:a14="http://schemas.microsoft.com/office/drawing/2010/main"/>
                            </a:ext>
                          </a:extLst>
                        </pic:spPr>
                      </pic:pic>
                    </a:graphicData>
                  </a:graphic>
                </wp:inline>
              </w:drawing>
            </w:r>
          </w:p>
          <w:p w14:paraId="55672E9F" w14:textId="424B6B9C"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spacing w:val="20"/>
                <w:sz w:val="22"/>
                <w:szCs w:val="22"/>
              </w:rPr>
              <w:t>4</w:t>
            </w:r>
          </w:p>
          <w:p w14:paraId="72745F2D" w14:textId="68DC1F98"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spacing w:val="20"/>
                <w:sz w:val="22"/>
                <w:szCs w:val="22"/>
              </w:rPr>
              <w:t>be caring</w:t>
            </w:r>
          </w:p>
        </w:tc>
        <w:tc>
          <w:tcPr>
            <w:tcW w:w="730" w:type="pct"/>
            <w:tcBorders>
              <w:top w:val="single" w:sz="4" w:space="0" w:color="auto"/>
            </w:tcBorders>
            <w:shd w:val="clear" w:color="auto" w:fill="F5E1E0" w:themeFill="accent2" w:themeFillTint="33"/>
          </w:tcPr>
          <w:p w14:paraId="21698231"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tcBorders>
              <w:top w:val="single" w:sz="4" w:space="0" w:color="auto"/>
            </w:tcBorders>
            <w:shd w:val="clear" w:color="auto" w:fill="F5E1E0" w:themeFill="accent2" w:themeFillTint="33"/>
          </w:tcPr>
          <w:p w14:paraId="05F7AFCF"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tcBorders>
              <w:top w:val="single" w:sz="4" w:space="0" w:color="auto"/>
            </w:tcBorders>
            <w:shd w:val="clear" w:color="auto" w:fill="F5E1E0" w:themeFill="accent2" w:themeFillTint="33"/>
          </w:tcPr>
          <w:p w14:paraId="0CCA2631"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tcBorders>
              <w:top w:val="single" w:sz="4" w:space="0" w:color="auto"/>
            </w:tcBorders>
            <w:shd w:val="clear" w:color="auto" w:fill="F5E1E0" w:themeFill="accent2" w:themeFillTint="33"/>
          </w:tcPr>
          <w:p w14:paraId="3B580587"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tcBorders>
              <w:top w:val="single" w:sz="4" w:space="0" w:color="auto"/>
            </w:tcBorders>
            <w:shd w:val="clear" w:color="auto" w:fill="F5E1E0" w:themeFill="accent2" w:themeFillTint="33"/>
          </w:tcPr>
          <w:p w14:paraId="2273EF0D"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76" w:type="pct"/>
            <w:tcBorders>
              <w:top w:val="single" w:sz="4" w:space="0" w:color="auto"/>
            </w:tcBorders>
            <w:shd w:val="clear" w:color="auto" w:fill="F5E1E0" w:themeFill="accent2" w:themeFillTint="33"/>
          </w:tcPr>
          <w:p w14:paraId="50749541"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r>
      <w:tr w:rsidR="009D7CD4" w:rsidRPr="00E42C6A" w14:paraId="5AEE9130" w14:textId="238EB23C" w:rsidTr="42A071F3">
        <w:trPr>
          <w:cnfStyle w:val="000000010000" w:firstRow="0" w:lastRow="0" w:firstColumn="0" w:lastColumn="0" w:oddVBand="0" w:evenVBand="0" w:oddHBand="0" w:evenHBand="1"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78" w:type="pct"/>
            <w:shd w:val="clear" w:color="auto" w:fill="F0CFCC"/>
            <w:tcMar>
              <w:top w:w="50" w:type="dxa"/>
              <w:left w:w="80" w:type="dxa"/>
              <w:bottom w:w="50" w:type="dxa"/>
              <w:right w:w="80" w:type="dxa"/>
            </w:tcMar>
            <w:vAlign w:val="center"/>
          </w:tcPr>
          <w:p w14:paraId="086B0B51" w14:textId="77777777"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noProof/>
                <w:spacing w:val="20"/>
              </w:rPr>
              <w:lastRenderedPageBreak/>
              <w:drawing>
                <wp:inline distT="0" distB="0" distL="0" distR="0" wp14:anchorId="4C029A25" wp14:editId="4C279494">
                  <wp:extent cx="861518" cy="531778"/>
                  <wp:effectExtent l="0" t="0" r="0" b="1905"/>
                  <wp:docPr id="50565294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
                            <a:extLst>
                              <a:ext uri="{BEBA8EAE-BF5A-486C-A8C5-ECC9F3942E4B}">
                                <a14:imgProps xmlns:a14="http://schemas.microsoft.com/office/drawing/2010/main">
                                  <a14:imgLayer r:embed="rId17">
                                    <a14:imgEffect>
                                      <a14:brightnessContrast bright="-100000"/>
                                    </a14:imgEffect>
                                  </a14:imgLayer>
                                </a14:imgProps>
                              </a:ext>
                              <a:ext uri="{28A0092B-C50C-407E-A947-70E740481C1C}">
                                <a14:useLocalDpi xmlns:a14="http://schemas.microsoft.com/office/drawing/2010/main" val="0"/>
                              </a:ext>
                            </a:extLst>
                          </a:blip>
                          <a:srcRect l="5725" t="17360" r="5749" b="27997"/>
                          <a:stretch>
                            <a:fillRect/>
                          </a:stretch>
                        </pic:blipFill>
                        <pic:spPr bwMode="auto">
                          <a:xfrm>
                            <a:off x="0" y="0"/>
                            <a:ext cx="878499" cy="542260"/>
                          </a:xfrm>
                          <a:prstGeom prst="rect">
                            <a:avLst/>
                          </a:prstGeom>
                          <a:noFill/>
                          <a:ln>
                            <a:noFill/>
                          </a:ln>
                          <a:extLst>
                            <a:ext uri="{53640926-AAD7-44D8-BBD7-CCE9431645EC}">
                              <a14:shadowObscured xmlns:a14="http://schemas.microsoft.com/office/drawing/2010/main"/>
                            </a:ext>
                          </a:extLst>
                        </pic:spPr>
                      </pic:pic>
                    </a:graphicData>
                  </a:graphic>
                </wp:inline>
              </w:drawing>
            </w:r>
          </w:p>
          <w:p w14:paraId="0D9DE198" w14:textId="3E2A10BF"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spacing w:val="20"/>
                <w:sz w:val="22"/>
                <w:szCs w:val="22"/>
              </w:rPr>
              <w:t>5</w:t>
            </w:r>
          </w:p>
          <w:p w14:paraId="7CE43C69" w14:textId="6AF94A03" w:rsidR="009D7CD4" w:rsidRPr="00CB1342" w:rsidRDefault="009D7CD4" w:rsidP="008072F9">
            <w:pPr>
              <w:jc w:val="center"/>
              <w:rPr>
                <w:rFonts w:ascii="Rosans Sans" w:hAnsi="Rosans Sans" w:cs="Noto Sans"/>
                <w:spacing w:val="10"/>
                <w:sz w:val="22"/>
                <w:szCs w:val="22"/>
              </w:rPr>
            </w:pPr>
            <w:r w:rsidRPr="00CB1342">
              <w:rPr>
                <w:rFonts w:ascii="Rosans Sans" w:eastAsia="Noto Sans" w:hAnsi="Rosans Sans" w:cs="Noto Sans"/>
                <w:spacing w:val="10"/>
                <w:sz w:val="22"/>
                <w:szCs w:val="22"/>
              </w:rPr>
              <w:t>be compassionate</w:t>
            </w:r>
          </w:p>
        </w:tc>
        <w:tc>
          <w:tcPr>
            <w:tcW w:w="730" w:type="pct"/>
            <w:shd w:val="clear" w:color="auto" w:fill="F5E1E0" w:themeFill="accent2" w:themeFillTint="33"/>
          </w:tcPr>
          <w:p w14:paraId="0CA12623"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F5E1E0" w:themeFill="accent2" w:themeFillTint="33"/>
          </w:tcPr>
          <w:p w14:paraId="13CA801C"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F5E1E0" w:themeFill="accent2" w:themeFillTint="33"/>
          </w:tcPr>
          <w:p w14:paraId="0D544FA4"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F5E1E0" w:themeFill="accent2" w:themeFillTint="33"/>
          </w:tcPr>
          <w:p w14:paraId="2E7EFAB2"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F5E1E0" w:themeFill="accent2" w:themeFillTint="33"/>
          </w:tcPr>
          <w:p w14:paraId="146729F7"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76" w:type="pct"/>
            <w:shd w:val="clear" w:color="auto" w:fill="F5E1E0" w:themeFill="accent2" w:themeFillTint="33"/>
          </w:tcPr>
          <w:p w14:paraId="3458768C"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r>
      <w:tr w:rsidR="009D7CD4" w:rsidRPr="00091CDF" w14:paraId="76FD0419" w14:textId="40C8AF07" w:rsidTr="42A071F3">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78" w:type="pct"/>
            <w:shd w:val="clear" w:color="auto" w:fill="F0CFCC"/>
            <w:tcMar>
              <w:top w:w="50" w:type="dxa"/>
              <w:left w:w="80" w:type="dxa"/>
              <w:bottom w:w="50" w:type="dxa"/>
              <w:right w:w="80" w:type="dxa"/>
            </w:tcMar>
            <w:vAlign w:val="center"/>
          </w:tcPr>
          <w:p w14:paraId="0D44C0D2" w14:textId="77777777"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noProof/>
                <w:spacing w:val="20"/>
              </w:rPr>
              <w:drawing>
                <wp:inline distT="0" distB="0" distL="0" distR="0" wp14:anchorId="2A75E2DB" wp14:editId="778EA49F">
                  <wp:extent cx="849549" cy="555498"/>
                  <wp:effectExtent l="0" t="0" r="8255" b="0"/>
                  <wp:docPr id="147295789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8">
                            <a:extLst>
                              <a:ext uri="{BEBA8EAE-BF5A-486C-A8C5-ECC9F3942E4B}">
                                <a14:imgProps xmlns:a14="http://schemas.microsoft.com/office/drawing/2010/main">
                                  <a14:imgLayer r:embed="rId19">
                                    <a14:imgEffect>
                                      <a14:brightnessContrast bright="-100000"/>
                                    </a14:imgEffect>
                                  </a14:imgLayer>
                                </a14:imgProps>
                              </a:ext>
                              <a:ext uri="{28A0092B-C50C-407E-A947-70E740481C1C}">
                                <a14:useLocalDpi xmlns:a14="http://schemas.microsoft.com/office/drawing/2010/main" val="0"/>
                              </a:ext>
                            </a:extLst>
                          </a:blip>
                          <a:srcRect t="16186" b="18426"/>
                          <a:stretch>
                            <a:fillRect/>
                          </a:stretch>
                        </pic:blipFill>
                        <pic:spPr bwMode="auto">
                          <a:xfrm>
                            <a:off x="0" y="0"/>
                            <a:ext cx="858279" cy="561206"/>
                          </a:xfrm>
                          <a:prstGeom prst="rect">
                            <a:avLst/>
                          </a:prstGeom>
                          <a:noFill/>
                          <a:ln>
                            <a:noFill/>
                          </a:ln>
                          <a:extLst>
                            <a:ext uri="{53640926-AAD7-44D8-BBD7-CCE9431645EC}">
                              <a14:shadowObscured xmlns:a14="http://schemas.microsoft.com/office/drawing/2010/main"/>
                            </a:ext>
                          </a:extLst>
                        </pic:spPr>
                      </pic:pic>
                    </a:graphicData>
                  </a:graphic>
                </wp:inline>
              </w:drawing>
            </w:r>
          </w:p>
          <w:p w14:paraId="21A5FEB9" w14:textId="2A4AD3F2"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spacing w:val="20"/>
                <w:sz w:val="22"/>
                <w:szCs w:val="22"/>
              </w:rPr>
              <w:t>6</w:t>
            </w:r>
          </w:p>
          <w:p w14:paraId="7829CF27" w14:textId="2609AF76" w:rsidR="009D7CD4" w:rsidRPr="00CB1342" w:rsidRDefault="009D7CD4" w:rsidP="008072F9">
            <w:pPr>
              <w:jc w:val="center"/>
              <w:rPr>
                <w:rFonts w:ascii="Rosans Sans" w:hAnsi="Rosans Sans" w:cs="Noto Sans"/>
                <w:spacing w:val="20"/>
                <w:sz w:val="22"/>
                <w:szCs w:val="22"/>
              </w:rPr>
            </w:pPr>
            <w:r w:rsidRPr="00CB1342">
              <w:rPr>
                <w:rFonts w:ascii="Rosans Sans" w:eastAsia="Noto Sans" w:hAnsi="Rosans Sans" w:cs="Noto Sans"/>
                <w:spacing w:val="20"/>
                <w:sz w:val="22"/>
                <w:szCs w:val="22"/>
              </w:rPr>
              <w:t>be empathetic</w:t>
            </w:r>
          </w:p>
        </w:tc>
        <w:tc>
          <w:tcPr>
            <w:tcW w:w="730" w:type="pct"/>
            <w:shd w:val="clear" w:color="auto" w:fill="F5E1E0" w:themeFill="accent2" w:themeFillTint="33"/>
          </w:tcPr>
          <w:p w14:paraId="58DD60AD"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F5E1E0" w:themeFill="accent2" w:themeFillTint="33"/>
          </w:tcPr>
          <w:p w14:paraId="7D8E99EC"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F5E1E0" w:themeFill="accent2" w:themeFillTint="33"/>
          </w:tcPr>
          <w:p w14:paraId="284C69E1"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F5E1E0" w:themeFill="accent2" w:themeFillTint="33"/>
          </w:tcPr>
          <w:p w14:paraId="1C4B028C"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F5E1E0" w:themeFill="accent2" w:themeFillTint="33"/>
          </w:tcPr>
          <w:p w14:paraId="24C2F5B6"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76" w:type="pct"/>
            <w:shd w:val="clear" w:color="auto" w:fill="F5E1E0" w:themeFill="accent2" w:themeFillTint="33"/>
          </w:tcPr>
          <w:p w14:paraId="6DEF7509"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r>
      <w:tr w:rsidR="009D7CD4" w:rsidRPr="00091CDF" w14:paraId="09CB3FC3" w14:textId="1669BDC7" w:rsidTr="42A071F3">
        <w:trPr>
          <w:cnfStyle w:val="000000010000" w:firstRow="0" w:lastRow="0" w:firstColumn="0" w:lastColumn="0" w:oddVBand="0" w:evenVBand="0" w:oddHBand="0" w:evenHBand="1"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78" w:type="pct"/>
            <w:tcBorders>
              <w:bottom w:val="single" w:sz="4" w:space="0" w:color="2A2622" w:themeColor="text1"/>
            </w:tcBorders>
            <w:shd w:val="clear" w:color="auto" w:fill="F0CFCC"/>
            <w:tcMar>
              <w:top w:w="50" w:type="dxa"/>
              <w:left w:w="80" w:type="dxa"/>
              <w:bottom w:w="50" w:type="dxa"/>
              <w:right w:w="80" w:type="dxa"/>
            </w:tcMar>
            <w:vAlign w:val="center"/>
          </w:tcPr>
          <w:p w14:paraId="639339E0" w14:textId="77777777"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noProof/>
                <w:spacing w:val="20"/>
              </w:rPr>
              <w:drawing>
                <wp:inline distT="0" distB="0" distL="0" distR="0" wp14:anchorId="3E5E0D26" wp14:editId="055D866B">
                  <wp:extent cx="645748" cy="551234"/>
                  <wp:effectExtent l="0" t="0" r="2540" b="1270"/>
                  <wp:docPr id="83007546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0">
                            <a:extLst>
                              <a:ext uri="{BEBA8EAE-BF5A-486C-A8C5-ECC9F3942E4B}">
                                <a14:imgProps xmlns:a14="http://schemas.microsoft.com/office/drawing/2010/main">
                                  <a14:imgLayer r:embed="rId21">
                                    <a14:imgEffect>
                                      <a14:brightnessContrast bright="-100000" contrast="100000"/>
                                    </a14:imgEffect>
                                  </a14:imgLayer>
                                </a14:imgProps>
                              </a:ext>
                              <a:ext uri="{28A0092B-C50C-407E-A947-70E740481C1C}">
                                <a14:useLocalDpi xmlns:a14="http://schemas.microsoft.com/office/drawing/2010/main" val="0"/>
                              </a:ext>
                            </a:extLst>
                          </a:blip>
                          <a:srcRect t="6771" b="15823"/>
                          <a:stretch>
                            <a:fillRect/>
                          </a:stretch>
                        </pic:blipFill>
                        <pic:spPr bwMode="auto">
                          <a:xfrm>
                            <a:off x="0" y="0"/>
                            <a:ext cx="677540" cy="578373"/>
                          </a:xfrm>
                          <a:prstGeom prst="rect">
                            <a:avLst/>
                          </a:prstGeom>
                          <a:noFill/>
                          <a:ln>
                            <a:noFill/>
                          </a:ln>
                          <a:extLst>
                            <a:ext uri="{53640926-AAD7-44D8-BBD7-CCE9431645EC}">
                              <a14:shadowObscured xmlns:a14="http://schemas.microsoft.com/office/drawing/2010/main"/>
                            </a:ext>
                          </a:extLst>
                        </pic:spPr>
                      </pic:pic>
                    </a:graphicData>
                  </a:graphic>
                </wp:inline>
              </w:drawing>
            </w:r>
          </w:p>
          <w:p w14:paraId="22203DE3" w14:textId="0CCD7F06"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spacing w:val="20"/>
                <w:sz w:val="22"/>
                <w:szCs w:val="22"/>
              </w:rPr>
              <w:t>7</w:t>
            </w:r>
          </w:p>
          <w:p w14:paraId="49F2FC70" w14:textId="78CB8BFE" w:rsidR="009D7CD4" w:rsidRPr="00CB1342" w:rsidRDefault="009D7CD4" w:rsidP="008072F9">
            <w:pPr>
              <w:jc w:val="center"/>
              <w:rPr>
                <w:rFonts w:ascii="Rosans Sans" w:hAnsi="Rosans Sans" w:cs="Noto Sans"/>
                <w:spacing w:val="20"/>
                <w:sz w:val="22"/>
                <w:szCs w:val="22"/>
              </w:rPr>
            </w:pPr>
            <w:r w:rsidRPr="00CB1342">
              <w:rPr>
                <w:rFonts w:ascii="Rosans Sans" w:eastAsia="Noto Sans" w:hAnsi="Rosans Sans" w:cs="Noto Sans"/>
                <w:spacing w:val="20"/>
                <w:sz w:val="22"/>
                <w:szCs w:val="22"/>
              </w:rPr>
              <w:t>be appreciative</w:t>
            </w:r>
          </w:p>
        </w:tc>
        <w:tc>
          <w:tcPr>
            <w:tcW w:w="730" w:type="pct"/>
            <w:tcBorders>
              <w:bottom w:val="single" w:sz="4" w:space="0" w:color="2A2622" w:themeColor="text1"/>
            </w:tcBorders>
            <w:shd w:val="clear" w:color="auto" w:fill="F5E1E0" w:themeFill="accent2" w:themeFillTint="33"/>
          </w:tcPr>
          <w:p w14:paraId="133F9259"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tcBorders>
              <w:bottom w:val="single" w:sz="4" w:space="0" w:color="2A2622" w:themeColor="text1"/>
            </w:tcBorders>
            <w:shd w:val="clear" w:color="auto" w:fill="F5E1E0" w:themeFill="accent2" w:themeFillTint="33"/>
          </w:tcPr>
          <w:p w14:paraId="296DD61D"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tcBorders>
              <w:bottom w:val="single" w:sz="4" w:space="0" w:color="2A2622" w:themeColor="text1"/>
            </w:tcBorders>
            <w:shd w:val="clear" w:color="auto" w:fill="F5E1E0" w:themeFill="accent2" w:themeFillTint="33"/>
          </w:tcPr>
          <w:p w14:paraId="4517CB7A"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tcBorders>
              <w:bottom w:val="single" w:sz="4" w:space="0" w:color="2A2622" w:themeColor="text1"/>
            </w:tcBorders>
            <w:shd w:val="clear" w:color="auto" w:fill="F5E1E0" w:themeFill="accent2" w:themeFillTint="33"/>
          </w:tcPr>
          <w:p w14:paraId="0D5D07D6"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tcBorders>
              <w:bottom w:val="single" w:sz="4" w:space="0" w:color="2A2622" w:themeColor="text1"/>
            </w:tcBorders>
            <w:shd w:val="clear" w:color="auto" w:fill="F5E1E0" w:themeFill="accent2" w:themeFillTint="33"/>
          </w:tcPr>
          <w:p w14:paraId="7ECEC82C"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76" w:type="pct"/>
            <w:tcBorders>
              <w:bottom w:val="single" w:sz="4" w:space="0" w:color="2A2622" w:themeColor="text1"/>
            </w:tcBorders>
            <w:shd w:val="clear" w:color="auto" w:fill="F5E1E0" w:themeFill="accent2" w:themeFillTint="33"/>
          </w:tcPr>
          <w:p w14:paraId="71A23728"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r>
      <w:tr w:rsidR="00865724" w:rsidRPr="00091CDF" w14:paraId="74B1E2B8" w14:textId="772AFEC0" w:rsidTr="42A071F3">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78" w:type="pct"/>
            <w:tcBorders>
              <w:right w:val="nil"/>
            </w:tcBorders>
            <w:shd w:val="clear" w:color="auto" w:fill="342F2B" w:themeFill="text2"/>
            <w:tcMar>
              <w:top w:w="50" w:type="dxa"/>
              <w:left w:w="80" w:type="dxa"/>
              <w:bottom w:w="50" w:type="dxa"/>
              <w:right w:w="80" w:type="dxa"/>
            </w:tcMar>
            <w:vAlign w:val="center"/>
          </w:tcPr>
          <w:p w14:paraId="2F9A3344" w14:textId="101E4FC3" w:rsidR="00865724" w:rsidRPr="00CB1342" w:rsidRDefault="00865724" w:rsidP="008072F9">
            <w:pPr>
              <w:jc w:val="center"/>
              <w:rPr>
                <w:rFonts w:ascii="Rosans Sans" w:hAnsi="Rosans Sans" w:cs="Noto Sans"/>
                <w:color w:val="ECE1CD" w:themeColor="accent3"/>
                <w14:ligatures w14:val="all"/>
              </w:rPr>
            </w:pPr>
            <w:r w:rsidRPr="00CB1342">
              <w:rPr>
                <w:rFonts w:ascii="Greatness Culture Sans" w:hAnsi="Greatness Culture Sans" w:cs="Noto Sans"/>
                <w:color w:val="ECE1CD" w:themeColor="accent3"/>
                <w14:ligatures w14:val="all"/>
              </w:rPr>
              <w:t>V</w:t>
            </w:r>
            <w:r w:rsidRPr="00CB1342">
              <w:rPr>
                <w:rFonts w:ascii="Rosans Sans" w:hAnsi="Rosans Sans" w:cs="Noto Sans"/>
                <w:color w:val="ECE1CD" w:themeColor="accent3"/>
                <w14:ligatures w14:val="all"/>
              </w:rPr>
              <w:t>alue bundle 3</w:t>
            </w:r>
          </w:p>
          <w:p w14:paraId="5559E4F8" w14:textId="48B0542E" w:rsidR="00865724" w:rsidRPr="00CB1342" w:rsidRDefault="00865724" w:rsidP="008072F9">
            <w:pPr>
              <w:jc w:val="center"/>
              <w:rPr>
                <w:rFonts w:ascii="Greatness Culture Sans" w:eastAsia="Noto Sans" w:hAnsi="Greatness Culture Sans" w:cs="Noto Sans"/>
                <w:sz w:val="22"/>
                <w:szCs w:val="22"/>
              </w:rPr>
            </w:pPr>
            <w:r w:rsidRPr="00CB1342">
              <w:rPr>
                <w:rFonts w:ascii="Greatness Culture Sans" w:hAnsi="Greatness Culture Sans" w:cs="Noto Sans"/>
                <w:color w:val="F2EADB"/>
                <w14:ligatures w14:val="all"/>
              </w:rPr>
              <w:t>SHORE</w:t>
            </w:r>
          </w:p>
        </w:tc>
        <w:tc>
          <w:tcPr>
            <w:tcW w:w="4322" w:type="pct"/>
            <w:gridSpan w:val="6"/>
            <w:tcBorders>
              <w:right w:val="single" w:sz="4" w:space="0" w:color="auto"/>
            </w:tcBorders>
            <w:shd w:val="clear" w:color="auto" w:fill="ECE1CD" w:themeFill="accent3"/>
          </w:tcPr>
          <w:p w14:paraId="477C0A74" w14:textId="77777777" w:rsidR="00865724" w:rsidRPr="00521D67" w:rsidRDefault="00865724" w:rsidP="008072F9">
            <w:pPr>
              <w:jc w:val="center"/>
              <w:cnfStyle w:val="000000100000" w:firstRow="0" w:lastRow="0" w:firstColumn="0" w:lastColumn="0" w:oddVBand="0" w:evenVBand="0" w:oddHBand="1" w:evenHBand="0" w:firstRowFirstColumn="0" w:firstRowLastColumn="0" w:lastRowFirstColumn="0" w:lastRowLastColumn="0"/>
              <w:rPr>
                <w:rFonts w:ascii="Greatness Culture Sans" w:hAnsi="Greatness Culture Sans" w:cs="Noto Sans"/>
                <w:color w:val="ECE1CD" w:themeColor="accent3"/>
                <w:sz w:val="42"/>
                <w:szCs w:val="42"/>
                <w14:ligatures w14:val="all"/>
              </w:rPr>
            </w:pPr>
          </w:p>
        </w:tc>
      </w:tr>
      <w:tr w:rsidR="009D7CD4" w:rsidRPr="00091CDF" w14:paraId="67CCBABC" w14:textId="7CA9E3F8" w:rsidTr="42A071F3">
        <w:trPr>
          <w:cnfStyle w:val="000000010000" w:firstRow="0" w:lastRow="0" w:firstColumn="0" w:lastColumn="0" w:oddVBand="0" w:evenVBand="0" w:oddHBand="0" w:evenHBand="1"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78" w:type="pct"/>
            <w:shd w:val="clear" w:color="auto" w:fill="F4EDE1" w:themeFill="background2"/>
            <w:tcMar>
              <w:top w:w="50" w:type="dxa"/>
              <w:left w:w="80" w:type="dxa"/>
              <w:bottom w:w="50" w:type="dxa"/>
              <w:right w:w="80" w:type="dxa"/>
            </w:tcMar>
            <w:vAlign w:val="center"/>
          </w:tcPr>
          <w:p w14:paraId="6753AADF" w14:textId="77777777"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noProof/>
                <w:spacing w:val="20"/>
              </w:rPr>
              <w:drawing>
                <wp:inline distT="0" distB="0" distL="0" distR="0" wp14:anchorId="4CEF545D" wp14:editId="076FE0BE">
                  <wp:extent cx="697960" cy="486383"/>
                  <wp:effectExtent l="0" t="0" r="6985" b="9525"/>
                  <wp:docPr id="28064832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2">
                            <a:extLst>
                              <a:ext uri="{BEBA8EAE-BF5A-486C-A8C5-ECC9F3942E4B}">
                                <a14:imgProps xmlns:a14="http://schemas.microsoft.com/office/drawing/2010/main">
                                  <a14:imgLayer r:embed="rId23">
                                    <a14:imgEffect>
                                      <a14:sharpenSoften amount="100000"/>
                                    </a14:imgEffect>
                                    <a14:imgEffect>
                                      <a14:brightnessContrast bright="-100000" contrast="100000"/>
                                    </a14:imgEffect>
                                  </a14:imgLayer>
                                </a14:imgProps>
                              </a:ext>
                              <a:ext uri="{28A0092B-C50C-407E-A947-70E740481C1C}">
                                <a14:useLocalDpi xmlns:a14="http://schemas.microsoft.com/office/drawing/2010/main" val="0"/>
                              </a:ext>
                            </a:extLst>
                          </a:blip>
                          <a:srcRect t="18726" b="18391"/>
                          <a:stretch>
                            <a:fillRect/>
                          </a:stretch>
                        </pic:blipFill>
                        <pic:spPr bwMode="auto">
                          <a:xfrm>
                            <a:off x="0" y="0"/>
                            <a:ext cx="719233" cy="501208"/>
                          </a:xfrm>
                          <a:prstGeom prst="rect">
                            <a:avLst/>
                          </a:prstGeom>
                          <a:noFill/>
                          <a:ln>
                            <a:noFill/>
                          </a:ln>
                          <a:extLst>
                            <a:ext uri="{53640926-AAD7-44D8-BBD7-CCE9431645EC}">
                              <a14:shadowObscured xmlns:a14="http://schemas.microsoft.com/office/drawing/2010/main"/>
                            </a:ext>
                          </a:extLst>
                        </pic:spPr>
                      </pic:pic>
                    </a:graphicData>
                  </a:graphic>
                </wp:inline>
              </w:drawing>
            </w:r>
          </w:p>
          <w:p w14:paraId="0FCF1AEF" w14:textId="3FCE0794"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spacing w:val="20"/>
                <w:sz w:val="22"/>
                <w:szCs w:val="22"/>
              </w:rPr>
              <w:t>8</w:t>
            </w:r>
          </w:p>
          <w:p w14:paraId="17490836" w14:textId="1377BCC8" w:rsidR="009D7CD4" w:rsidRPr="00CB1342" w:rsidRDefault="009D7CD4" w:rsidP="008072F9">
            <w:pPr>
              <w:jc w:val="center"/>
              <w:rPr>
                <w:rFonts w:ascii="Rosans Sans" w:hAnsi="Rosans Sans" w:cs="Noto Sans"/>
                <w:spacing w:val="20"/>
                <w:sz w:val="22"/>
                <w:szCs w:val="22"/>
              </w:rPr>
            </w:pPr>
            <w:r w:rsidRPr="00CB1342">
              <w:rPr>
                <w:rFonts w:ascii="Rosans Sans" w:eastAsia="Noto Sans" w:hAnsi="Rosans Sans" w:cs="Noto Sans"/>
                <w:spacing w:val="20"/>
                <w:sz w:val="22"/>
                <w:szCs w:val="22"/>
              </w:rPr>
              <w:t>be accepting</w:t>
            </w:r>
          </w:p>
        </w:tc>
        <w:tc>
          <w:tcPr>
            <w:tcW w:w="730" w:type="pct"/>
            <w:shd w:val="clear" w:color="auto" w:fill="F5F0E7" w:themeFill="background1"/>
          </w:tcPr>
          <w:p w14:paraId="1D38FF33"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F5F0E7" w:themeFill="background1"/>
          </w:tcPr>
          <w:p w14:paraId="0D78BDE2"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F5F0E7" w:themeFill="background1"/>
          </w:tcPr>
          <w:p w14:paraId="248AA154"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F5F0E7" w:themeFill="background1"/>
          </w:tcPr>
          <w:p w14:paraId="64154E5F"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F5F0E7" w:themeFill="background1"/>
          </w:tcPr>
          <w:p w14:paraId="2E03E48B"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76" w:type="pct"/>
            <w:shd w:val="clear" w:color="auto" w:fill="F5F0E7" w:themeFill="background1"/>
          </w:tcPr>
          <w:p w14:paraId="1C9BAD83"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r>
      <w:tr w:rsidR="009D7CD4" w:rsidRPr="00091CDF" w14:paraId="0D96FD15" w14:textId="1B5C3D5B" w:rsidTr="42A071F3">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78" w:type="pct"/>
            <w:shd w:val="clear" w:color="auto" w:fill="F4EDE1" w:themeFill="background2"/>
            <w:tcMar>
              <w:top w:w="50" w:type="dxa"/>
              <w:left w:w="80" w:type="dxa"/>
              <w:bottom w:w="50" w:type="dxa"/>
              <w:right w:w="80" w:type="dxa"/>
            </w:tcMar>
            <w:vAlign w:val="center"/>
          </w:tcPr>
          <w:p w14:paraId="3424A433" w14:textId="77777777"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noProof/>
                <w:spacing w:val="20"/>
              </w:rPr>
              <w:drawing>
                <wp:inline distT="0" distB="0" distL="0" distR="0" wp14:anchorId="3094BC77" wp14:editId="0C74F597">
                  <wp:extent cx="739302" cy="442811"/>
                  <wp:effectExtent l="0" t="0" r="3810" b="0"/>
                  <wp:docPr id="81900838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4">
                            <a:extLst>
                              <a:ext uri="{BEBA8EAE-BF5A-486C-A8C5-ECC9F3942E4B}">
                                <a14:imgProps xmlns:a14="http://schemas.microsoft.com/office/drawing/2010/main">
                                  <a14:imgLayer r:embed="rId25">
                                    <a14:imgEffect>
                                      <a14:brightnessContrast bright="-100000" contrast="100000"/>
                                    </a14:imgEffect>
                                  </a14:imgLayer>
                                </a14:imgProps>
                              </a:ext>
                              <a:ext uri="{28A0092B-C50C-407E-A947-70E740481C1C}">
                                <a14:useLocalDpi xmlns:a14="http://schemas.microsoft.com/office/drawing/2010/main" val="0"/>
                              </a:ext>
                            </a:extLst>
                          </a:blip>
                          <a:srcRect t="20833" b="19270"/>
                          <a:stretch>
                            <a:fillRect/>
                          </a:stretch>
                        </pic:blipFill>
                        <pic:spPr bwMode="auto">
                          <a:xfrm>
                            <a:off x="0" y="0"/>
                            <a:ext cx="763551" cy="457335"/>
                          </a:xfrm>
                          <a:prstGeom prst="rect">
                            <a:avLst/>
                          </a:prstGeom>
                          <a:noFill/>
                          <a:ln>
                            <a:noFill/>
                          </a:ln>
                          <a:extLst>
                            <a:ext uri="{53640926-AAD7-44D8-BBD7-CCE9431645EC}">
                              <a14:shadowObscured xmlns:a14="http://schemas.microsoft.com/office/drawing/2010/main"/>
                            </a:ext>
                          </a:extLst>
                        </pic:spPr>
                      </pic:pic>
                    </a:graphicData>
                  </a:graphic>
                </wp:inline>
              </w:drawing>
            </w:r>
          </w:p>
          <w:p w14:paraId="7CBC1390" w14:textId="432533CC"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spacing w:val="20"/>
                <w:sz w:val="22"/>
                <w:szCs w:val="22"/>
              </w:rPr>
              <w:t>9</w:t>
            </w:r>
          </w:p>
          <w:p w14:paraId="56476FC0" w14:textId="28B21A92" w:rsidR="009D7CD4" w:rsidRPr="00CB1342" w:rsidRDefault="009D7CD4" w:rsidP="008072F9">
            <w:pPr>
              <w:jc w:val="center"/>
              <w:rPr>
                <w:rFonts w:ascii="Rosans Sans" w:hAnsi="Rosans Sans" w:cs="Noto Sans"/>
                <w:spacing w:val="20"/>
                <w:sz w:val="22"/>
                <w:szCs w:val="22"/>
              </w:rPr>
            </w:pPr>
            <w:r w:rsidRPr="00CB1342">
              <w:rPr>
                <w:rFonts w:ascii="Rosans Sans" w:eastAsia="Noto Sans" w:hAnsi="Rosans Sans" w:cs="Noto Sans"/>
                <w:spacing w:val="20"/>
                <w:sz w:val="22"/>
                <w:szCs w:val="22"/>
              </w:rPr>
              <w:t>be equitable</w:t>
            </w:r>
          </w:p>
        </w:tc>
        <w:tc>
          <w:tcPr>
            <w:tcW w:w="730" w:type="pct"/>
            <w:shd w:val="clear" w:color="auto" w:fill="F5F0E7" w:themeFill="background1"/>
          </w:tcPr>
          <w:p w14:paraId="3F1694EE"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F5F0E7" w:themeFill="background1"/>
          </w:tcPr>
          <w:p w14:paraId="2064805E"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F5F0E7" w:themeFill="background1"/>
          </w:tcPr>
          <w:p w14:paraId="618E1AA9"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F5F0E7" w:themeFill="background1"/>
          </w:tcPr>
          <w:p w14:paraId="7B5760EC"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F5F0E7" w:themeFill="background1"/>
          </w:tcPr>
          <w:p w14:paraId="0E1C8200"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76" w:type="pct"/>
            <w:shd w:val="clear" w:color="auto" w:fill="F5F0E7" w:themeFill="background1"/>
          </w:tcPr>
          <w:p w14:paraId="3CAA7977"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r>
      <w:tr w:rsidR="009D7CD4" w:rsidRPr="00091CDF" w14:paraId="5A83C481" w14:textId="7302A6EA" w:rsidTr="42A071F3">
        <w:trPr>
          <w:cnfStyle w:val="000000010000" w:firstRow="0" w:lastRow="0" w:firstColumn="0" w:lastColumn="0" w:oddVBand="0" w:evenVBand="0" w:oddHBand="0" w:evenHBand="1"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78" w:type="pct"/>
            <w:shd w:val="clear" w:color="auto" w:fill="F4EDE1" w:themeFill="background2"/>
            <w:tcMar>
              <w:top w:w="50" w:type="dxa"/>
              <w:left w:w="80" w:type="dxa"/>
              <w:bottom w:w="50" w:type="dxa"/>
              <w:right w:w="80" w:type="dxa"/>
            </w:tcMar>
            <w:vAlign w:val="center"/>
          </w:tcPr>
          <w:p w14:paraId="7477CA6B" w14:textId="77777777"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noProof/>
                <w:spacing w:val="20"/>
              </w:rPr>
              <w:drawing>
                <wp:inline distT="0" distB="0" distL="0" distR="0" wp14:anchorId="38BA6A9F" wp14:editId="70D96C42">
                  <wp:extent cx="869004" cy="552180"/>
                  <wp:effectExtent l="0" t="0" r="7620" b="635"/>
                  <wp:docPr id="169681630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6">
                            <a:extLst>
                              <a:ext uri="{BEBA8EAE-BF5A-486C-A8C5-ECC9F3942E4B}">
                                <a14:imgProps xmlns:a14="http://schemas.microsoft.com/office/drawing/2010/main">
                                  <a14:imgLayer r:embed="rId27">
                                    <a14:imgEffect>
                                      <a14:brightnessContrast bright="-100000" contrast="100000"/>
                                    </a14:imgEffect>
                                  </a14:imgLayer>
                                </a14:imgProps>
                              </a:ext>
                              <a:ext uri="{28A0092B-C50C-407E-A947-70E740481C1C}">
                                <a14:useLocalDpi xmlns:a14="http://schemas.microsoft.com/office/drawing/2010/main" val="0"/>
                              </a:ext>
                            </a:extLst>
                          </a:blip>
                          <a:srcRect t="17188" b="19270"/>
                          <a:stretch>
                            <a:fillRect/>
                          </a:stretch>
                        </pic:blipFill>
                        <pic:spPr bwMode="auto">
                          <a:xfrm>
                            <a:off x="0" y="0"/>
                            <a:ext cx="878859" cy="558442"/>
                          </a:xfrm>
                          <a:prstGeom prst="rect">
                            <a:avLst/>
                          </a:prstGeom>
                          <a:noFill/>
                          <a:ln>
                            <a:noFill/>
                          </a:ln>
                          <a:extLst>
                            <a:ext uri="{53640926-AAD7-44D8-BBD7-CCE9431645EC}">
                              <a14:shadowObscured xmlns:a14="http://schemas.microsoft.com/office/drawing/2010/main"/>
                            </a:ext>
                          </a:extLst>
                        </pic:spPr>
                      </pic:pic>
                    </a:graphicData>
                  </a:graphic>
                </wp:inline>
              </w:drawing>
            </w:r>
          </w:p>
          <w:p w14:paraId="329D6920" w14:textId="72C46430"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spacing w:val="20"/>
                <w:sz w:val="22"/>
                <w:szCs w:val="22"/>
              </w:rPr>
              <w:t>10</w:t>
            </w:r>
          </w:p>
          <w:p w14:paraId="5BD6CD03" w14:textId="243853D0" w:rsidR="009D7CD4" w:rsidRPr="00CB1342" w:rsidRDefault="009D7CD4" w:rsidP="008072F9">
            <w:pPr>
              <w:jc w:val="center"/>
              <w:rPr>
                <w:rFonts w:ascii="Rosans Sans" w:hAnsi="Rosans Sans" w:cs="Noto Sans"/>
                <w:spacing w:val="20"/>
                <w:sz w:val="22"/>
                <w:szCs w:val="22"/>
              </w:rPr>
            </w:pPr>
            <w:r w:rsidRPr="00CB1342">
              <w:rPr>
                <w:rFonts w:ascii="Rosans Sans" w:eastAsia="Noto Sans" w:hAnsi="Rosans Sans" w:cs="Noto Sans"/>
                <w:spacing w:val="20"/>
                <w:sz w:val="22"/>
                <w:szCs w:val="22"/>
              </w:rPr>
              <w:t>be inclusive</w:t>
            </w:r>
          </w:p>
        </w:tc>
        <w:tc>
          <w:tcPr>
            <w:tcW w:w="730" w:type="pct"/>
            <w:shd w:val="clear" w:color="auto" w:fill="F5F0E7" w:themeFill="background1"/>
          </w:tcPr>
          <w:p w14:paraId="4F03C702"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F5F0E7" w:themeFill="background1"/>
          </w:tcPr>
          <w:p w14:paraId="13CA1B00"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F5F0E7" w:themeFill="background1"/>
          </w:tcPr>
          <w:p w14:paraId="0E9F61D8"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F5F0E7" w:themeFill="background1"/>
          </w:tcPr>
          <w:p w14:paraId="23E28850"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F5F0E7" w:themeFill="background1"/>
          </w:tcPr>
          <w:p w14:paraId="7214372F"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76" w:type="pct"/>
            <w:shd w:val="clear" w:color="auto" w:fill="F5F0E7" w:themeFill="background1"/>
          </w:tcPr>
          <w:p w14:paraId="47CA534C"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r>
      <w:tr w:rsidR="009D7CD4" w:rsidRPr="00091CDF" w14:paraId="115BABFF" w14:textId="37EA60DA" w:rsidTr="42A071F3">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78" w:type="pct"/>
            <w:tcBorders>
              <w:bottom w:val="single" w:sz="4" w:space="0" w:color="2A2622" w:themeColor="text1"/>
            </w:tcBorders>
            <w:shd w:val="clear" w:color="auto" w:fill="F4EDE1" w:themeFill="background2"/>
            <w:tcMar>
              <w:top w:w="50" w:type="dxa"/>
              <w:left w:w="80" w:type="dxa"/>
              <w:bottom w:w="50" w:type="dxa"/>
              <w:right w:w="80" w:type="dxa"/>
            </w:tcMar>
            <w:vAlign w:val="center"/>
          </w:tcPr>
          <w:p w14:paraId="0C166F98" w14:textId="77777777" w:rsidR="009D7CD4" w:rsidRPr="00CB1342" w:rsidRDefault="009D7CD4" w:rsidP="008072F9">
            <w:pPr>
              <w:jc w:val="center"/>
              <w:rPr>
                <w:rFonts w:ascii="Rosans Sans" w:eastAsia="Noto Sans" w:hAnsi="Rosans Sans" w:cs="Noto Sans"/>
                <w:color w:val="171513"/>
                <w:spacing w:val="20"/>
                <w:sz w:val="22"/>
                <w:szCs w:val="22"/>
              </w:rPr>
            </w:pPr>
            <w:r w:rsidRPr="00CB1342">
              <w:rPr>
                <w:rFonts w:ascii="Rosans Sans" w:eastAsia="Noto Sans" w:hAnsi="Rosans Sans" w:cs="Noto Sans"/>
                <w:noProof/>
                <w:color w:val="171513"/>
                <w:spacing w:val="20"/>
              </w:rPr>
              <w:lastRenderedPageBreak/>
              <w:drawing>
                <wp:inline distT="0" distB="0" distL="0" distR="0" wp14:anchorId="267F7E41" wp14:editId="342EE4F1">
                  <wp:extent cx="875489" cy="501582"/>
                  <wp:effectExtent l="0" t="0" r="1270" b="0"/>
                  <wp:docPr id="34953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8">
                            <a:extLst>
                              <a:ext uri="{BEBA8EAE-BF5A-486C-A8C5-ECC9F3942E4B}">
                                <a14:imgProps xmlns:a14="http://schemas.microsoft.com/office/drawing/2010/main">
                                  <a14:imgLayer r:embed="rId29">
                                    <a14:imgEffect>
                                      <a14:brightnessContrast bright="-100000"/>
                                    </a14:imgEffect>
                                  </a14:imgLayer>
                                </a14:imgProps>
                              </a:ext>
                              <a:ext uri="{28A0092B-C50C-407E-A947-70E740481C1C}">
                                <a14:useLocalDpi xmlns:a14="http://schemas.microsoft.com/office/drawing/2010/main" val="0"/>
                              </a:ext>
                            </a:extLst>
                          </a:blip>
                          <a:srcRect t="21354" b="21354"/>
                          <a:stretch>
                            <a:fillRect/>
                          </a:stretch>
                        </pic:blipFill>
                        <pic:spPr bwMode="auto">
                          <a:xfrm>
                            <a:off x="0" y="0"/>
                            <a:ext cx="890468" cy="510164"/>
                          </a:xfrm>
                          <a:prstGeom prst="rect">
                            <a:avLst/>
                          </a:prstGeom>
                          <a:noFill/>
                          <a:ln>
                            <a:noFill/>
                          </a:ln>
                          <a:extLst>
                            <a:ext uri="{53640926-AAD7-44D8-BBD7-CCE9431645EC}">
                              <a14:shadowObscured xmlns:a14="http://schemas.microsoft.com/office/drawing/2010/main"/>
                            </a:ext>
                          </a:extLst>
                        </pic:spPr>
                      </pic:pic>
                    </a:graphicData>
                  </a:graphic>
                </wp:inline>
              </w:drawing>
            </w:r>
          </w:p>
          <w:p w14:paraId="53C3CED1" w14:textId="7369D355" w:rsidR="009D7CD4" w:rsidRPr="00CB1342" w:rsidRDefault="009D7CD4" w:rsidP="008072F9">
            <w:pPr>
              <w:jc w:val="center"/>
              <w:rPr>
                <w:rFonts w:ascii="Rosans Sans" w:eastAsia="Noto Sans" w:hAnsi="Rosans Sans" w:cs="Noto Sans"/>
                <w:color w:val="171513"/>
                <w:spacing w:val="20"/>
                <w:sz w:val="22"/>
                <w:szCs w:val="22"/>
              </w:rPr>
            </w:pPr>
            <w:r w:rsidRPr="00CB1342">
              <w:rPr>
                <w:rFonts w:ascii="Rosans Sans" w:eastAsia="Noto Sans" w:hAnsi="Rosans Sans" w:cs="Noto Sans"/>
                <w:color w:val="171513"/>
                <w:spacing w:val="20"/>
                <w:sz w:val="22"/>
                <w:szCs w:val="22"/>
              </w:rPr>
              <w:t>11</w:t>
            </w:r>
          </w:p>
          <w:p w14:paraId="19E21566" w14:textId="6E41AECF" w:rsidR="009D7CD4" w:rsidRPr="00CB1342" w:rsidRDefault="009D7CD4" w:rsidP="008072F9">
            <w:pPr>
              <w:jc w:val="center"/>
              <w:rPr>
                <w:rFonts w:ascii="Rosans Sans" w:hAnsi="Rosans Sans" w:cs="Noto Sans"/>
                <w:spacing w:val="20"/>
                <w:sz w:val="22"/>
                <w:szCs w:val="22"/>
              </w:rPr>
            </w:pPr>
            <w:r w:rsidRPr="00CB1342">
              <w:rPr>
                <w:rFonts w:ascii="Rosans Sans" w:eastAsia="Noto Sans" w:hAnsi="Rosans Sans" w:cs="Noto Sans"/>
                <w:color w:val="171513"/>
                <w:spacing w:val="20"/>
                <w:sz w:val="22"/>
                <w:szCs w:val="22"/>
              </w:rPr>
              <w:t>be respectful</w:t>
            </w:r>
          </w:p>
        </w:tc>
        <w:tc>
          <w:tcPr>
            <w:tcW w:w="730" w:type="pct"/>
            <w:tcBorders>
              <w:bottom w:val="single" w:sz="4" w:space="0" w:color="2A2622" w:themeColor="text1"/>
            </w:tcBorders>
            <w:shd w:val="clear" w:color="auto" w:fill="F5F0E7" w:themeFill="background1"/>
          </w:tcPr>
          <w:p w14:paraId="2E2DA7D5"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color w:val="171513"/>
                <w:spacing w:val="20"/>
                <w:sz w:val="30"/>
                <w:szCs w:val="30"/>
              </w:rPr>
            </w:pPr>
          </w:p>
        </w:tc>
        <w:tc>
          <w:tcPr>
            <w:tcW w:w="704" w:type="pct"/>
            <w:tcBorders>
              <w:bottom w:val="single" w:sz="4" w:space="0" w:color="2A2622" w:themeColor="text1"/>
            </w:tcBorders>
            <w:shd w:val="clear" w:color="auto" w:fill="F5F0E7" w:themeFill="background1"/>
          </w:tcPr>
          <w:p w14:paraId="37A70014"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color w:val="171513"/>
                <w:spacing w:val="20"/>
                <w:sz w:val="30"/>
                <w:szCs w:val="30"/>
              </w:rPr>
            </w:pPr>
          </w:p>
        </w:tc>
        <w:tc>
          <w:tcPr>
            <w:tcW w:w="704" w:type="pct"/>
            <w:tcBorders>
              <w:bottom w:val="single" w:sz="4" w:space="0" w:color="2A2622" w:themeColor="text1"/>
            </w:tcBorders>
            <w:shd w:val="clear" w:color="auto" w:fill="F5F0E7" w:themeFill="background1"/>
          </w:tcPr>
          <w:p w14:paraId="33460403"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color w:val="171513"/>
                <w:spacing w:val="20"/>
                <w:sz w:val="30"/>
                <w:szCs w:val="30"/>
              </w:rPr>
            </w:pPr>
          </w:p>
        </w:tc>
        <w:tc>
          <w:tcPr>
            <w:tcW w:w="704" w:type="pct"/>
            <w:tcBorders>
              <w:bottom w:val="single" w:sz="4" w:space="0" w:color="2A2622" w:themeColor="text1"/>
            </w:tcBorders>
            <w:shd w:val="clear" w:color="auto" w:fill="F5F0E7" w:themeFill="background1"/>
          </w:tcPr>
          <w:p w14:paraId="02304448"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color w:val="171513"/>
                <w:spacing w:val="20"/>
                <w:sz w:val="30"/>
                <w:szCs w:val="30"/>
              </w:rPr>
            </w:pPr>
          </w:p>
        </w:tc>
        <w:tc>
          <w:tcPr>
            <w:tcW w:w="704" w:type="pct"/>
            <w:tcBorders>
              <w:bottom w:val="single" w:sz="4" w:space="0" w:color="2A2622" w:themeColor="text1"/>
            </w:tcBorders>
            <w:shd w:val="clear" w:color="auto" w:fill="F5F0E7" w:themeFill="background1"/>
          </w:tcPr>
          <w:p w14:paraId="71E06A85"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color w:val="171513"/>
                <w:spacing w:val="20"/>
                <w:sz w:val="30"/>
                <w:szCs w:val="30"/>
              </w:rPr>
            </w:pPr>
          </w:p>
        </w:tc>
        <w:tc>
          <w:tcPr>
            <w:tcW w:w="776" w:type="pct"/>
            <w:tcBorders>
              <w:bottom w:val="single" w:sz="4" w:space="0" w:color="2A2622" w:themeColor="text1"/>
            </w:tcBorders>
            <w:shd w:val="clear" w:color="auto" w:fill="F5F0E7" w:themeFill="background1"/>
          </w:tcPr>
          <w:p w14:paraId="359267A8"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color w:val="171513"/>
                <w:spacing w:val="20"/>
                <w:sz w:val="30"/>
                <w:szCs w:val="30"/>
              </w:rPr>
            </w:pPr>
          </w:p>
        </w:tc>
      </w:tr>
      <w:tr w:rsidR="00865724" w:rsidRPr="00091CDF" w14:paraId="6D9E798D" w14:textId="4C9F776A" w:rsidTr="42A071F3">
        <w:trPr>
          <w:cnfStyle w:val="000000010000" w:firstRow="0" w:lastRow="0" w:firstColumn="0" w:lastColumn="0" w:oddVBand="0" w:evenVBand="0" w:oddHBand="0" w:evenHBand="1"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78" w:type="pct"/>
            <w:tcBorders>
              <w:right w:val="nil"/>
            </w:tcBorders>
            <w:shd w:val="clear" w:color="auto" w:fill="342F2B" w:themeFill="text2"/>
            <w:tcMar>
              <w:top w:w="50" w:type="dxa"/>
              <w:left w:w="80" w:type="dxa"/>
              <w:bottom w:w="50" w:type="dxa"/>
              <w:right w:w="80" w:type="dxa"/>
            </w:tcMar>
            <w:vAlign w:val="center"/>
          </w:tcPr>
          <w:p w14:paraId="68A0F538" w14:textId="05107FD5" w:rsidR="00865724" w:rsidRPr="00CB1342" w:rsidRDefault="00865724" w:rsidP="00865724">
            <w:pPr>
              <w:jc w:val="center"/>
              <w:rPr>
                <w:rFonts w:ascii="Rosans Sans" w:hAnsi="Rosans Sans" w:cs="Noto Sans"/>
                <w:b w:val="0"/>
                <w:bCs w:val="0"/>
                <w:color w:val="E5EAE3" w:themeColor="accent4" w:themeTint="33"/>
                <w14:ligatures w14:val="all"/>
              </w:rPr>
            </w:pPr>
            <w:r w:rsidRPr="00CB1342">
              <w:rPr>
                <w:rFonts w:ascii="Rosans Sans" w:hAnsi="Rosans Sans" w:cs="Noto Sans"/>
                <w:color w:val="E5EAE3" w:themeColor="accent4" w:themeTint="33"/>
                <w14:ligatures w14:val="all"/>
              </w:rPr>
              <w:t>Value bundle 4</w:t>
            </w:r>
          </w:p>
          <w:p w14:paraId="04E2031F" w14:textId="16662B89" w:rsidR="00865724" w:rsidRPr="00CB1342" w:rsidRDefault="00865724" w:rsidP="00865724">
            <w:pPr>
              <w:jc w:val="center"/>
              <w:rPr>
                <w:rFonts w:ascii="Greatness Culture Sans" w:eastAsia="Noto Sans" w:hAnsi="Greatness Culture Sans" w:cs="Noto Sans"/>
                <w:sz w:val="22"/>
                <w:szCs w:val="22"/>
              </w:rPr>
            </w:pPr>
            <w:r w:rsidRPr="00CB1342">
              <w:rPr>
                <w:rFonts w:ascii="Greatness Culture Sans" w:hAnsi="Greatness Culture Sans" w:cs="Noto Sans"/>
                <w:color w:val="D4DCD2"/>
                <w14:ligatures w14:val="all"/>
              </w:rPr>
              <w:t>STREAM</w:t>
            </w:r>
          </w:p>
        </w:tc>
        <w:tc>
          <w:tcPr>
            <w:tcW w:w="4322" w:type="pct"/>
            <w:gridSpan w:val="6"/>
            <w:tcBorders>
              <w:right w:val="single" w:sz="4" w:space="0" w:color="auto"/>
            </w:tcBorders>
            <w:shd w:val="clear" w:color="auto" w:fill="7E9777" w:themeFill="accent4"/>
          </w:tcPr>
          <w:p w14:paraId="1CB5001E" w14:textId="77777777" w:rsidR="00865724" w:rsidRPr="00E85D5B" w:rsidRDefault="00865724" w:rsidP="008072F9">
            <w:pPr>
              <w:jc w:val="center"/>
              <w:cnfStyle w:val="000000010000" w:firstRow="0" w:lastRow="0" w:firstColumn="0" w:lastColumn="0" w:oddVBand="0" w:evenVBand="0" w:oddHBand="0" w:evenHBand="1" w:firstRowFirstColumn="0" w:firstRowLastColumn="0" w:lastRowFirstColumn="0" w:lastRowLastColumn="0"/>
              <w:rPr>
                <w:rFonts w:ascii="Rosans Sans" w:hAnsi="Rosans Sans" w:cs="Noto Sans"/>
                <w:color w:val="E5EAE3" w:themeColor="accent4" w:themeTint="33"/>
                <w:sz w:val="42"/>
                <w:szCs w:val="42"/>
                <w14:ligatures w14:val="all"/>
              </w:rPr>
            </w:pPr>
          </w:p>
        </w:tc>
      </w:tr>
      <w:tr w:rsidR="009D7CD4" w:rsidRPr="00091CDF" w14:paraId="3E5A1219" w14:textId="66D233DF" w:rsidTr="42A071F3">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78" w:type="pct"/>
            <w:shd w:val="clear" w:color="auto" w:fill="D4DCD2"/>
            <w:tcMar>
              <w:top w:w="50" w:type="dxa"/>
              <w:left w:w="80" w:type="dxa"/>
              <w:bottom w:w="50" w:type="dxa"/>
              <w:right w:w="80" w:type="dxa"/>
            </w:tcMar>
            <w:vAlign w:val="center"/>
          </w:tcPr>
          <w:p w14:paraId="73AA0663" w14:textId="77777777"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noProof/>
                <w:spacing w:val="20"/>
              </w:rPr>
              <w:drawing>
                <wp:inline distT="0" distB="0" distL="0" distR="0" wp14:anchorId="248A4E9B" wp14:editId="3C5EB947">
                  <wp:extent cx="823609" cy="518387"/>
                  <wp:effectExtent l="0" t="0" r="0" b="0"/>
                  <wp:docPr id="106939312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30">
                            <a:extLst>
                              <a:ext uri="{BEBA8EAE-BF5A-486C-A8C5-ECC9F3942E4B}">
                                <a14:imgProps xmlns:a14="http://schemas.microsoft.com/office/drawing/2010/main">
                                  <a14:imgLayer r:embed="rId31">
                                    <a14:imgEffect>
                                      <a14:brightnessContrast bright="-100000"/>
                                    </a14:imgEffect>
                                  </a14:imgLayer>
                                </a14:imgProps>
                              </a:ext>
                              <a:ext uri="{28A0092B-C50C-407E-A947-70E740481C1C}">
                                <a14:useLocalDpi xmlns:a14="http://schemas.microsoft.com/office/drawing/2010/main" val="0"/>
                              </a:ext>
                            </a:extLst>
                          </a:blip>
                          <a:srcRect t="9952" b="27106"/>
                          <a:stretch>
                            <a:fillRect/>
                          </a:stretch>
                        </pic:blipFill>
                        <pic:spPr bwMode="auto">
                          <a:xfrm>
                            <a:off x="0" y="0"/>
                            <a:ext cx="832799" cy="524172"/>
                          </a:xfrm>
                          <a:prstGeom prst="rect">
                            <a:avLst/>
                          </a:prstGeom>
                          <a:noFill/>
                          <a:ln>
                            <a:noFill/>
                          </a:ln>
                          <a:extLst>
                            <a:ext uri="{53640926-AAD7-44D8-BBD7-CCE9431645EC}">
                              <a14:shadowObscured xmlns:a14="http://schemas.microsoft.com/office/drawing/2010/main"/>
                            </a:ext>
                          </a:extLst>
                        </pic:spPr>
                      </pic:pic>
                    </a:graphicData>
                  </a:graphic>
                </wp:inline>
              </w:drawing>
            </w:r>
          </w:p>
          <w:p w14:paraId="5CC40105" w14:textId="37F128C0"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spacing w:val="20"/>
                <w:sz w:val="22"/>
                <w:szCs w:val="22"/>
              </w:rPr>
              <w:t>12</w:t>
            </w:r>
          </w:p>
          <w:p w14:paraId="6667FCCC" w14:textId="77494BAD" w:rsidR="009D7CD4" w:rsidRPr="00CB1342" w:rsidRDefault="009D7CD4" w:rsidP="008072F9">
            <w:pPr>
              <w:jc w:val="center"/>
              <w:rPr>
                <w:rFonts w:ascii="Rosans Sans" w:hAnsi="Rosans Sans" w:cs="Noto Sans"/>
                <w:spacing w:val="20"/>
                <w:sz w:val="22"/>
                <w:szCs w:val="22"/>
              </w:rPr>
            </w:pPr>
            <w:r w:rsidRPr="00CB1342">
              <w:rPr>
                <w:rFonts w:ascii="Rosans Sans" w:eastAsia="Noto Sans" w:hAnsi="Rosans Sans" w:cs="Noto Sans"/>
                <w:spacing w:val="20"/>
                <w:sz w:val="22"/>
                <w:szCs w:val="22"/>
              </w:rPr>
              <w:t>be accountable</w:t>
            </w:r>
          </w:p>
        </w:tc>
        <w:tc>
          <w:tcPr>
            <w:tcW w:w="730" w:type="pct"/>
            <w:shd w:val="clear" w:color="auto" w:fill="E5EAE3" w:themeFill="accent4" w:themeFillTint="33"/>
          </w:tcPr>
          <w:p w14:paraId="17BA4EB9"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E5EAE3" w:themeFill="accent4" w:themeFillTint="33"/>
          </w:tcPr>
          <w:p w14:paraId="6C08978A"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E5EAE3" w:themeFill="accent4" w:themeFillTint="33"/>
          </w:tcPr>
          <w:p w14:paraId="1F5BBC6B"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E5EAE3" w:themeFill="accent4" w:themeFillTint="33"/>
          </w:tcPr>
          <w:p w14:paraId="0C0BF3EF"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E5EAE3" w:themeFill="accent4" w:themeFillTint="33"/>
          </w:tcPr>
          <w:p w14:paraId="3D2CA328"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76" w:type="pct"/>
            <w:shd w:val="clear" w:color="auto" w:fill="E5EAE3" w:themeFill="accent4" w:themeFillTint="33"/>
          </w:tcPr>
          <w:p w14:paraId="291CDBF6"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r>
      <w:tr w:rsidR="009D7CD4" w:rsidRPr="00091CDF" w14:paraId="03B01CDE" w14:textId="532F4010" w:rsidTr="42A071F3">
        <w:trPr>
          <w:cnfStyle w:val="000000010000" w:firstRow="0" w:lastRow="0" w:firstColumn="0" w:lastColumn="0" w:oddVBand="0" w:evenVBand="0" w:oddHBand="0" w:evenHBand="1"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78" w:type="pct"/>
            <w:shd w:val="clear" w:color="auto" w:fill="D4DCD2"/>
            <w:tcMar>
              <w:top w:w="50" w:type="dxa"/>
              <w:left w:w="80" w:type="dxa"/>
              <w:bottom w:w="50" w:type="dxa"/>
              <w:right w:w="80" w:type="dxa"/>
            </w:tcMar>
            <w:vAlign w:val="center"/>
          </w:tcPr>
          <w:p w14:paraId="207529D1" w14:textId="77777777"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noProof/>
                <w:spacing w:val="20"/>
              </w:rPr>
              <w:drawing>
                <wp:inline distT="0" distB="0" distL="0" distR="0" wp14:anchorId="4C9010CD" wp14:editId="419F7263">
                  <wp:extent cx="940341" cy="519329"/>
                  <wp:effectExtent l="0" t="0" r="0" b="0"/>
                  <wp:docPr id="28954462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2">
                            <a:extLst>
                              <a:ext uri="{BEBA8EAE-BF5A-486C-A8C5-ECC9F3942E4B}">
                                <a14:imgProps xmlns:a14="http://schemas.microsoft.com/office/drawing/2010/main">
                                  <a14:imgLayer r:embed="rId33">
                                    <a14:imgEffect>
                                      <a14:brightnessContrast bright="-100000" contrast="100000"/>
                                    </a14:imgEffect>
                                  </a14:imgLayer>
                                </a14:imgProps>
                              </a:ext>
                              <a:ext uri="{28A0092B-C50C-407E-A947-70E740481C1C}">
                                <a14:useLocalDpi xmlns:a14="http://schemas.microsoft.com/office/drawing/2010/main" val="0"/>
                              </a:ext>
                            </a:extLst>
                          </a:blip>
                          <a:srcRect t="8683" b="41667"/>
                          <a:stretch>
                            <a:fillRect/>
                          </a:stretch>
                        </pic:blipFill>
                        <pic:spPr bwMode="auto">
                          <a:xfrm>
                            <a:off x="0" y="0"/>
                            <a:ext cx="958385" cy="529294"/>
                          </a:xfrm>
                          <a:prstGeom prst="rect">
                            <a:avLst/>
                          </a:prstGeom>
                          <a:noFill/>
                          <a:ln>
                            <a:noFill/>
                          </a:ln>
                          <a:extLst>
                            <a:ext uri="{53640926-AAD7-44D8-BBD7-CCE9431645EC}">
                              <a14:shadowObscured xmlns:a14="http://schemas.microsoft.com/office/drawing/2010/main"/>
                            </a:ext>
                          </a:extLst>
                        </pic:spPr>
                      </pic:pic>
                    </a:graphicData>
                  </a:graphic>
                </wp:inline>
              </w:drawing>
            </w:r>
          </w:p>
          <w:p w14:paraId="49D1FD82" w14:textId="7A3D359A"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spacing w:val="20"/>
                <w:sz w:val="22"/>
                <w:szCs w:val="22"/>
              </w:rPr>
              <w:t>13</w:t>
            </w:r>
          </w:p>
          <w:p w14:paraId="17F7421D" w14:textId="082CFAEE" w:rsidR="009D7CD4" w:rsidRPr="00CB1342" w:rsidRDefault="009D7CD4" w:rsidP="008072F9">
            <w:pPr>
              <w:jc w:val="center"/>
              <w:rPr>
                <w:rFonts w:ascii="Rosans Sans" w:hAnsi="Rosans Sans" w:cs="Noto Sans"/>
                <w:spacing w:val="20"/>
                <w:sz w:val="22"/>
                <w:szCs w:val="22"/>
              </w:rPr>
            </w:pPr>
            <w:r w:rsidRPr="00CB1342">
              <w:rPr>
                <w:rFonts w:ascii="Rosans Sans" w:eastAsia="Noto Sans" w:hAnsi="Rosans Sans" w:cs="Noto Sans"/>
                <w:spacing w:val="20"/>
                <w:sz w:val="22"/>
                <w:szCs w:val="22"/>
              </w:rPr>
              <w:t>be reliable</w:t>
            </w:r>
          </w:p>
        </w:tc>
        <w:tc>
          <w:tcPr>
            <w:tcW w:w="730" w:type="pct"/>
            <w:shd w:val="clear" w:color="auto" w:fill="E5EAE3" w:themeFill="accent4" w:themeFillTint="33"/>
          </w:tcPr>
          <w:p w14:paraId="5BDD55A7"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E5EAE3" w:themeFill="accent4" w:themeFillTint="33"/>
          </w:tcPr>
          <w:p w14:paraId="47AEA493"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E5EAE3" w:themeFill="accent4" w:themeFillTint="33"/>
          </w:tcPr>
          <w:p w14:paraId="55FD07BA"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E5EAE3" w:themeFill="accent4" w:themeFillTint="33"/>
          </w:tcPr>
          <w:p w14:paraId="476BF45D"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E5EAE3" w:themeFill="accent4" w:themeFillTint="33"/>
          </w:tcPr>
          <w:p w14:paraId="5677C068"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76" w:type="pct"/>
            <w:shd w:val="clear" w:color="auto" w:fill="E5EAE3" w:themeFill="accent4" w:themeFillTint="33"/>
          </w:tcPr>
          <w:p w14:paraId="56B97B88"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r>
      <w:tr w:rsidR="009D7CD4" w:rsidRPr="00091CDF" w14:paraId="64F503B0" w14:textId="24C4E274" w:rsidTr="42A071F3">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78" w:type="pct"/>
            <w:shd w:val="clear" w:color="auto" w:fill="D4DCD2"/>
            <w:tcMar>
              <w:top w:w="50" w:type="dxa"/>
              <w:left w:w="80" w:type="dxa"/>
              <w:bottom w:w="50" w:type="dxa"/>
              <w:right w:w="80" w:type="dxa"/>
            </w:tcMar>
            <w:vAlign w:val="center"/>
          </w:tcPr>
          <w:p w14:paraId="16502B52" w14:textId="77777777" w:rsidR="009D7CD4" w:rsidRPr="00CB1342" w:rsidRDefault="009D7CD4" w:rsidP="008072F9">
            <w:pPr>
              <w:jc w:val="center"/>
              <w:rPr>
                <w:rFonts w:ascii="Rosans Sans" w:eastAsia="Noto Sans" w:hAnsi="Rosans Sans" w:cs="Noto Sans"/>
                <w:spacing w:val="20"/>
                <w:sz w:val="22"/>
                <w:szCs w:val="22"/>
              </w:rPr>
            </w:pPr>
            <w:r w:rsidRPr="00CB1342">
              <w:rPr>
                <w:rFonts w:ascii="Rosans Sans" w:hAnsi="Rosans Sans" w:cs="Noto Sans"/>
                <w:noProof/>
                <w:spacing w:val="20"/>
              </w:rPr>
              <w:drawing>
                <wp:inline distT="0" distB="0" distL="0" distR="0" wp14:anchorId="5A600A6A" wp14:editId="55584D79">
                  <wp:extent cx="788208" cy="447472"/>
                  <wp:effectExtent l="0" t="0" r="0" b="0"/>
                  <wp:docPr id="155856478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34">
                            <a:extLst>
                              <a:ext uri="{BEBA8EAE-BF5A-486C-A8C5-ECC9F3942E4B}">
                                <a14:imgProps xmlns:a14="http://schemas.microsoft.com/office/drawing/2010/main">
                                  <a14:imgLayer r:embed="rId35">
                                    <a14:imgEffect>
                                      <a14:brightnessContrast bright="-100000" contrast="100000"/>
                                    </a14:imgEffect>
                                  </a14:imgLayer>
                                </a14:imgProps>
                              </a:ext>
                              <a:ext uri="{28A0092B-C50C-407E-A947-70E740481C1C}">
                                <a14:useLocalDpi xmlns:a14="http://schemas.microsoft.com/office/drawing/2010/main" val="0"/>
                              </a:ext>
                            </a:extLst>
                          </a:blip>
                          <a:srcRect t="7811" b="35417"/>
                          <a:stretch>
                            <a:fillRect/>
                          </a:stretch>
                        </pic:blipFill>
                        <pic:spPr bwMode="auto">
                          <a:xfrm>
                            <a:off x="0" y="0"/>
                            <a:ext cx="801208" cy="454852"/>
                          </a:xfrm>
                          <a:prstGeom prst="rect">
                            <a:avLst/>
                          </a:prstGeom>
                          <a:noFill/>
                          <a:ln>
                            <a:noFill/>
                          </a:ln>
                          <a:extLst>
                            <a:ext uri="{53640926-AAD7-44D8-BBD7-CCE9431645EC}">
                              <a14:shadowObscured xmlns:a14="http://schemas.microsoft.com/office/drawing/2010/main"/>
                            </a:ext>
                          </a:extLst>
                        </pic:spPr>
                      </pic:pic>
                    </a:graphicData>
                  </a:graphic>
                </wp:inline>
              </w:drawing>
            </w:r>
          </w:p>
          <w:p w14:paraId="1C9AA4E2" w14:textId="5124E855"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spacing w:val="20"/>
                <w:sz w:val="22"/>
                <w:szCs w:val="22"/>
              </w:rPr>
              <w:t>14</w:t>
            </w:r>
          </w:p>
          <w:p w14:paraId="73B43F80" w14:textId="4BA3F9E8" w:rsidR="009D7CD4" w:rsidRPr="00CB1342" w:rsidRDefault="009D7CD4" w:rsidP="008072F9">
            <w:pPr>
              <w:jc w:val="center"/>
              <w:rPr>
                <w:rFonts w:ascii="Rosans Sans" w:hAnsi="Rosans Sans" w:cs="Noto Sans"/>
                <w:spacing w:val="20"/>
                <w:sz w:val="22"/>
                <w:szCs w:val="22"/>
              </w:rPr>
            </w:pPr>
            <w:r w:rsidRPr="00CB1342">
              <w:rPr>
                <w:rFonts w:ascii="Rosans Sans" w:eastAsia="Noto Sans" w:hAnsi="Rosans Sans" w:cs="Noto Sans"/>
                <w:spacing w:val="20"/>
                <w:sz w:val="22"/>
                <w:szCs w:val="22"/>
              </w:rPr>
              <w:t>act with integrity</w:t>
            </w:r>
          </w:p>
        </w:tc>
        <w:tc>
          <w:tcPr>
            <w:tcW w:w="730" w:type="pct"/>
            <w:shd w:val="clear" w:color="auto" w:fill="E5EAE3" w:themeFill="accent4" w:themeFillTint="33"/>
          </w:tcPr>
          <w:p w14:paraId="0D4C0BA4"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hAnsi="Rosans Sans" w:cs="Noto Sans"/>
                <w:noProof/>
                <w:spacing w:val="20"/>
                <w:sz w:val="30"/>
                <w:szCs w:val="30"/>
              </w:rPr>
            </w:pPr>
          </w:p>
        </w:tc>
        <w:tc>
          <w:tcPr>
            <w:tcW w:w="704" w:type="pct"/>
            <w:shd w:val="clear" w:color="auto" w:fill="E5EAE3" w:themeFill="accent4" w:themeFillTint="33"/>
          </w:tcPr>
          <w:p w14:paraId="37D077E5"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hAnsi="Rosans Sans" w:cs="Noto Sans"/>
                <w:noProof/>
                <w:spacing w:val="20"/>
                <w:sz w:val="30"/>
                <w:szCs w:val="30"/>
              </w:rPr>
            </w:pPr>
          </w:p>
        </w:tc>
        <w:tc>
          <w:tcPr>
            <w:tcW w:w="704" w:type="pct"/>
            <w:shd w:val="clear" w:color="auto" w:fill="E5EAE3" w:themeFill="accent4" w:themeFillTint="33"/>
          </w:tcPr>
          <w:p w14:paraId="0FD9FA52"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hAnsi="Rosans Sans" w:cs="Noto Sans"/>
                <w:noProof/>
                <w:spacing w:val="20"/>
                <w:sz w:val="30"/>
                <w:szCs w:val="30"/>
              </w:rPr>
            </w:pPr>
          </w:p>
        </w:tc>
        <w:tc>
          <w:tcPr>
            <w:tcW w:w="704" w:type="pct"/>
            <w:shd w:val="clear" w:color="auto" w:fill="E5EAE3" w:themeFill="accent4" w:themeFillTint="33"/>
          </w:tcPr>
          <w:p w14:paraId="41B61820"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hAnsi="Rosans Sans" w:cs="Noto Sans"/>
                <w:noProof/>
                <w:spacing w:val="20"/>
                <w:sz w:val="30"/>
                <w:szCs w:val="30"/>
              </w:rPr>
            </w:pPr>
          </w:p>
        </w:tc>
        <w:tc>
          <w:tcPr>
            <w:tcW w:w="704" w:type="pct"/>
            <w:shd w:val="clear" w:color="auto" w:fill="E5EAE3" w:themeFill="accent4" w:themeFillTint="33"/>
          </w:tcPr>
          <w:p w14:paraId="3BB2A1AC"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hAnsi="Rosans Sans" w:cs="Noto Sans"/>
                <w:noProof/>
                <w:spacing w:val="20"/>
                <w:sz w:val="30"/>
                <w:szCs w:val="30"/>
              </w:rPr>
            </w:pPr>
          </w:p>
        </w:tc>
        <w:tc>
          <w:tcPr>
            <w:tcW w:w="776" w:type="pct"/>
            <w:shd w:val="clear" w:color="auto" w:fill="E5EAE3" w:themeFill="accent4" w:themeFillTint="33"/>
          </w:tcPr>
          <w:p w14:paraId="30305202"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hAnsi="Rosans Sans" w:cs="Noto Sans"/>
                <w:noProof/>
                <w:spacing w:val="20"/>
                <w:sz w:val="30"/>
                <w:szCs w:val="30"/>
              </w:rPr>
            </w:pPr>
          </w:p>
        </w:tc>
      </w:tr>
      <w:tr w:rsidR="009D7CD4" w:rsidRPr="00091CDF" w14:paraId="3F89DCA6" w14:textId="48C6F6B6" w:rsidTr="42A071F3">
        <w:trPr>
          <w:cnfStyle w:val="000000010000" w:firstRow="0" w:lastRow="0" w:firstColumn="0" w:lastColumn="0" w:oddVBand="0" w:evenVBand="0" w:oddHBand="0" w:evenHBand="1"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78" w:type="pct"/>
            <w:shd w:val="clear" w:color="auto" w:fill="D4DCD2"/>
            <w:tcMar>
              <w:top w:w="50" w:type="dxa"/>
              <w:left w:w="80" w:type="dxa"/>
              <w:bottom w:w="50" w:type="dxa"/>
              <w:right w:w="80" w:type="dxa"/>
            </w:tcMar>
            <w:vAlign w:val="center"/>
          </w:tcPr>
          <w:p w14:paraId="269B7040" w14:textId="77777777" w:rsidR="009D7CD4" w:rsidRPr="00CB1342" w:rsidRDefault="009D7CD4" w:rsidP="008072F9">
            <w:pPr>
              <w:jc w:val="center"/>
              <w:rPr>
                <w:rFonts w:ascii="Rosans Sans" w:hAnsi="Rosans Sans" w:cs="Noto Sans"/>
                <w:spacing w:val="20"/>
                <w:sz w:val="22"/>
                <w:szCs w:val="22"/>
              </w:rPr>
            </w:pPr>
            <w:r w:rsidRPr="00CB1342">
              <w:rPr>
                <w:rFonts w:ascii="Rosans Sans" w:eastAsia="Noto Sans" w:hAnsi="Rosans Sans" w:cs="Noto Sans"/>
                <w:noProof/>
                <w:spacing w:val="20"/>
              </w:rPr>
              <w:drawing>
                <wp:inline distT="0" distB="0" distL="0" distR="0" wp14:anchorId="0D729488" wp14:editId="0DB00887">
                  <wp:extent cx="1018162" cy="498476"/>
                  <wp:effectExtent l="0" t="0" r="0" b="0"/>
                  <wp:docPr id="43048592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36">
                            <a:extLst>
                              <a:ext uri="{BEBA8EAE-BF5A-486C-A8C5-ECC9F3942E4B}">
                                <a14:imgProps xmlns:a14="http://schemas.microsoft.com/office/drawing/2010/main">
                                  <a14:imgLayer r:embed="rId37">
                                    <a14:imgEffect>
                                      <a14:brightnessContrast bright="-100000" contrast="100000"/>
                                    </a14:imgEffect>
                                  </a14:imgLayer>
                                </a14:imgProps>
                              </a:ext>
                              <a:ext uri="{28A0092B-C50C-407E-A947-70E740481C1C}">
                                <a14:useLocalDpi xmlns:a14="http://schemas.microsoft.com/office/drawing/2010/main" val="0"/>
                              </a:ext>
                            </a:extLst>
                          </a:blip>
                          <a:srcRect t="22396" b="28646"/>
                          <a:stretch>
                            <a:fillRect/>
                          </a:stretch>
                        </pic:blipFill>
                        <pic:spPr bwMode="auto">
                          <a:xfrm>
                            <a:off x="0" y="0"/>
                            <a:ext cx="1025797" cy="502214"/>
                          </a:xfrm>
                          <a:prstGeom prst="rect">
                            <a:avLst/>
                          </a:prstGeom>
                          <a:noFill/>
                          <a:ln>
                            <a:noFill/>
                          </a:ln>
                          <a:extLst>
                            <a:ext uri="{53640926-AAD7-44D8-BBD7-CCE9431645EC}">
                              <a14:shadowObscured xmlns:a14="http://schemas.microsoft.com/office/drawing/2010/main"/>
                            </a:ext>
                          </a:extLst>
                        </pic:spPr>
                      </pic:pic>
                    </a:graphicData>
                  </a:graphic>
                </wp:inline>
              </w:drawing>
            </w:r>
          </w:p>
          <w:p w14:paraId="342DFDA6" w14:textId="45150D11" w:rsidR="009D7CD4" w:rsidRPr="00CB1342" w:rsidRDefault="009D7CD4" w:rsidP="008072F9">
            <w:pPr>
              <w:jc w:val="center"/>
              <w:rPr>
                <w:rFonts w:ascii="Rosans Sans" w:hAnsi="Rosans Sans" w:cs="Noto Sans"/>
                <w:spacing w:val="20"/>
                <w:sz w:val="22"/>
                <w:szCs w:val="22"/>
              </w:rPr>
            </w:pPr>
            <w:r w:rsidRPr="00CB1342">
              <w:rPr>
                <w:rFonts w:ascii="Rosans Sans" w:hAnsi="Rosans Sans" w:cs="Noto Sans"/>
                <w:spacing w:val="20"/>
                <w:sz w:val="22"/>
                <w:szCs w:val="22"/>
              </w:rPr>
              <w:t>15</w:t>
            </w:r>
          </w:p>
          <w:p w14:paraId="63689E32" w14:textId="31600B5B" w:rsidR="009D7CD4" w:rsidRPr="00CB1342" w:rsidRDefault="009D7CD4" w:rsidP="008072F9">
            <w:pPr>
              <w:jc w:val="center"/>
              <w:rPr>
                <w:rFonts w:ascii="Rosans Sans" w:eastAsia="Noto Sans" w:hAnsi="Rosans Sans" w:cs="Noto Sans"/>
                <w:spacing w:val="20"/>
                <w:sz w:val="22"/>
                <w:szCs w:val="22"/>
              </w:rPr>
            </w:pPr>
            <w:r w:rsidRPr="00CB1342">
              <w:rPr>
                <w:rFonts w:ascii="Rosans Sans" w:hAnsi="Rosans Sans" w:cs="Noto Sans"/>
                <w:spacing w:val="20"/>
                <w:sz w:val="22"/>
                <w:szCs w:val="22"/>
              </w:rPr>
              <w:t>be trustworthy</w:t>
            </w:r>
          </w:p>
        </w:tc>
        <w:tc>
          <w:tcPr>
            <w:tcW w:w="730" w:type="pct"/>
            <w:shd w:val="clear" w:color="auto" w:fill="E5EAE3" w:themeFill="accent4" w:themeFillTint="33"/>
          </w:tcPr>
          <w:p w14:paraId="491CE296"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E5EAE3" w:themeFill="accent4" w:themeFillTint="33"/>
          </w:tcPr>
          <w:p w14:paraId="7CB6CE1F"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E5EAE3" w:themeFill="accent4" w:themeFillTint="33"/>
          </w:tcPr>
          <w:p w14:paraId="0D0BC56A"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E5EAE3" w:themeFill="accent4" w:themeFillTint="33"/>
          </w:tcPr>
          <w:p w14:paraId="7B9D1398"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E5EAE3" w:themeFill="accent4" w:themeFillTint="33"/>
          </w:tcPr>
          <w:p w14:paraId="13778565"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76" w:type="pct"/>
            <w:shd w:val="clear" w:color="auto" w:fill="E5EAE3" w:themeFill="accent4" w:themeFillTint="33"/>
          </w:tcPr>
          <w:p w14:paraId="13F371BF"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r>
      <w:tr w:rsidR="009D7CD4" w:rsidRPr="00091CDF" w14:paraId="5AD2EA6F" w14:textId="7D5F66C1" w:rsidTr="42A071F3">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78" w:type="pct"/>
            <w:tcBorders>
              <w:bottom w:val="single" w:sz="4" w:space="0" w:color="2A2622" w:themeColor="text1"/>
            </w:tcBorders>
            <w:shd w:val="clear" w:color="auto" w:fill="D4DCD2"/>
            <w:tcMar>
              <w:top w:w="50" w:type="dxa"/>
              <w:left w:w="80" w:type="dxa"/>
              <w:bottom w:w="50" w:type="dxa"/>
              <w:right w:w="80" w:type="dxa"/>
            </w:tcMar>
            <w:vAlign w:val="center"/>
          </w:tcPr>
          <w:p w14:paraId="26E2A925" w14:textId="77777777" w:rsidR="009D7CD4" w:rsidRPr="00CB1342" w:rsidRDefault="009D7CD4" w:rsidP="008072F9">
            <w:pPr>
              <w:jc w:val="center"/>
              <w:rPr>
                <w:rFonts w:ascii="Rosans Sans" w:hAnsi="Rosans Sans" w:cs="Noto Sans"/>
                <w:spacing w:val="20"/>
                <w:sz w:val="22"/>
                <w:szCs w:val="22"/>
              </w:rPr>
            </w:pPr>
            <w:r w:rsidRPr="00CB1342">
              <w:rPr>
                <w:rFonts w:ascii="Rosans Sans" w:hAnsi="Rosans Sans" w:cs="Noto Sans"/>
                <w:noProof/>
                <w:spacing w:val="20"/>
              </w:rPr>
              <w:drawing>
                <wp:inline distT="0" distB="0" distL="0" distR="0" wp14:anchorId="70655348" wp14:editId="6FF03D75">
                  <wp:extent cx="687421" cy="522727"/>
                  <wp:effectExtent l="0" t="0" r="0" b="0"/>
                  <wp:docPr id="169807695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38">
                            <a:extLst>
                              <a:ext uri="{BEBA8EAE-BF5A-486C-A8C5-ECC9F3942E4B}">
                                <a14:imgProps xmlns:a14="http://schemas.microsoft.com/office/drawing/2010/main">
                                  <a14:imgLayer r:embed="rId39">
                                    <a14:imgEffect>
                                      <a14:brightnessContrast bright="-100000" contrast="100000"/>
                                    </a14:imgEffect>
                                  </a14:imgLayer>
                                </a14:imgProps>
                              </a:ext>
                              <a:ext uri="{28A0092B-C50C-407E-A947-70E740481C1C}">
                                <a14:useLocalDpi xmlns:a14="http://schemas.microsoft.com/office/drawing/2010/main" val="0"/>
                              </a:ext>
                            </a:extLst>
                          </a:blip>
                          <a:srcRect t="11458" b="12500"/>
                          <a:stretch>
                            <a:fillRect/>
                          </a:stretch>
                        </pic:blipFill>
                        <pic:spPr bwMode="auto">
                          <a:xfrm>
                            <a:off x="0" y="0"/>
                            <a:ext cx="696455" cy="529596"/>
                          </a:xfrm>
                          <a:prstGeom prst="rect">
                            <a:avLst/>
                          </a:prstGeom>
                          <a:noFill/>
                          <a:ln>
                            <a:noFill/>
                          </a:ln>
                          <a:extLst>
                            <a:ext uri="{53640926-AAD7-44D8-BBD7-CCE9431645EC}">
                              <a14:shadowObscured xmlns:a14="http://schemas.microsoft.com/office/drawing/2010/main"/>
                            </a:ext>
                          </a:extLst>
                        </pic:spPr>
                      </pic:pic>
                    </a:graphicData>
                  </a:graphic>
                </wp:inline>
              </w:drawing>
            </w:r>
          </w:p>
          <w:p w14:paraId="607FA5F0" w14:textId="3F8528DA" w:rsidR="009D7CD4" w:rsidRPr="00CB1342" w:rsidRDefault="009D7CD4" w:rsidP="008072F9">
            <w:pPr>
              <w:jc w:val="center"/>
              <w:rPr>
                <w:rFonts w:ascii="Rosans Sans" w:hAnsi="Rosans Sans" w:cs="Noto Sans"/>
                <w:spacing w:val="20"/>
                <w:sz w:val="22"/>
                <w:szCs w:val="22"/>
              </w:rPr>
            </w:pPr>
            <w:r w:rsidRPr="00CB1342">
              <w:rPr>
                <w:rFonts w:ascii="Rosans Sans" w:hAnsi="Rosans Sans" w:cs="Noto Sans"/>
                <w:spacing w:val="20"/>
                <w:sz w:val="22"/>
                <w:szCs w:val="22"/>
              </w:rPr>
              <w:t>16</w:t>
            </w:r>
          </w:p>
          <w:p w14:paraId="1C0DDC8E" w14:textId="44978ADA" w:rsidR="009D7CD4" w:rsidRPr="00CB1342" w:rsidRDefault="009D7CD4" w:rsidP="008072F9">
            <w:pPr>
              <w:jc w:val="center"/>
              <w:rPr>
                <w:rFonts w:ascii="Rosans Sans" w:hAnsi="Rosans Sans" w:cs="Noto Sans"/>
                <w:spacing w:val="20"/>
                <w:sz w:val="22"/>
                <w:szCs w:val="22"/>
              </w:rPr>
            </w:pPr>
            <w:r w:rsidRPr="00CB1342">
              <w:rPr>
                <w:rFonts w:ascii="Rosans Sans" w:hAnsi="Rosans Sans" w:cs="Noto Sans"/>
                <w:spacing w:val="20"/>
                <w:sz w:val="22"/>
                <w:szCs w:val="22"/>
              </w:rPr>
              <w:t>be courageous</w:t>
            </w:r>
          </w:p>
        </w:tc>
        <w:tc>
          <w:tcPr>
            <w:tcW w:w="730" w:type="pct"/>
            <w:tcBorders>
              <w:bottom w:val="single" w:sz="4" w:space="0" w:color="2A2622" w:themeColor="text1"/>
            </w:tcBorders>
            <w:shd w:val="clear" w:color="auto" w:fill="E5EAE3" w:themeFill="accent4" w:themeFillTint="33"/>
          </w:tcPr>
          <w:p w14:paraId="0ECEBA77"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hAnsi="Rosans Sans" w:cs="Noto Sans"/>
                <w:noProof/>
                <w:spacing w:val="20"/>
                <w:sz w:val="30"/>
                <w:szCs w:val="30"/>
              </w:rPr>
            </w:pPr>
          </w:p>
        </w:tc>
        <w:tc>
          <w:tcPr>
            <w:tcW w:w="704" w:type="pct"/>
            <w:tcBorders>
              <w:bottom w:val="single" w:sz="4" w:space="0" w:color="2A2622" w:themeColor="text1"/>
            </w:tcBorders>
            <w:shd w:val="clear" w:color="auto" w:fill="E5EAE3" w:themeFill="accent4" w:themeFillTint="33"/>
          </w:tcPr>
          <w:p w14:paraId="21E2BE92"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hAnsi="Rosans Sans" w:cs="Noto Sans"/>
                <w:noProof/>
                <w:spacing w:val="20"/>
                <w:sz w:val="30"/>
                <w:szCs w:val="30"/>
              </w:rPr>
            </w:pPr>
          </w:p>
        </w:tc>
        <w:tc>
          <w:tcPr>
            <w:tcW w:w="704" w:type="pct"/>
            <w:tcBorders>
              <w:bottom w:val="single" w:sz="4" w:space="0" w:color="2A2622" w:themeColor="text1"/>
            </w:tcBorders>
            <w:shd w:val="clear" w:color="auto" w:fill="E5EAE3" w:themeFill="accent4" w:themeFillTint="33"/>
          </w:tcPr>
          <w:p w14:paraId="1E278ECA"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hAnsi="Rosans Sans" w:cs="Noto Sans"/>
                <w:noProof/>
                <w:spacing w:val="20"/>
                <w:sz w:val="30"/>
                <w:szCs w:val="30"/>
              </w:rPr>
            </w:pPr>
          </w:p>
        </w:tc>
        <w:tc>
          <w:tcPr>
            <w:tcW w:w="704" w:type="pct"/>
            <w:tcBorders>
              <w:bottom w:val="single" w:sz="4" w:space="0" w:color="2A2622" w:themeColor="text1"/>
            </w:tcBorders>
            <w:shd w:val="clear" w:color="auto" w:fill="E5EAE3" w:themeFill="accent4" w:themeFillTint="33"/>
          </w:tcPr>
          <w:p w14:paraId="76EAA5F6"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hAnsi="Rosans Sans" w:cs="Noto Sans"/>
                <w:noProof/>
                <w:spacing w:val="20"/>
                <w:sz w:val="30"/>
                <w:szCs w:val="30"/>
              </w:rPr>
            </w:pPr>
          </w:p>
        </w:tc>
        <w:tc>
          <w:tcPr>
            <w:tcW w:w="704" w:type="pct"/>
            <w:tcBorders>
              <w:bottom w:val="single" w:sz="4" w:space="0" w:color="2A2622" w:themeColor="text1"/>
            </w:tcBorders>
            <w:shd w:val="clear" w:color="auto" w:fill="E5EAE3" w:themeFill="accent4" w:themeFillTint="33"/>
          </w:tcPr>
          <w:p w14:paraId="59B9CEBC"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hAnsi="Rosans Sans" w:cs="Noto Sans"/>
                <w:noProof/>
                <w:spacing w:val="20"/>
                <w:sz w:val="30"/>
                <w:szCs w:val="30"/>
              </w:rPr>
            </w:pPr>
          </w:p>
        </w:tc>
        <w:tc>
          <w:tcPr>
            <w:tcW w:w="776" w:type="pct"/>
            <w:tcBorders>
              <w:bottom w:val="single" w:sz="4" w:space="0" w:color="2A2622" w:themeColor="text1"/>
            </w:tcBorders>
            <w:shd w:val="clear" w:color="auto" w:fill="E5EAE3" w:themeFill="accent4" w:themeFillTint="33"/>
          </w:tcPr>
          <w:p w14:paraId="4FF5E70F"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hAnsi="Rosans Sans" w:cs="Noto Sans"/>
                <w:noProof/>
                <w:spacing w:val="20"/>
                <w:sz w:val="30"/>
                <w:szCs w:val="30"/>
              </w:rPr>
            </w:pPr>
          </w:p>
        </w:tc>
      </w:tr>
      <w:tr w:rsidR="004428CA" w:rsidRPr="00091CDF" w14:paraId="71536583" w14:textId="27AE087C" w:rsidTr="42A071F3">
        <w:trPr>
          <w:cnfStyle w:val="000000010000" w:firstRow="0" w:lastRow="0" w:firstColumn="0" w:lastColumn="0" w:oddVBand="0" w:evenVBand="0" w:oddHBand="0" w:evenHBand="1"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78" w:type="pct"/>
            <w:tcBorders>
              <w:right w:val="nil"/>
            </w:tcBorders>
            <w:shd w:val="clear" w:color="auto" w:fill="1C1917"/>
            <w:tcMar>
              <w:top w:w="50" w:type="dxa"/>
              <w:left w:w="80" w:type="dxa"/>
              <w:bottom w:w="50" w:type="dxa"/>
              <w:right w:w="80" w:type="dxa"/>
            </w:tcMar>
            <w:vAlign w:val="center"/>
          </w:tcPr>
          <w:p w14:paraId="0DE50404" w14:textId="220DC53A" w:rsidR="004428CA" w:rsidRPr="00CB1342" w:rsidRDefault="004428CA" w:rsidP="008072F9">
            <w:pPr>
              <w:jc w:val="center"/>
              <w:rPr>
                <w:rFonts w:ascii="Rosans Sans" w:hAnsi="Rosans Sans" w:cs="Noto Sans"/>
                <w:color w:val="C0D0D9"/>
                <w14:ligatures w14:val="all"/>
              </w:rPr>
            </w:pPr>
            <w:r w:rsidRPr="00CB1342">
              <w:rPr>
                <w:rFonts w:ascii="Rosans Sans" w:hAnsi="Rosans Sans" w:cs="Noto Sans"/>
                <w:color w:val="C0D0D9"/>
                <w14:ligatures w14:val="all"/>
              </w:rPr>
              <w:lastRenderedPageBreak/>
              <w:t>value bundle</w:t>
            </w:r>
          </w:p>
          <w:p w14:paraId="1C384781" w14:textId="05D3D5ED" w:rsidR="004428CA" w:rsidRPr="00CB1342" w:rsidRDefault="004428CA" w:rsidP="008072F9">
            <w:pPr>
              <w:jc w:val="center"/>
              <w:rPr>
                <w:rFonts w:ascii="Rosans Sans" w:hAnsi="Rosans Sans" w:cs="Noto Sans"/>
                <w:color w:val="C0D0D9"/>
                <w14:ligatures w14:val="all"/>
              </w:rPr>
            </w:pPr>
            <w:r w:rsidRPr="00CB1342">
              <w:rPr>
                <w:rFonts w:ascii="Rosans Sans" w:hAnsi="Rosans Sans" w:cs="Noto Sans"/>
                <w:color w:val="C0D0D9"/>
                <w14:ligatures w14:val="all"/>
              </w:rPr>
              <w:t>5</w:t>
            </w:r>
          </w:p>
          <w:p w14:paraId="68787CAA" w14:textId="10D31BFA" w:rsidR="004428CA" w:rsidRPr="00CB1342" w:rsidRDefault="004428CA" w:rsidP="008072F9">
            <w:pPr>
              <w:jc w:val="center"/>
              <w:rPr>
                <w:rFonts w:ascii="Greatness Culture Sans" w:eastAsia="Noto Sans" w:hAnsi="Greatness Culture Sans" w:cs="Noto Sans"/>
                <w:sz w:val="22"/>
                <w:szCs w:val="22"/>
              </w:rPr>
            </w:pPr>
            <w:r w:rsidRPr="00CB1342">
              <w:rPr>
                <w:rFonts w:ascii="Greatness Culture Sans" w:hAnsi="Greatness Culture Sans" w:cs="Noto Sans"/>
                <w:color w:val="C0D0D9"/>
                <w14:ligatures w14:val="all"/>
              </w:rPr>
              <w:t>CURRENT</w:t>
            </w:r>
          </w:p>
        </w:tc>
        <w:tc>
          <w:tcPr>
            <w:tcW w:w="4322" w:type="pct"/>
            <w:gridSpan w:val="6"/>
            <w:tcBorders>
              <w:right w:val="nil"/>
            </w:tcBorders>
            <w:shd w:val="clear" w:color="auto" w:fill="4D6E7F" w:themeFill="accent5"/>
          </w:tcPr>
          <w:p w14:paraId="5A885550" w14:textId="77777777" w:rsidR="004428CA" w:rsidRPr="00E85D5B" w:rsidRDefault="004428CA" w:rsidP="008072F9">
            <w:pPr>
              <w:jc w:val="center"/>
              <w:cnfStyle w:val="000000010000" w:firstRow="0" w:lastRow="0" w:firstColumn="0" w:lastColumn="0" w:oddVBand="0" w:evenVBand="0" w:oddHBand="0" w:evenHBand="1" w:firstRowFirstColumn="0" w:firstRowLastColumn="0" w:lastRowFirstColumn="0" w:lastRowLastColumn="0"/>
              <w:rPr>
                <w:rFonts w:ascii="Rosans Sans" w:hAnsi="Rosans Sans" w:cs="Noto Sans"/>
                <w:color w:val="C0D0D9"/>
                <w:sz w:val="42"/>
                <w:szCs w:val="42"/>
                <w14:ligatures w14:val="all"/>
              </w:rPr>
            </w:pPr>
          </w:p>
        </w:tc>
      </w:tr>
      <w:tr w:rsidR="009D7CD4" w:rsidRPr="00091CDF" w14:paraId="4264C9A6" w14:textId="3B3DB6DA" w:rsidTr="42A071F3">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78" w:type="pct"/>
            <w:shd w:val="clear" w:color="auto" w:fill="C0D0D9"/>
            <w:tcMar>
              <w:top w:w="50" w:type="dxa"/>
              <w:left w:w="80" w:type="dxa"/>
              <w:bottom w:w="50" w:type="dxa"/>
              <w:right w:w="80" w:type="dxa"/>
            </w:tcMar>
            <w:vAlign w:val="center"/>
          </w:tcPr>
          <w:p w14:paraId="276A580A" w14:textId="77777777"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noProof/>
                <w:spacing w:val="20"/>
              </w:rPr>
              <w:drawing>
                <wp:inline distT="0" distB="0" distL="0" distR="0" wp14:anchorId="72FB05E9" wp14:editId="4D83C2A0">
                  <wp:extent cx="875489" cy="492327"/>
                  <wp:effectExtent l="0" t="0" r="1270" b="3175"/>
                  <wp:docPr id="149199990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40">
                            <a:extLst>
                              <a:ext uri="{BEBA8EAE-BF5A-486C-A8C5-ECC9F3942E4B}">
                                <a14:imgProps xmlns:a14="http://schemas.microsoft.com/office/drawing/2010/main">
                                  <a14:imgLayer r:embed="rId41">
                                    <a14:imgEffect>
                                      <a14:brightnessContrast bright="-100000" contrast="100000"/>
                                    </a14:imgEffect>
                                  </a14:imgLayer>
                                </a14:imgProps>
                              </a:ext>
                              <a:ext uri="{28A0092B-C50C-407E-A947-70E740481C1C}">
                                <a14:useLocalDpi xmlns:a14="http://schemas.microsoft.com/office/drawing/2010/main" val="0"/>
                              </a:ext>
                            </a:extLst>
                          </a:blip>
                          <a:srcRect t="21908" b="21858"/>
                          <a:stretch>
                            <a:fillRect/>
                          </a:stretch>
                        </pic:blipFill>
                        <pic:spPr bwMode="auto">
                          <a:xfrm>
                            <a:off x="0" y="0"/>
                            <a:ext cx="893477" cy="502443"/>
                          </a:xfrm>
                          <a:prstGeom prst="rect">
                            <a:avLst/>
                          </a:prstGeom>
                          <a:noFill/>
                          <a:ln>
                            <a:noFill/>
                          </a:ln>
                          <a:extLst>
                            <a:ext uri="{53640926-AAD7-44D8-BBD7-CCE9431645EC}">
                              <a14:shadowObscured xmlns:a14="http://schemas.microsoft.com/office/drawing/2010/main"/>
                            </a:ext>
                          </a:extLst>
                        </pic:spPr>
                      </pic:pic>
                    </a:graphicData>
                  </a:graphic>
                </wp:inline>
              </w:drawing>
            </w:r>
          </w:p>
          <w:p w14:paraId="35C03E71" w14:textId="77588B21"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spacing w:val="20"/>
                <w:sz w:val="22"/>
                <w:szCs w:val="22"/>
              </w:rPr>
              <w:t>17</w:t>
            </w:r>
          </w:p>
          <w:p w14:paraId="2B28417B" w14:textId="61F41E9E" w:rsidR="009D7CD4" w:rsidRPr="00CB1342" w:rsidRDefault="009D7CD4" w:rsidP="008072F9">
            <w:pPr>
              <w:jc w:val="center"/>
              <w:rPr>
                <w:rFonts w:ascii="Rosans Sans" w:hAnsi="Rosans Sans" w:cs="Noto Sans"/>
                <w:spacing w:val="20"/>
                <w:sz w:val="22"/>
                <w:szCs w:val="22"/>
              </w:rPr>
            </w:pPr>
            <w:r w:rsidRPr="00CB1342">
              <w:rPr>
                <w:rFonts w:ascii="Rosans Sans" w:eastAsia="Noto Sans" w:hAnsi="Rosans Sans" w:cs="Noto Sans"/>
                <w:spacing w:val="20"/>
                <w:sz w:val="22"/>
                <w:szCs w:val="22"/>
              </w:rPr>
              <w:t>be receptive</w:t>
            </w:r>
          </w:p>
        </w:tc>
        <w:tc>
          <w:tcPr>
            <w:tcW w:w="730" w:type="pct"/>
            <w:shd w:val="clear" w:color="auto" w:fill="D8E2E8" w:themeFill="accent5" w:themeFillTint="33"/>
          </w:tcPr>
          <w:p w14:paraId="6A5FE865"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D8E2E8" w:themeFill="accent5" w:themeFillTint="33"/>
          </w:tcPr>
          <w:p w14:paraId="588E2371"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D8E2E8" w:themeFill="accent5" w:themeFillTint="33"/>
          </w:tcPr>
          <w:p w14:paraId="40992743"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D8E2E8" w:themeFill="accent5" w:themeFillTint="33"/>
          </w:tcPr>
          <w:p w14:paraId="01403C75"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D8E2E8" w:themeFill="accent5" w:themeFillTint="33"/>
          </w:tcPr>
          <w:p w14:paraId="076F3165"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76" w:type="pct"/>
            <w:shd w:val="clear" w:color="auto" w:fill="D8E2E8" w:themeFill="accent5" w:themeFillTint="33"/>
          </w:tcPr>
          <w:p w14:paraId="499CAC66"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r>
      <w:tr w:rsidR="009D7CD4" w:rsidRPr="00091CDF" w14:paraId="4F13A5D4" w14:textId="1A8EB1C7" w:rsidTr="42A071F3">
        <w:trPr>
          <w:cnfStyle w:val="000000010000" w:firstRow="0" w:lastRow="0" w:firstColumn="0" w:lastColumn="0" w:oddVBand="0" w:evenVBand="0" w:oddHBand="0" w:evenHBand="1"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78" w:type="pct"/>
            <w:shd w:val="clear" w:color="auto" w:fill="C0D0D9"/>
            <w:tcMar>
              <w:top w:w="50" w:type="dxa"/>
              <w:left w:w="80" w:type="dxa"/>
              <w:bottom w:w="50" w:type="dxa"/>
              <w:right w:w="80" w:type="dxa"/>
            </w:tcMar>
            <w:vAlign w:val="center"/>
          </w:tcPr>
          <w:p w14:paraId="2F98C776" w14:textId="77777777"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noProof/>
                <w:spacing w:val="20"/>
              </w:rPr>
              <w:drawing>
                <wp:inline distT="0" distB="0" distL="0" distR="0" wp14:anchorId="6C670D98" wp14:editId="749216C5">
                  <wp:extent cx="654996" cy="446900"/>
                  <wp:effectExtent l="0" t="0" r="0" b="0"/>
                  <wp:docPr id="69747290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42">
                            <a:extLst>
                              <a:ext uri="{BEBA8EAE-BF5A-486C-A8C5-ECC9F3942E4B}">
                                <a14:imgProps xmlns:a14="http://schemas.microsoft.com/office/drawing/2010/main">
                                  <a14:imgLayer r:embed="rId43">
                                    <a14:imgEffect>
                                      <a14:brightnessContrast bright="-100000" contrast="100000"/>
                                    </a14:imgEffect>
                                  </a14:imgLayer>
                                </a14:imgProps>
                              </a:ext>
                              <a:ext uri="{28A0092B-C50C-407E-A947-70E740481C1C}">
                                <a14:useLocalDpi xmlns:a14="http://schemas.microsoft.com/office/drawing/2010/main" val="0"/>
                              </a:ext>
                            </a:extLst>
                          </a:blip>
                          <a:srcRect t="15625" b="16145"/>
                          <a:stretch>
                            <a:fillRect/>
                          </a:stretch>
                        </pic:blipFill>
                        <pic:spPr bwMode="auto">
                          <a:xfrm>
                            <a:off x="0" y="0"/>
                            <a:ext cx="667284" cy="455284"/>
                          </a:xfrm>
                          <a:prstGeom prst="rect">
                            <a:avLst/>
                          </a:prstGeom>
                          <a:noFill/>
                          <a:ln>
                            <a:noFill/>
                          </a:ln>
                          <a:extLst>
                            <a:ext uri="{53640926-AAD7-44D8-BBD7-CCE9431645EC}">
                              <a14:shadowObscured xmlns:a14="http://schemas.microsoft.com/office/drawing/2010/main"/>
                            </a:ext>
                          </a:extLst>
                        </pic:spPr>
                      </pic:pic>
                    </a:graphicData>
                  </a:graphic>
                </wp:inline>
              </w:drawing>
            </w:r>
          </w:p>
          <w:p w14:paraId="1328D1C3" w14:textId="6C8EFCC8"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spacing w:val="20"/>
                <w:sz w:val="22"/>
                <w:szCs w:val="22"/>
              </w:rPr>
              <w:t>18</w:t>
            </w:r>
          </w:p>
          <w:p w14:paraId="2003DBCA" w14:textId="27912436" w:rsidR="009D7CD4" w:rsidRPr="00CB1342" w:rsidRDefault="009D7CD4" w:rsidP="008072F9">
            <w:pPr>
              <w:jc w:val="center"/>
              <w:rPr>
                <w:rFonts w:ascii="Rosans Sans" w:hAnsi="Rosans Sans" w:cs="Noto Sans"/>
                <w:spacing w:val="20"/>
                <w:sz w:val="22"/>
                <w:szCs w:val="22"/>
              </w:rPr>
            </w:pPr>
            <w:r w:rsidRPr="00CB1342">
              <w:rPr>
                <w:rFonts w:ascii="Rosans Sans" w:eastAsia="Noto Sans" w:hAnsi="Rosans Sans" w:cs="Noto Sans"/>
                <w:spacing w:val="20"/>
                <w:sz w:val="22"/>
                <w:szCs w:val="22"/>
              </w:rPr>
              <w:t>be curious</w:t>
            </w:r>
          </w:p>
        </w:tc>
        <w:tc>
          <w:tcPr>
            <w:tcW w:w="730" w:type="pct"/>
            <w:shd w:val="clear" w:color="auto" w:fill="D8E2E8" w:themeFill="accent5" w:themeFillTint="33"/>
          </w:tcPr>
          <w:p w14:paraId="0CFD2562"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D8E2E8" w:themeFill="accent5" w:themeFillTint="33"/>
          </w:tcPr>
          <w:p w14:paraId="749FC551"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D8E2E8" w:themeFill="accent5" w:themeFillTint="33"/>
          </w:tcPr>
          <w:p w14:paraId="39757E56"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D8E2E8" w:themeFill="accent5" w:themeFillTint="33"/>
          </w:tcPr>
          <w:p w14:paraId="1EFB4ABA"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D8E2E8" w:themeFill="accent5" w:themeFillTint="33"/>
          </w:tcPr>
          <w:p w14:paraId="11EFFFFD"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76" w:type="pct"/>
            <w:shd w:val="clear" w:color="auto" w:fill="D8E2E8" w:themeFill="accent5" w:themeFillTint="33"/>
          </w:tcPr>
          <w:p w14:paraId="6F46E845"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r>
      <w:tr w:rsidR="009D7CD4" w:rsidRPr="00091CDF" w14:paraId="6FC040E7" w14:textId="0E499C20" w:rsidTr="42A071F3">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78" w:type="pct"/>
            <w:shd w:val="clear" w:color="auto" w:fill="C0D0D9"/>
            <w:tcMar>
              <w:top w:w="50" w:type="dxa"/>
              <w:left w:w="80" w:type="dxa"/>
              <w:bottom w:w="50" w:type="dxa"/>
              <w:right w:w="80" w:type="dxa"/>
            </w:tcMar>
          </w:tcPr>
          <w:p w14:paraId="3FCDA0DD" w14:textId="77777777"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noProof/>
                <w:spacing w:val="20"/>
              </w:rPr>
              <w:drawing>
                <wp:inline distT="0" distB="0" distL="0" distR="0" wp14:anchorId="2A2E6C29" wp14:editId="600E7B9B">
                  <wp:extent cx="691029" cy="499353"/>
                  <wp:effectExtent l="0" t="0" r="0" b="0"/>
                  <wp:docPr id="202711202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44">
                            <a:extLst>
                              <a:ext uri="{BEBA8EAE-BF5A-486C-A8C5-ECC9F3942E4B}">
                                <a14:imgProps xmlns:a14="http://schemas.microsoft.com/office/drawing/2010/main">
                                  <a14:imgLayer r:embed="rId45">
                                    <a14:imgEffect>
                                      <a14:brightnessContrast bright="-100000" contrast="100000"/>
                                    </a14:imgEffect>
                                  </a14:imgLayer>
                                </a14:imgProps>
                              </a:ext>
                              <a:ext uri="{28A0092B-C50C-407E-A947-70E740481C1C}">
                                <a14:useLocalDpi xmlns:a14="http://schemas.microsoft.com/office/drawing/2010/main" val="0"/>
                              </a:ext>
                            </a:extLst>
                          </a:blip>
                          <a:srcRect t="9896" b="10937"/>
                          <a:stretch>
                            <a:fillRect/>
                          </a:stretch>
                        </pic:blipFill>
                        <pic:spPr bwMode="auto">
                          <a:xfrm>
                            <a:off x="0" y="0"/>
                            <a:ext cx="706275" cy="510370"/>
                          </a:xfrm>
                          <a:prstGeom prst="rect">
                            <a:avLst/>
                          </a:prstGeom>
                          <a:noFill/>
                          <a:ln>
                            <a:noFill/>
                          </a:ln>
                          <a:extLst>
                            <a:ext uri="{53640926-AAD7-44D8-BBD7-CCE9431645EC}">
                              <a14:shadowObscured xmlns:a14="http://schemas.microsoft.com/office/drawing/2010/main"/>
                            </a:ext>
                          </a:extLst>
                        </pic:spPr>
                      </pic:pic>
                    </a:graphicData>
                  </a:graphic>
                </wp:inline>
              </w:drawing>
            </w:r>
          </w:p>
          <w:p w14:paraId="4EA118DF" w14:textId="1D54C15E"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spacing w:val="20"/>
                <w:sz w:val="22"/>
                <w:szCs w:val="22"/>
              </w:rPr>
              <w:t>19</w:t>
            </w:r>
          </w:p>
          <w:p w14:paraId="15441402" w14:textId="06BB79EE" w:rsidR="009D7CD4" w:rsidRPr="00CB1342" w:rsidRDefault="009D7CD4" w:rsidP="008072F9">
            <w:pPr>
              <w:jc w:val="center"/>
              <w:rPr>
                <w:rFonts w:ascii="Rosans Sans" w:hAnsi="Rosans Sans" w:cs="Noto Sans"/>
                <w:spacing w:val="20"/>
                <w:sz w:val="22"/>
                <w:szCs w:val="22"/>
              </w:rPr>
            </w:pPr>
            <w:r w:rsidRPr="00CB1342">
              <w:rPr>
                <w:rFonts w:ascii="Rosans Sans" w:eastAsia="Noto Sans" w:hAnsi="Rosans Sans" w:cs="Noto Sans"/>
                <w:spacing w:val="20"/>
                <w:sz w:val="22"/>
                <w:szCs w:val="22"/>
              </w:rPr>
              <w:t>act with humility</w:t>
            </w:r>
          </w:p>
        </w:tc>
        <w:tc>
          <w:tcPr>
            <w:tcW w:w="730" w:type="pct"/>
            <w:shd w:val="clear" w:color="auto" w:fill="D8E2E8" w:themeFill="accent5" w:themeFillTint="33"/>
          </w:tcPr>
          <w:p w14:paraId="3934B901"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D8E2E8" w:themeFill="accent5" w:themeFillTint="33"/>
          </w:tcPr>
          <w:p w14:paraId="2E55C1EE"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D8E2E8" w:themeFill="accent5" w:themeFillTint="33"/>
          </w:tcPr>
          <w:p w14:paraId="1F3CB6A7"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D8E2E8" w:themeFill="accent5" w:themeFillTint="33"/>
          </w:tcPr>
          <w:p w14:paraId="11B05F61"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D8E2E8" w:themeFill="accent5" w:themeFillTint="33"/>
          </w:tcPr>
          <w:p w14:paraId="03DB3A86"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76" w:type="pct"/>
            <w:shd w:val="clear" w:color="auto" w:fill="D8E2E8" w:themeFill="accent5" w:themeFillTint="33"/>
          </w:tcPr>
          <w:p w14:paraId="38F7313F"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r>
      <w:tr w:rsidR="009D7CD4" w:rsidRPr="00091CDF" w14:paraId="7124B8D8" w14:textId="7E290B82" w:rsidTr="42A071F3">
        <w:trPr>
          <w:cnfStyle w:val="000000010000" w:firstRow="0" w:lastRow="0" w:firstColumn="0" w:lastColumn="0" w:oddVBand="0" w:evenVBand="0" w:oddHBand="0" w:evenHBand="1"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78" w:type="pct"/>
            <w:shd w:val="clear" w:color="auto" w:fill="C0D0D9"/>
            <w:tcMar>
              <w:top w:w="50" w:type="dxa"/>
              <w:left w:w="80" w:type="dxa"/>
              <w:bottom w:w="50" w:type="dxa"/>
              <w:right w:w="80" w:type="dxa"/>
            </w:tcMar>
            <w:vAlign w:val="center"/>
          </w:tcPr>
          <w:p w14:paraId="3D86D641" w14:textId="77777777"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noProof/>
                <w:spacing w:val="20"/>
              </w:rPr>
              <w:drawing>
                <wp:inline distT="0" distB="0" distL="0" distR="0" wp14:anchorId="371DDC12" wp14:editId="691E2E8E">
                  <wp:extent cx="784689" cy="466928"/>
                  <wp:effectExtent l="0" t="0" r="0" b="0"/>
                  <wp:docPr id="185604299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46">
                            <a:extLst>
                              <a:ext uri="{BEBA8EAE-BF5A-486C-A8C5-ECC9F3942E4B}">
                                <a14:imgProps xmlns:a14="http://schemas.microsoft.com/office/drawing/2010/main">
                                  <a14:imgLayer r:embed="rId47">
                                    <a14:imgEffect>
                                      <a14:brightnessContrast bright="-100000" contrast="100000"/>
                                    </a14:imgEffect>
                                  </a14:imgLayer>
                                </a14:imgProps>
                              </a:ext>
                              <a:ext uri="{28A0092B-C50C-407E-A947-70E740481C1C}">
                                <a14:useLocalDpi xmlns:a14="http://schemas.microsoft.com/office/drawing/2010/main" val="0"/>
                              </a:ext>
                            </a:extLst>
                          </a:blip>
                          <a:srcRect l="3641" t="28125" r="4744" b="27604"/>
                          <a:stretch>
                            <a:fillRect/>
                          </a:stretch>
                        </pic:blipFill>
                        <pic:spPr bwMode="auto">
                          <a:xfrm>
                            <a:off x="0" y="0"/>
                            <a:ext cx="795022" cy="473077"/>
                          </a:xfrm>
                          <a:prstGeom prst="rect">
                            <a:avLst/>
                          </a:prstGeom>
                          <a:noFill/>
                          <a:ln>
                            <a:noFill/>
                          </a:ln>
                          <a:extLst>
                            <a:ext uri="{53640926-AAD7-44D8-BBD7-CCE9431645EC}">
                              <a14:shadowObscured xmlns:a14="http://schemas.microsoft.com/office/drawing/2010/main"/>
                            </a:ext>
                          </a:extLst>
                        </pic:spPr>
                      </pic:pic>
                    </a:graphicData>
                  </a:graphic>
                </wp:inline>
              </w:drawing>
            </w:r>
          </w:p>
          <w:p w14:paraId="78D64AA9" w14:textId="22A46C86"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spacing w:val="20"/>
                <w:sz w:val="22"/>
                <w:szCs w:val="22"/>
              </w:rPr>
              <w:t>20</w:t>
            </w:r>
          </w:p>
          <w:p w14:paraId="4FFB276F" w14:textId="02AAB43A" w:rsidR="009D7CD4" w:rsidRPr="00CB1342" w:rsidRDefault="009D7CD4" w:rsidP="008072F9">
            <w:pPr>
              <w:jc w:val="center"/>
              <w:rPr>
                <w:rFonts w:ascii="Rosans Sans" w:hAnsi="Rosans Sans" w:cs="Noto Sans"/>
                <w:spacing w:val="20"/>
                <w:sz w:val="22"/>
                <w:szCs w:val="22"/>
              </w:rPr>
            </w:pPr>
            <w:r w:rsidRPr="00CB1342">
              <w:rPr>
                <w:rFonts w:ascii="Rosans Sans" w:eastAsia="Noto Sans" w:hAnsi="Rosans Sans" w:cs="Noto Sans"/>
                <w:spacing w:val="20"/>
                <w:sz w:val="22"/>
                <w:szCs w:val="22"/>
              </w:rPr>
              <w:t>be aware</w:t>
            </w:r>
          </w:p>
        </w:tc>
        <w:tc>
          <w:tcPr>
            <w:tcW w:w="730" w:type="pct"/>
            <w:shd w:val="clear" w:color="auto" w:fill="D8E2E8" w:themeFill="accent5" w:themeFillTint="33"/>
          </w:tcPr>
          <w:p w14:paraId="398BABCA"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D8E2E8" w:themeFill="accent5" w:themeFillTint="33"/>
          </w:tcPr>
          <w:p w14:paraId="5DC6084B"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D8E2E8" w:themeFill="accent5" w:themeFillTint="33"/>
          </w:tcPr>
          <w:p w14:paraId="3757337D"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D8E2E8" w:themeFill="accent5" w:themeFillTint="33"/>
          </w:tcPr>
          <w:p w14:paraId="7904578D"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D8E2E8" w:themeFill="accent5" w:themeFillTint="33"/>
          </w:tcPr>
          <w:p w14:paraId="78BB17ED"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c>
          <w:tcPr>
            <w:tcW w:w="776" w:type="pct"/>
            <w:shd w:val="clear" w:color="auto" w:fill="D8E2E8" w:themeFill="accent5" w:themeFillTint="33"/>
          </w:tcPr>
          <w:p w14:paraId="07AB8153" w14:textId="77777777" w:rsidR="009D7CD4" w:rsidRPr="008C25DE" w:rsidRDefault="009D7CD4" w:rsidP="008072F9">
            <w:pPr>
              <w:jc w:val="center"/>
              <w:cnfStyle w:val="000000010000" w:firstRow="0" w:lastRow="0" w:firstColumn="0" w:lastColumn="0" w:oddVBand="0" w:evenVBand="0" w:oddHBand="0" w:evenHBand="1" w:firstRowFirstColumn="0" w:firstRowLastColumn="0" w:lastRowFirstColumn="0" w:lastRowLastColumn="0"/>
              <w:rPr>
                <w:rFonts w:ascii="Rosans Sans" w:eastAsia="Noto Sans" w:hAnsi="Rosans Sans" w:cs="Noto Sans"/>
                <w:noProof/>
                <w:spacing w:val="20"/>
                <w:sz w:val="30"/>
                <w:szCs w:val="30"/>
              </w:rPr>
            </w:pPr>
          </w:p>
        </w:tc>
      </w:tr>
      <w:tr w:rsidR="009D7CD4" w:rsidRPr="00091CDF" w14:paraId="21960D01" w14:textId="598D13CF" w:rsidTr="42A071F3">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678" w:type="pct"/>
            <w:shd w:val="clear" w:color="auto" w:fill="C0D0D9"/>
            <w:tcMar>
              <w:top w:w="50" w:type="dxa"/>
              <w:left w:w="80" w:type="dxa"/>
              <w:bottom w:w="50" w:type="dxa"/>
              <w:right w:w="80" w:type="dxa"/>
            </w:tcMar>
            <w:vAlign w:val="center"/>
          </w:tcPr>
          <w:p w14:paraId="28D42969" w14:textId="77777777"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noProof/>
                <w:spacing w:val="20"/>
              </w:rPr>
              <w:drawing>
                <wp:inline distT="0" distB="0" distL="0" distR="0" wp14:anchorId="32366C21" wp14:editId="74DD1B26">
                  <wp:extent cx="719846" cy="517390"/>
                  <wp:effectExtent l="0" t="0" r="4445" b="0"/>
                  <wp:docPr id="30599963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48">
                            <a:extLst>
                              <a:ext uri="{BEBA8EAE-BF5A-486C-A8C5-ECC9F3942E4B}">
                                <a14:imgProps xmlns:a14="http://schemas.microsoft.com/office/drawing/2010/main">
                                  <a14:imgLayer r:embed="rId49">
                                    <a14:imgEffect>
                                      <a14:brightnessContrast bright="-100000" contrast="100000"/>
                                    </a14:imgEffect>
                                  </a14:imgLayer>
                                </a14:imgProps>
                              </a:ext>
                              <a:ext uri="{28A0092B-C50C-407E-A947-70E740481C1C}">
                                <a14:useLocalDpi xmlns:a14="http://schemas.microsoft.com/office/drawing/2010/main" val="0"/>
                              </a:ext>
                            </a:extLst>
                          </a:blip>
                          <a:srcRect t="15625" b="12500"/>
                          <a:stretch>
                            <a:fillRect/>
                          </a:stretch>
                        </pic:blipFill>
                        <pic:spPr bwMode="auto">
                          <a:xfrm>
                            <a:off x="0" y="0"/>
                            <a:ext cx="730879" cy="525320"/>
                          </a:xfrm>
                          <a:prstGeom prst="rect">
                            <a:avLst/>
                          </a:prstGeom>
                          <a:noFill/>
                          <a:ln>
                            <a:noFill/>
                          </a:ln>
                          <a:extLst>
                            <a:ext uri="{53640926-AAD7-44D8-BBD7-CCE9431645EC}">
                              <a14:shadowObscured xmlns:a14="http://schemas.microsoft.com/office/drawing/2010/main"/>
                            </a:ext>
                          </a:extLst>
                        </pic:spPr>
                      </pic:pic>
                    </a:graphicData>
                  </a:graphic>
                </wp:inline>
              </w:drawing>
            </w:r>
          </w:p>
          <w:p w14:paraId="6E456D32" w14:textId="0A70CB9D" w:rsidR="009D7CD4" w:rsidRPr="00CB1342" w:rsidRDefault="009D7CD4" w:rsidP="008072F9">
            <w:pPr>
              <w:jc w:val="center"/>
              <w:rPr>
                <w:rFonts w:ascii="Rosans Sans" w:eastAsia="Noto Sans" w:hAnsi="Rosans Sans" w:cs="Noto Sans"/>
                <w:spacing w:val="20"/>
                <w:sz w:val="22"/>
                <w:szCs w:val="22"/>
              </w:rPr>
            </w:pPr>
            <w:r w:rsidRPr="00CB1342">
              <w:rPr>
                <w:rFonts w:ascii="Rosans Sans" w:eastAsia="Noto Sans" w:hAnsi="Rosans Sans" w:cs="Noto Sans"/>
                <w:spacing w:val="20"/>
                <w:sz w:val="22"/>
                <w:szCs w:val="22"/>
              </w:rPr>
              <w:t>21</w:t>
            </w:r>
          </w:p>
          <w:p w14:paraId="787AFF03" w14:textId="46569C9F" w:rsidR="009D7CD4" w:rsidRPr="00CB1342" w:rsidRDefault="009D7CD4" w:rsidP="008072F9">
            <w:pPr>
              <w:jc w:val="center"/>
              <w:rPr>
                <w:rFonts w:ascii="Rosans Sans" w:hAnsi="Rosans Sans" w:cs="Noto Sans"/>
                <w:spacing w:val="20"/>
                <w:sz w:val="22"/>
                <w:szCs w:val="22"/>
              </w:rPr>
            </w:pPr>
            <w:r w:rsidRPr="00CB1342">
              <w:rPr>
                <w:rFonts w:ascii="Rosans Sans" w:eastAsia="Noto Sans" w:hAnsi="Rosans Sans" w:cs="Noto Sans"/>
                <w:spacing w:val="20"/>
                <w:sz w:val="22"/>
                <w:szCs w:val="22"/>
              </w:rPr>
              <w:t>be flexible</w:t>
            </w:r>
          </w:p>
        </w:tc>
        <w:tc>
          <w:tcPr>
            <w:tcW w:w="730" w:type="pct"/>
            <w:shd w:val="clear" w:color="auto" w:fill="D8E2E8" w:themeFill="accent5" w:themeFillTint="33"/>
          </w:tcPr>
          <w:p w14:paraId="40226F50"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D8E2E8" w:themeFill="accent5" w:themeFillTint="33"/>
          </w:tcPr>
          <w:p w14:paraId="528AA192"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D8E2E8" w:themeFill="accent5" w:themeFillTint="33"/>
          </w:tcPr>
          <w:p w14:paraId="072790CA"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D8E2E8" w:themeFill="accent5" w:themeFillTint="33"/>
          </w:tcPr>
          <w:p w14:paraId="27EFE013"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04" w:type="pct"/>
            <w:shd w:val="clear" w:color="auto" w:fill="D8E2E8" w:themeFill="accent5" w:themeFillTint="33"/>
          </w:tcPr>
          <w:p w14:paraId="43641C64"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c>
          <w:tcPr>
            <w:tcW w:w="776" w:type="pct"/>
            <w:shd w:val="clear" w:color="auto" w:fill="D8E2E8" w:themeFill="accent5" w:themeFillTint="33"/>
          </w:tcPr>
          <w:p w14:paraId="143DD10E" w14:textId="77777777" w:rsidR="009D7CD4" w:rsidRPr="008C25DE" w:rsidRDefault="009D7CD4" w:rsidP="008072F9">
            <w:pPr>
              <w:jc w:val="center"/>
              <w:cnfStyle w:val="000000100000" w:firstRow="0" w:lastRow="0" w:firstColumn="0" w:lastColumn="0" w:oddVBand="0" w:evenVBand="0" w:oddHBand="1" w:evenHBand="0" w:firstRowFirstColumn="0" w:firstRowLastColumn="0" w:lastRowFirstColumn="0" w:lastRowLastColumn="0"/>
              <w:rPr>
                <w:rFonts w:ascii="Rosans Sans" w:eastAsia="Noto Sans" w:hAnsi="Rosans Sans" w:cs="Noto Sans"/>
                <w:noProof/>
                <w:spacing w:val="20"/>
                <w:sz w:val="30"/>
                <w:szCs w:val="30"/>
              </w:rPr>
            </w:pPr>
          </w:p>
        </w:tc>
      </w:tr>
    </w:tbl>
    <w:p w14:paraId="2D026CC2" w14:textId="77777777" w:rsidR="005A0572" w:rsidRDefault="005A0572" w:rsidP="00512B0C">
      <w:pPr>
        <w:spacing w:line="240" w:lineRule="auto"/>
        <w:rPr>
          <w:rFonts w:ascii="Noto Sans" w:hAnsi="Noto Sans" w:cs="Noto Sans"/>
        </w:rPr>
      </w:pPr>
      <w:r>
        <w:rPr>
          <w:rFonts w:ascii="Noto Sans" w:hAnsi="Noto Sans" w:cs="Noto Sans"/>
        </w:rPr>
        <w:br w:type="page"/>
      </w:r>
    </w:p>
    <w:sectPr w:rsidR="005A0572" w:rsidSect="00794305">
      <w:headerReference w:type="even" r:id="rId50"/>
      <w:headerReference w:type="default" r:id="rId51"/>
      <w:footerReference w:type="default" r:id="rId52"/>
      <w:headerReference w:type="first" r:id="rId53"/>
      <w:pgSz w:w="15840" w:h="12240" w:orient="landscape"/>
      <w:pgMar w:top="720" w:right="720" w:bottom="720" w:left="720"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241DC" w14:textId="77777777" w:rsidR="0052591F" w:rsidRDefault="0052591F">
      <w:pPr>
        <w:spacing w:after="0" w:line="240" w:lineRule="auto"/>
      </w:pPr>
      <w:r>
        <w:separator/>
      </w:r>
    </w:p>
  </w:endnote>
  <w:endnote w:type="continuationSeparator" w:id="0">
    <w:p w14:paraId="7EC0183F" w14:textId="77777777" w:rsidR="0052591F" w:rsidRDefault="005259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Rosans Sans">
    <w:altName w:val="Calibri"/>
    <w:panose1 w:val="00000000000000000000"/>
    <w:charset w:val="00"/>
    <w:family w:val="modern"/>
    <w:notTrueType/>
    <w:pitch w:val="variable"/>
    <w:sig w:usb0="A00000AF" w:usb1="0000004A" w:usb2="00000000" w:usb3="00000000" w:csb0="00000193" w:csb1="00000000"/>
  </w:font>
  <w:font w:name="Greatness Culture Sans">
    <w:altName w:val="Calibri"/>
    <w:panose1 w:val="00000000000000000000"/>
    <w:charset w:val="00"/>
    <w:family w:val="auto"/>
    <w:pitch w:val="variable"/>
    <w:sig w:usb0="80000007" w:usb1="5000000A"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C8221" w14:textId="2548520C" w:rsidR="00AF0870" w:rsidRPr="00EB73C3" w:rsidRDefault="00312E58" w:rsidP="00B33C1B">
    <w:pPr>
      <w:tabs>
        <w:tab w:val="center" w:pos="4550"/>
        <w:tab w:val="left" w:pos="5818"/>
      </w:tabs>
      <w:ind w:right="260"/>
    </w:pPr>
    <w:r>
      <w:rPr>
        <w:noProof/>
      </w:rPr>
      <w:drawing>
        <wp:inline distT="0" distB="0" distL="0" distR="0" wp14:anchorId="414A797C" wp14:editId="329D7E85">
          <wp:extent cx="1657350" cy="482473"/>
          <wp:effectExtent l="0" t="0" r="0" b="0"/>
          <wp:docPr id="1293061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6147" name="Picture 129306147"/>
                  <pic:cNvPicPr/>
                </pic:nvPicPr>
                <pic:blipFill>
                  <a:blip r:embed="rId1"/>
                  <a:stretch>
                    <a:fillRect/>
                  </a:stretch>
                </pic:blipFill>
                <pic:spPr>
                  <a:xfrm>
                    <a:off x="0" y="0"/>
                    <a:ext cx="1697738" cy="494230"/>
                  </a:xfrm>
                  <a:prstGeom prst="rect">
                    <a:avLst/>
                  </a:prstGeom>
                </pic:spPr>
              </pic:pic>
            </a:graphicData>
          </a:graphic>
        </wp:inline>
      </w:drawing>
    </w:r>
    <w:r w:rsidRPr="00312E58">
      <w:t xml:space="preserve"> </w:t>
    </w:r>
    <w:r w:rsidR="00A26B0C">
      <w:rPr>
        <w:spacing w:val="20"/>
        <w:position w:val="20"/>
      </w:rPr>
      <w:t xml:space="preserve">     </w:t>
    </w:r>
    <w:r w:rsidR="001647B7">
      <w:rPr>
        <w:spacing w:val="20"/>
        <w:position w:val="20"/>
      </w:rPr>
      <w:t xml:space="preserve">   </w:t>
    </w:r>
    <w:r w:rsidR="00425389">
      <w:rPr>
        <w:rFonts w:ascii="Noto Sans" w:hAnsi="Noto Sans" w:cs="Noto Sans"/>
        <w:b/>
        <w:bCs/>
        <w:color w:val="4D4B4A" w:themeColor="accent6" w:themeShade="80"/>
        <w:position w:val="20"/>
        <w:sz w:val="20"/>
        <w:szCs w:val="20"/>
      </w:rPr>
      <w:tab/>
    </w:r>
    <w:r w:rsidR="00425389">
      <w:rPr>
        <w:rFonts w:ascii="Noto Sans" w:hAnsi="Noto Sans" w:cs="Noto Sans"/>
        <w:b/>
        <w:bCs/>
        <w:color w:val="4D4B4A" w:themeColor="accent6" w:themeShade="80"/>
        <w:position w:val="20"/>
        <w:sz w:val="20"/>
        <w:szCs w:val="20"/>
      </w:rPr>
      <w:tab/>
    </w:r>
    <w:r w:rsidR="00425389">
      <w:rPr>
        <w:rFonts w:ascii="Noto Sans" w:hAnsi="Noto Sans" w:cs="Noto Sans"/>
        <w:b/>
        <w:bCs/>
        <w:color w:val="4D4B4A" w:themeColor="accent6" w:themeShade="80"/>
        <w:position w:val="20"/>
        <w:sz w:val="20"/>
        <w:szCs w:val="20"/>
      </w:rPr>
      <w:tab/>
    </w:r>
    <w:r w:rsidR="00425389">
      <w:rPr>
        <w:rFonts w:ascii="Noto Sans" w:hAnsi="Noto Sans" w:cs="Noto Sans"/>
        <w:b/>
        <w:bCs/>
        <w:color w:val="4D4B4A" w:themeColor="accent6" w:themeShade="80"/>
        <w:position w:val="20"/>
        <w:sz w:val="20"/>
        <w:szCs w:val="20"/>
      </w:rPr>
      <w:tab/>
    </w:r>
    <w:r w:rsidR="00B33C1B">
      <w:rPr>
        <w:rFonts w:ascii="Noto Sans" w:hAnsi="Noto Sans" w:cs="Noto Sans"/>
        <w:b/>
        <w:bCs/>
        <w:color w:val="4D4B4A" w:themeColor="accent6" w:themeShade="80"/>
        <w:position w:val="20"/>
        <w:sz w:val="20"/>
        <w:szCs w:val="20"/>
      </w:rPr>
      <w:tab/>
    </w:r>
    <w:r w:rsidR="00B33C1B">
      <w:rPr>
        <w:rFonts w:ascii="Noto Sans" w:hAnsi="Noto Sans" w:cs="Noto Sans"/>
        <w:b/>
        <w:bCs/>
        <w:color w:val="4D4B4A" w:themeColor="accent6" w:themeShade="80"/>
        <w:position w:val="20"/>
        <w:sz w:val="20"/>
        <w:szCs w:val="20"/>
      </w:rPr>
      <w:tab/>
    </w:r>
    <w:r w:rsidR="00B33C1B">
      <w:rPr>
        <w:rFonts w:ascii="Noto Sans" w:hAnsi="Noto Sans" w:cs="Noto Sans"/>
        <w:b/>
        <w:bCs/>
        <w:color w:val="4D4B4A" w:themeColor="accent6" w:themeShade="80"/>
        <w:position w:val="20"/>
        <w:sz w:val="20"/>
        <w:szCs w:val="20"/>
      </w:rPr>
      <w:tab/>
    </w:r>
    <w:r w:rsidR="00B33C1B">
      <w:rPr>
        <w:rFonts w:ascii="Noto Sans" w:hAnsi="Noto Sans" w:cs="Noto Sans"/>
        <w:b/>
        <w:bCs/>
        <w:color w:val="4D4B4A" w:themeColor="accent6" w:themeShade="80"/>
        <w:position w:val="20"/>
        <w:sz w:val="20"/>
        <w:szCs w:val="20"/>
      </w:rPr>
      <w:tab/>
    </w:r>
    <w:r w:rsidR="00B33C1B">
      <w:rPr>
        <w:rFonts w:ascii="Noto Sans" w:hAnsi="Noto Sans" w:cs="Noto Sans"/>
        <w:b/>
        <w:bCs/>
        <w:color w:val="4D4B4A" w:themeColor="accent6" w:themeShade="80"/>
        <w:position w:val="20"/>
        <w:sz w:val="20"/>
        <w:szCs w:val="20"/>
      </w:rPr>
      <w:tab/>
    </w:r>
    <w:r w:rsidR="00B33C1B">
      <w:rPr>
        <w:rFonts w:ascii="Noto Sans" w:hAnsi="Noto Sans" w:cs="Noto Sans"/>
        <w:b/>
        <w:bCs/>
        <w:color w:val="4D4B4A" w:themeColor="accent6" w:themeShade="80"/>
        <w:position w:val="20"/>
        <w:sz w:val="20"/>
        <w:szCs w:val="20"/>
      </w:rPr>
      <w:tab/>
    </w:r>
    <w:r w:rsidR="00425389">
      <w:rPr>
        <w:rFonts w:ascii="Noto Sans" w:hAnsi="Noto Sans" w:cs="Noto Sans"/>
        <w:b/>
        <w:bCs/>
        <w:color w:val="4D4B4A" w:themeColor="accent6" w:themeShade="80"/>
        <w:position w:val="20"/>
        <w:sz w:val="20"/>
        <w:szCs w:val="20"/>
      </w:rPr>
      <w:tab/>
    </w:r>
    <w:r w:rsidR="00A26B0C" w:rsidRPr="001647B7">
      <w:rPr>
        <w:rFonts w:ascii="Noto Sans" w:hAnsi="Noto Sans" w:cs="Noto Sans"/>
        <w:color w:val="4D4B4A" w:themeColor="accent6" w:themeShade="80"/>
        <w:position w:val="20"/>
        <w:sz w:val="20"/>
        <w:szCs w:val="20"/>
      </w:rPr>
      <w:t xml:space="preserve">Page </w:t>
    </w:r>
    <w:r w:rsidR="00A26B0C" w:rsidRPr="001647B7">
      <w:rPr>
        <w:rFonts w:ascii="Noto Sans" w:hAnsi="Noto Sans" w:cs="Noto Sans"/>
        <w:b/>
        <w:bCs/>
        <w:color w:val="4D4B4A" w:themeColor="accent6" w:themeShade="80"/>
        <w:position w:val="20"/>
        <w:sz w:val="20"/>
        <w:szCs w:val="20"/>
      </w:rPr>
      <w:fldChar w:fldCharType="begin"/>
    </w:r>
    <w:r w:rsidR="00A26B0C" w:rsidRPr="001647B7">
      <w:rPr>
        <w:rFonts w:ascii="Noto Sans" w:hAnsi="Noto Sans" w:cs="Noto Sans"/>
        <w:b/>
        <w:bCs/>
        <w:color w:val="4D4B4A" w:themeColor="accent6" w:themeShade="80"/>
        <w:position w:val="20"/>
        <w:sz w:val="20"/>
        <w:szCs w:val="20"/>
      </w:rPr>
      <w:instrText xml:space="preserve"> PAGE  \* Arabic  \* MERGEFORMAT </w:instrText>
    </w:r>
    <w:r w:rsidR="00A26B0C" w:rsidRPr="001647B7">
      <w:rPr>
        <w:rFonts w:ascii="Noto Sans" w:hAnsi="Noto Sans" w:cs="Noto Sans"/>
        <w:b/>
        <w:bCs/>
        <w:color w:val="4D4B4A" w:themeColor="accent6" w:themeShade="80"/>
        <w:position w:val="20"/>
        <w:sz w:val="20"/>
        <w:szCs w:val="20"/>
      </w:rPr>
      <w:fldChar w:fldCharType="separate"/>
    </w:r>
    <w:r w:rsidR="00A26B0C" w:rsidRPr="001647B7">
      <w:rPr>
        <w:rFonts w:ascii="Noto Sans" w:hAnsi="Noto Sans" w:cs="Noto Sans"/>
        <w:b/>
        <w:bCs/>
        <w:noProof/>
        <w:color w:val="4D4B4A" w:themeColor="accent6" w:themeShade="80"/>
        <w:position w:val="20"/>
        <w:sz w:val="20"/>
        <w:szCs w:val="20"/>
      </w:rPr>
      <w:t>1</w:t>
    </w:r>
    <w:r w:rsidR="00A26B0C" w:rsidRPr="001647B7">
      <w:rPr>
        <w:rFonts w:ascii="Noto Sans" w:hAnsi="Noto Sans" w:cs="Noto Sans"/>
        <w:b/>
        <w:bCs/>
        <w:color w:val="4D4B4A" w:themeColor="accent6" w:themeShade="80"/>
        <w:position w:val="20"/>
        <w:sz w:val="20"/>
        <w:szCs w:val="20"/>
      </w:rPr>
      <w:fldChar w:fldCharType="end"/>
    </w:r>
    <w:r w:rsidR="00A26B0C" w:rsidRPr="001647B7">
      <w:rPr>
        <w:rFonts w:ascii="Noto Sans" w:hAnsi="Noto Sans" w:cs="Noto Sans"/>
        <w:color w:val="4D4B4A" w:themeColor="accent6" w:themeShade="80"/>
        <w:position w:val="20"/>
        <w:sz w:val="20"/>
        <w:szCs w:val="20"/>
      </w:rPr>
      <w:t xml:space="preserve"> of </w:t>
    </w:r>
    <w:r w:rsidR="00A26B0C" w:rsidRPr="00A26B0C">
      <w:rPr>
        <w:rFonts w:ascii="Noto Sans" w:hAnsi="Noto Sans" w:cs="Noto Sans"/>
        <w:b/>
        <w:bCs/>
        <w:color w:val="4D4B4A" w:themeColor="accent6" w:themeShade="80"/>
        <w:spacing w:val="10"/>
        <w:position w:val="20"/>
        <w:sz w:val="20"/>
        <w:szCs w:val="20"/>
      </w:rPr>
      <w:fldChar w:fldCharType="begin"/>
    </w:r>
    <w:r w:rsidR="00A26B0C" w:rsidRPr="00A26B0C">
      <w:rPr>
        <w:rFonts w:ascii="Noto Sans" w:hAnsi="Noto Sans" w:cs="Noto Sans"/>
        <w:b/>
        <w:bCs/>
        <w:color w:val="4D4B4A" w:themeColor="accent6" w:themeShade="80"/>
        <w:spacing w:val="10"/>
        <w:position w:val="20"/>
        <w:sz w:val="20"/>
        <w:szCs w:val="20"/>
      </w:rPr>
      <w:instrText xml:space="preserve"> NUMPAGES  \* Arabic  \* MERGEFORMAT </w:instrText>
    </w:r>
    <w:r w:rsidR="00A26B0C" w:rsidRPr="00A26B0C">
      <w:rPr>
        <w:rFonts w:ascii="Noto Sans" w:hAnsi="Noto Sans" w:cs="Noto Sans"/>
        <w:b/>
        <w:bCs/>
        <w:color w:val="4D4B4A" w:themeColor="accent6" w:themeShade="80"/>
        <w:spacing w:val="10"/>
        <w:position w:val="20"/>
        <w:sz w:val="20"/>
        <w:szCs w:val="20"/>
      </w:rPr>
      <w:fldChar w:fldCharType="separate"/>
    </w:r>
    <w:r w:rsidR="00A26B0C" w:rsidRPr="00A26B0C">
      <w:rPr>
        <w:rFonts w:ascii="Noto Sans" w:hAnsi="Noto Sans" w:cs="Noto Sans"/>
        <w:b/>
        <w:bCs/>
        <w:noProof/>
        <w:color w:val="4D4B4A" w:themeColor="accent6" w:themeShade="80"/>
        <w:spacing w:val="10"/>
        <w:position w:val="20"/>
        <w:sz w:val="20"/>
        <w:szCs w:val="20"/>
      </w:rPr>
      <w:t>2</w:t>
    </w:r>
    <w:r w:rsidR="00A26B0C" w:rsidRPr="00A26B0C">
      <w:rPr>
        <w:rFonts w:ascii="Noto Sans" w:hAnsi="Noto Sans" w:cs="Noto Sans"/>
        <w:b/>
        <w:bCs/>
        <w:color w:val="4D4B4A" w:themeColor="accent6" w:themeShade="80"/>
        <w:spacing w:val="10"/>
        <w:position w:val="2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9EBD6" w14:textId="77777777" w:rsidR="0052591F" w:rsidRDefault="0052591F">
      <w:pPr>
        <w:spacing w:after="0" w:line="240" w:lineRule="auto"/>
      </w:pPr>
      <w:r>
        <w:separator/>
      </w:r>
    </w:p>
  </w:footnote>
  <w:footnote w:type="continuationSeparator" w:id="0">
    <w:p w14:paraId="4DB657A2" w14:textId="77777777" w:rsidR="0052591F" w:rsidRDefault="005259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212DB" w14:textId="7D9F25F4" w:rsidR="00AF0870" w:rsidRDefault="0052591F">
    <w:pPr>
      <w:pStyle w:val="Header"/>
    </w:pPr>
    <w:r>
      <w:rPr>
        <w:noProof/>
      </w:rPr>
      <w:pict w14:anchorId="5D7FF6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5829516" o:spid="_x0000_s1035" type="#_x0000_t75" style="position:absolute;margin-left:0;margin-top:0;width:929.9pt;height:1241.85pt;z-index:-251657216;mso-position-horizontal:center;mso-position-horizontal-relative:margin;mso-position-vertical:center;mso-position-vertical-relative:margin" o:allowincell="f">
          <v:imagedata r:id="rId1" o:title="Untitled design (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9D309" w14:textId="5B3B5605" w:rsidR="004700F3" w:rsidRPr="00726A6E" w:rsidRDefault="0052591F" w:rsidP="00726A6E">
    <w:pPr>
      <w:pStyle w:val="Header"/>
      <w:spacing w:after="200"/>
      <w:jc w:val="right"/>
      <w:rPr>
        <w:rFonts w:ascii="Noto Sans" w:hAnsi="Noto Sans" w:cs="Noto Sans"/>
        <w:color w:val="4D4B4A" w:themeColor="accent6" w:themeShade="80"/>
        <w:sz w:val="20"/>
        <w:szCs w:val="20"/>
      </w:rPr>
    </w:pPr>
    <w:r>
      <w:rPr>
        <w:rFonts w:ascii="Noto Sans" w:hAnsi="Noto Sans" w:cs="Noto Sans"/>
        <w:noProof/>
      </w:rPr>
      <w:pict w14:anchorId="5F0E77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5829517" o:spid="_x0000_s1036" type="#_x0000_t75" style="position:absolute;left:0;text-align:left;margin-left:0;margin-top:0;width:929.9pt;height:1241.85pt;z-index:-251656192;mso-position-horizontal:center;mso-position-horizontal-relative:margin;mso-position-vertical:center;mso-position-vertical-relative:margin" o:allowincell="f">
          <v:imagedata r:id="rId1" o:title="Untitled design (3)"/>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5FEE8" w14:textId="3C2E5F50" w:rsidR="00AF0870" w:rsidRDefault="0052591F">
    <w:pPr>
      <w:pStyle w:val="Header"/>
    </w:pPr>
    <w:r>
      <w:rPr>
        <w:noProof/>
      </w:rPr>
      <w:pict w14:anchorId="5A0B46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5829515" o:spid="_x0000_s1034" type="#_x0000_t75" style="position:absolute;margin-left:0;margin-top:0;width:929.9pt;height:1241.85pt;z-index:-251658240;mso-position-horizontal:center;mso-position-horizontal-relative:margin;mso-position-vertical:center;mso-position-vertical-relative:margin" o:allowincell="f">
          <v:imagedata r:id="rId1" o:title="Untitled design (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8442E3"/>
    <w:multiLevelType w:val="multilevel"/>
    <w:tmpl w:val="699CF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6F0679"/>
    <w:multiLevelType w:val="hybridMultilevel"/>
    <w:tmpl w:val="7FC42A46"/>
    <w:lvl w:ilvl="0" w:tplc="04090013">
      <w:start w:val="1"/>
      <w:numFmt w:val="upperRoman"/>
      <w:lvlText w:val="%1."/>
      <w:lvlJc w:val="right"/>
      <w:pPr>
        <w:ind w:left="390" w:hanging="39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7A867A0"/>
    <w:multiLevelType w:val="hybridMultilevel"/>
    <w:tmpl w:val="5BB6BEDE"/>
    <w:lvl w:ilvl="0" w:tplc="097421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C5A1C4D"/>
    <w:multiLevelType w:val="multilevel"/>
    <w:tmpl w:val="E6B06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F247CE"/>
    <w:multiLevelType w:val="multilevel"/>
    <w:tmpl w:val="EE1E7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CD2D75"/>
    <w:multiLevelType w:val="multilevel"/>
    <w:tmpl w:val="387C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91C0075"/>
    <w:multiLevelType w:val="multilevel"/>
    <w:tmpl w:val="8CECA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886E1C"/>
    <w:multiLevelType w:val="multilevel"/>
    <w:tmpl w:val="B49C4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F8287F"/>
    <w:multiLevelType w:val="multilevel"/>
    <w:tmpl w:val="B5086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C548AC"/>
    <w:multiLevelType w:val="multilevel"/>
    <w:tmpl w:val="2E58489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366E64CC"/>
    <w:multiLevelType w:val="hybridMultilevel"/>
    <w:tmpl w:val="87DA6000"/>
    <w:lvl w:ilvl="0" w:tplc="5CEAEEE2">
      <w:start w:val="1"/>
      <w:numFmt w:val="decimal"/>
      <w:lvlText w:val="%1."/>
      <w:lvlJc w:val="left"/>
      <w:pPr>
        <w:ind w:left="721" w:hanging="360"/>
      </w:pPr>
      <w:rPr>
        <w:rFonts w:ascii="Calibri" w:eastAsia="Calibri" w:hAnsi="Calibri" w:cs="Calibri" w:hint="default"/>
        <w:b w:val="0"/>
        <w:bCs w:val="0"/>
        <w:i w:val="0"/>
        <w:iCs w:val="0"/>
        <w:spacing w:val="0"/>
        <w:w w:val="108"/>
        <w:sz w:val="24"/>
        <w:szCs w:val="24"/>
        <w:lang w:val="en-US" w:eastAsia="en-US" w:bidi="ar-SA"/>
      </w:rPr>
    </w:lvl>
    <w:lvl w:ilvl="1" w:tplc="E7EA9EA0">
      <w:numFmt w:val="bullet"/>
      <w:lvlText w:val="•"/>
      <w:lvlJc w:val="left"/>
      <w:pPr>
        <w:ind w:left="2052" w:hanging="360"/>
      </w:pPr>
      <w:rPr>
        <w:rFonts w:hint="default"/>
        <w:lang w:val="en-US" w:eastAsia="en-US" w:bidi="ar-SA"/>
      </w:rPr>
    </w:lvl>
    <w:lvl w:ilvl="2" w:tplc="E1AAFA18">
      <w:numFmt w:val="bullet"/>
      <w:lvlText w:val="•"/>
      <w:lvlJc w:val="left"/>
      <w:pPr>
        <w:ind w:left="3384" w:hanging="360"/>
      </w:pPr>
      <w:rPr>
        <w:rFonts w:hint="default"/>
        <w:lang w:val="en-US" w:eastAsia="en-US" w:bidi="ar-SA"/>
      </w:rPr>
    </w:lvl>
    <w:lvl w:ilvl="3" w:tplc="252669A6">
      <w:numFmt w:val="bullet"/>
      <w:lvlText w:val="•"/>
      <w:lvlJc w:val="left"/>
      <w:pPr>
        <w:ind w:left="4716" w:hanging="360"/>
      </w:pPr>
      <w:rPr>
        <w:rFonts w:hint="default"/>
        <w:lang w:val="en-US" w:eastAsia="en-US" w:bidi="ar-SA"/>
      </w:rPr>
    </w:lvl>
    <w:lvl w:ilvl="4" w:tplc="A144318E">
      <w:numFmt w:val="bullet"/>
      <w:lvlText w:val="•"/>
      <w:lvlJc w:val="left"/>
      <w:pPr>
        <w:ind w:left="6048" w:hanging="360"/>
      </w:pPr>
      <w:rPr>
        <w:rFonts w:hint="default"/>
        <w:lang w:val="en-US" w:eastAsia="en-US" w:bidi="ar-SA"/>
      </w:rPr>
    </w:lvl>
    <w:lvl w:ilvl="5" w:tplc="6E1EF4AC">
      <w:numFmt w:val="bullet"/>
      <w:lvlText w:val="•"/>
      <w:lvlJc w:val="left"/>
      <w:pPr>
        <w:ind w:left="7380" w:hanging="360"/>
      </w:pPr>
      <w:rPr>
        <w:rFonts w:hint="default"/>
        <w:lang w:val="en-US" w:eastAsia="en-US" w:bidi="ar-SA"/>
      </w:rPr>
    </w:lvl>
    <w:lvl w:ilvl="6" w:tplc="0F302668">
      <w:numFmt w:val="bullet"/>
      <w:lvlText w:val="•"/>
      <w:lvlJc w:val="left"/>
      <w:pPr>
        <w:ind w:left="8712" w:hanging="360"/>
      </w:pPr>
      <w:rPr>
        <w:rFonts w:hint="default"/>
        <w:lang w:val="en-US" w:eastAsia="en-US" w:bidi="ar-SA"/>
      </w:rPr>
    </w:lvl>
    <w:lvl w:ilvl="7" w:tplc="C924E5EC">
      <w:numFmt w:val="bullet"/>
      <w:lvlText w:val="•"/>
      <w:lvlJc w:val="left"/>
      <w:pPr>
        <w:ind w:left="10044" w:hanging="360"/>
      </w:pPr>
      <w:rPr>
        <w:rFonts w:hint="default"/>
        <w:lang w:val="en-US" w:eastAsia="en-US" w:bidi="ar-SA"/>
      </w:rPr>
    </w:lvl>
    <w:lvl w:ilvl="8" w:tplc="415CF104">
      <w:numFmt w:val="bullet"/>
      <w:lvlText w:val="•"/>
      <w:lvlJc w:val="left"/>
      <w:pPr>
        <w:ind w:left="11376" w:hanging="360"/>
      </w:pPr>
      <w:rPr>
        <w:rFonts w:hint="default"/>
        <w:lang w:val="en-US" w:eastAsia="en-US" w:bidi="ar-SA"/>
      </w:rPr>
    </w:lvl>
  </w:abstractNum>
  <w:abstractNum w:abstractNumId="20" w15:restartNumberingAfterBreak="0">
    <w:nsid w:val="3BAF67E3"/>
    <w:multiLevelType w:val="hybridMultilevel"/>
    <w:tmpl w:val="9AFC5EAE"/>
    <w:lvl w:ilvl="0" w:tplc="BE94D53C">
      <w:start w:val="1"/>
      <w:numFmt w:val="decimal"/>
      <w:lvlText w:val="%1."/>
      <w:lvlJc w:val="left"/>
      <w:pPr>
        <w:ind w:left="360" w:hanging="360"/>
      </w:pPr>
      <w:rPr>
        <w:rFonts w:ascii="Noto Sans" w:hAnsi="Noto Sans" w:cs="Noto San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411B686E"/>
    <w:multiLevelType w:val="hybridMultilevel"/>
    <w:tmpl w:val="337EF1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366491"/>
    <w:multiLevelType w:val="hybridMultilevel"/>
    <w:tmpl w:val="AC98D2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77920E0"/>
    <w:multiLevelType w:val="multilevel"/>
    <w:tmpl w:val="B60EC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BD4787"/>
    <w:multiLevelType w:val="hybridMultilevel"/>
    <w:tmpl w:val="811449FC"/>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5" w15:restartNumberingAfterBreak="0">
    <w:nsid w:val="592F1DE8"/>
    <w:multiLevelType w:val="multilevel"/>
    <w:tmpl w:val="1A8C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145C66"/>
    <w:multiLevelType w:val="multilevel"/>
    <w:tmpl w:val="F0767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3328E3"/>
    <w:multiLevelType w:val="multilevel"/>
    <w:tmpl w:val="96B6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993824"/>
    <w:multiLevelType w:val="multilevel"/>
    <w:tmpl w:val="E87C5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2572F6"/>
    <w:multiLevelType w:val="hybridMultilevel"/>
    <w:tmpl w:val="2CD0A908"/>
    <w:lvl w:ilvl="0" w:tplc="0409000F">
      <w:start w:val="1"/>
      <w:numFmt w:val="decimal"/>
      <w:lvlText w:val="%1."/>
      <w:lvlJc w:val="left"/>
      <w:pPr>
        <w:ind w:left="-360" w:hanging="360"/>
      </w:p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744573893">
    <w:abstractNumId w:val="8"/>
  </w:num>
  <w:num w:numId="2" w16cid:durableId="1346253501">
    <w:abstractNumId w:val="6"/>
  </w:num>
  <w:num w:numId="3" w16cid:durableId="1938364952">
    <w:abstractNumId w:val="5"/>
  </w:num>
  <w:num w:numId="4" w16cid:durableId="162361555">
    <w:abstractNumId w:val="4"/>
  </w:num>
  <w:num w:numId="5" w16cid:durableId="1144928880">
    <w:abstractNumId w:val="7"/>
  </w:num>
  <w:num w:numId="6" w16cid:durableId="2134589208">
    <w:abstractNumId w:val="3"/>
  </w:num>
  <w:num w:numId="7" w16cid:durableId="599728718">
    <w:abstractNumId w:val="2"/>
  </w:num>
  <w:num w:numId="8" w16cid:durableId="266813845">
    <w:abstractNumId w:val="1"/>
  </w:num>
  <w:num w:numId="9" w16cid:durableId="437413446">
    <w:abstractNumId w:val="0"/>
  </w:num>
  <w:num w:numId="10" w16cid:durableId="1929072993">
    <w:abstractNumId w:val="22"/>
  </w:num>
  <w:num w:numId="11" w16cid:durableId="1889760562">
    <w:abstractNumId w:val="24"/>
  </w:num>
  <w:num w:numId="12" w16cid:durableId="1336761086">
    <w:abstractNumId w:val="20"/>
  </w:num>
  <w:num w:numId="13" w16cid:durableId="1950352240">
    <w:abstractNumId w:val="23"/>
  </w:num>
  <w:num w:numId="14" w16cid:durableId="450172408">
    <w:abstractNumId w:val="14"/>
  </w:num>
  <w:num w:numId="15" w16cid:durableId="490295636">
    <w:abstractNumId w:val="9"/>
  </w:num>
  <w:num w:numId="16" w16cid:durableId="1938756457">
    <w:abstractNumId w:val="26"/>
  </w:num>
  <w:num w:numId="17" w16cid:durableId="1221283281">
    <w:abstractNumId w:val="27"/>
  </w:num>
  <w:num w:numId="18" w16cid:durableId="1673291579">
    <w:abstractNumId w:val="13"/>
  </w:num>
  <w:num w:numId="19" w16cid:durableId="2062945209">
    <w:abstractNumId w:val="15"/>
  </w:num>
  <w:num w:numId="20" w16cid:durableId="1097168749">
    <w:abstractNumId w:val="25"/>
  </w:num>
  <w:num w:numId="21" w16cid:durableId="1185635187">
    <w:abstractNumId w:val="28"/>
  </w:num>
  <w:num w:numId="22" w16cid:durableId="489752151">
    <w:abstractNumId w:val="17"/>
  </w:num>
  <w:num w:numId="23" w16cid:durableId="1520773528">
    <w:abstractNumId w:val="10"/>
  </w:num>
  <w:num w:numId="24" w16cid:durableId="1037389048">
    <w:abstractNumId w:val="18"/>
  </w:num>
  <w:num w:numId="25" w16cid:durableId="625815200">
    <w:abstractNumId w:val="29"/>
  </w:num>
  <w:num w:numId="26" w16cid:durableId="1500997975">
    <w:abstractNumId w:val="11"/>
  </w:num>
  <w:num w:numId="27" w16cid:durableId="284775172">
    <w:abstractNumId w:val="12"/>
  </w:num>
  <w:num w:numId="28" w16cid:durableId="1944654861">
    <w:abstractNumId w:val="16"/>
  </w:num>
  <w:num w:numId="29" w16cid:durableId="64303188">
    <w:abstractNumId w:val="21"/>
  </w:num>
  <w:num w:numId="30" w16cid:durableId="17303557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EEB"/>
    <w:rsid w:val="00034616"/>
    <w:rsid w:val="00042B85"/>
    <w:rsid w:val="000449DB"/>
    <w:rsid w:val="000572FC"/>
    <w:rsid w:val="0006063C"/>
    <w:rsid w:val="000653A2"/>
    <w:rsid w:val="00070794"/>
    <w:rsid w:val="00070B30"/>
    <w:rsid w:val="00072055"/>
    <w:rsid w:val="000832EC"/>
    <w:rsid w:val="00086609"/>
    <w:rsid w:val="00093CD9"/>
    <w:rsid w:val="000A3E30"/>
    <w:rsid w:val="000A4D92"/>
    <w:rsid w:val="000B083C"/>
    <w:rsid w:val="000B4B93"/>
    <w:rsid w:val="000B67F1"/>
    <w:rsid w:val="000C2FCB"/>
    <w:rsid w:val="000E76A6"/>
    <w:rsid w:val="000F0C64"/>
    <w:rsid w:val="001113DA"/>
    <w:rsid w:val="00116319"/>
    <w:rsid w:val="00123391"/>
    <w:rsid w:val="0012576C"/>
    <w:rsid w:val="0015074B"/>
    <w:rsid w:val="001615A7"/>
    <w:rsid w:val="001647B7"/>
    <w:rsid w:val="00192C6D"/>
    <w:rsid w:val="00196F23"/>
    <w:rsid w:val="001A539D"/>
    <w:rsid w:val="001B350C"/>
    <w:rsid w:val="001B3DA7"/>
    <w:rsid w:val="001D4646"/>
    <w:rsid w:val="002070CB"/>
    <w:rsid w:val="00212CCC"/>
    <w:rsid w:val="00232A46"/>
    <w:rsid w:val="002561AA"/>
    <w:rsid w:val="0026354D"/>
    <w:rsid w:val="00272D0B"/>
    <w:rsid w:val="0029639D"/>
    <w:rsid w:val="002A444E"/>
    <w:rsid w:val="002A4867"/>
    <w:rsid w:val="002D6A6A"/>
    <w:rsid w:val="002E698A"/>
    <w:rsid w:val="00300051"/>
    <w:rsid w:val="00303976"/>
    <w:rsid w:val="00307FCB"/>
    <w:rsid w:val="00312E58"/>
    <w:rsid w:val="00326F90"/>
    <w:rsid w:val="00336491"/>
    <w:rsid w:val="00356A04"/>
    <w:rsid w:val="003673F9"/>
    <w:rsid w:val="00372502"/>
    <w:rsid w:val="00377403"/>
    <w:rsid w:val="003825E7"/>
    <w:rsid w:val="003A779E"/>
    <w:rsid w:val="003B4CA1"/>
    <w:rsid w:val="003C3986"/>
    <w:rsid w:val="003C5096"/>
    <w:rsid w:val="003D483A"/>
    <w:rsid w:val="00401AE7"/>
    <w:rsid w:val="0041179B"/>
    <w:rsid w:val="00425389"/>
    <w:rsid w:val="00436766"/>
    <w:rsid w:val="00436D2E"/>
    <w:rsid w:val="004428CA"/>
    <w:rsid w:val="004700F3"/>
    <w:rsid w:val="004709C3"/>
    <w:rsid w:val="00482287"/>
    <w:rsid w:val="0049312D"/>
    <w:rsid w:val="004938A2"/>
    <w:rsid w:val="00496211"/>
    <w:rsid w:val="004969B4"/>
    <w:rsid w:val="00496CFF"/>
    <w:rsid w:val="004B0154"/>
    <w:rsid w:val="004B2E76"/>
    <w:rsid w:val="004C114A"/>
    <w:rsid w:val="004D30B0"/>
    <w:rsid w:val="004E2300"/>
    <w:rsid w:val="004E4ABA"/>
    <w:rsid w:val="004E4C41"/>
    <w:rsid w:val="004F224B"/>
    <w:rsid w:val="004F596B"/>
    <w:rsid w:val="00504939"/>
    <w:rsid w:val="0050792B"/>
    <w:rsid w:val="00507C21"/>
    <w:rsid w:val="00511230"/>
    <w:rsid w:val="00512B0C"/>
    <w:rsid w:val="00521D67"/>
    <w:rsid w:val="00522C9C"/>
    <w:rsid w:val="0052591F"/>
    <w:rsid w:val="00533881"/>
    <w:rsid w:val="00545866"/>
    <w:rsid w:val="00546451"/>
    <w:rsid w:val="00547C91"/>
    <w:rsid w:val="00561AF6"/>
    <w:rsid w:val="00561EFD"/>
    <w:rsid w:val="00566EE7"/>
    <w:rsid w:val="00570E3F"/>
    <w:rsid w:val="00572905"/>
    <w:rsid w:val="005753F9"/>
    <w:rsid w:val="0058547F"/>
    <w:rsid w:val="00592FD4"/>
    <w:rsid w:val="005A0572"/>
    <w:rsid w:val="005B0623"/>
    <w:rsid w:val="005B55DE"/>
    <w:rsid w:val="005C2B7E"/>
    <w:rsid w:val="005D5AAD"/>
    <w:rsid w:val="005E492E"/>
    <w:rsid w:val="005F0DB8"/>
    <w:rsid w:val="006003E5"/>
    <w:rsid w:val="00606839"/>
    <w:rsid w:val="00611492"/>
    <w:rsid w:val="006162AC"/>
    <w:rsid w:val="00641EFB"/>
    <w:rsid w:val="00645C06"/>
    <w:rsid w:val="00657C06"/>
    <w:rsid w:val="0068340B"/>
    <w:rsid w:val="00683596"/>
    <w:rsid w:val="006849E6"/>
    <w:rsid w:val="006851CE"/>
    <w:rsid w:val="006A7631"/>
    <w:rsid w:val="006C26D6"/>
    <w:rsid w:val="006D24A1"/>
    <w:rsid w:val="00712D42"/>
    <w:rsid w:val="00726A6E"/>
    <w:rsid w:val="00737859"/>
    <w:rsid w:val="007545FA"/>
    <w:rsid w:val="00766450"/>
    <w:rsid w:val="00766C76"/>
    <w:rsid w:val="00794305"/>
    <w:rsid w:val="007945D1"/>
    <w:rsid w:val="007A3D4C"/>
    <w:rsid w:val="007A423B"/>
    <w:rsid w:val="007B1836"/>
    <w:rsid w:val="007C5E1D"/>
    <w:rsid w:val="007E1311"/>
    <w:rsid w:val="007E18F4"/>
    <w:rsid w:val="0081602C"/>
    <w:rsid w:val="00832774"/>
    <w:rsid w:val="008463C7"/>
    <w:rsid w:val="00861EA8"/>
    <w:rsid w:val="00865724"/>
    <w:rsid w:val="00884403"/>
    <w:rsid w:val="008979CA"/>
    <w:rsid w:val="008A5650"/>
    <w:rsid w:val="008A6C9B"/>
    <w:rsid w:val="008B5FFD"/>
    <w:rsid w:val="008C25DE"/>
    <w:rsid w:val="008D0412"/>
    <w:rsid w:val="008D350C"/>
    <w:rsid w:val="008E0C07"/>
    <w:rsid w:val="008E1436"/>
    <w:rsid w:val="008E4D26"/>
    <w:rsid w:val="00901EC2"/>
    <w:rsid w:val="00913AA2"/>
    <w:rsid w:val="00931149"/>
    <w:rsid w:val="00932663"/>
    <w:rsid w:val="00950ED5"/>
    <w:rsid w:val="009510F4"/>
    <w:rsid w:val="009514F5"/>
    <w:rsid w:val="0096122C"/>
    <w:rsid w:val="009657D4"/>
    <w:rsid w:val="009669D3"/>
    <w:rsid w:val="00992D95"/>
    <w:rsid w:val="009955D8"/>
    <w:rsid w:val="009B0954"/>
    <w:rsid w:val="009C3C17"/>
    <w:rsid w:val="009C4A9C"/>
    <w:rsid w:val="009D407C"/>
    <w:rsid w:val="009D7CD4"/>
    <w:rsid w:val="009E0328"/>
    <w:rsid w:val="009F7E69"/>
    <w:rsid w:val="00A07C64"/>
    <w:rsid w:val="00A23DA6"/>
    <w:rsid w:val="00A26B0C"/>
    <w:rsid w:val="00A26EB1"/>
    <w:rsid w:val="00A27F1C"/>
    <w:rsid w:val="00A32422"/>
    <w:rsid w:val="00A61E35"/>
    <w:rsid w:val="00A6733F"/>
    <w:rsid w:val="00A777B0"/>
    <w:rsid w:val="00A83FC7"/>
    <w:rsid w:val="00A90716"/>
    <w:rsid w:val="00A95AEA"/>
    <w:rsid w:val="00AA1D8D"/>
    <w:rsid w:val="00AA4918"/>
    <w:rsid w:val="00AA5B60"/>
    <w:rsid w:val="00AA6FCB"/>
    <w:rsid w:val="00AB3A59"/>
    <w:rsid w:val="00AC321F"/>
    <w:rsid w:val="00AD590D"/>
    <w:rsid w:val="00AD7674"/>
    <w:rsid w:val="00AE1B4C"/>
    <w:rsid w:val="00AE37E6"/>
    <w:rsid w:val="00AE76F7"/>
    <w:rsid w:val="00AF0870"/>
    <w:rsid w:val="00B03842"/>
    <w:rsid w:val="00B03FE5"/>
    <w:rsid w:val="00B0618F"/>
    <w:rsid w:val="00B13CF4"/>
    <w:rsid w:val="00B268F8"/>
    <w:rsid w:val="00B33C1B"/>
    <w:rsid w:val="00B367AB"/>
    <w:rsid w:val="00B42DB5"/>
    <w:rsid w:val="00B44C59"/>
    <w:rsid w:val="00B47730"/>
    <w:rsid w:val="00B71218"/>
    <w:rsid w:val="00B80402"/>
    <w:rsid w:val="00B83AC5"/>
    <w:rsid w:val="00B86389"/>
    <w:rsid w:val="00B92383"/>
    <w:rsid w:val="00B947F9"/>
    <w:rsid w:val="00BA17C8"/>
    <w:rsid w:val="00BB0185"/>
    <w:rsid w:val="00BD0DBE"/>
    <w:rsid w:val="00BD5003"/>
    <w:rsid w:val="00BD5351"/>
    <w:rsid w:val="00C145C7"/>
    <w:rsid w:val="00C3064B"/>
    <w:rsid w:val="00C332A1"/>
    <w:rsid w:val="00C50D3B"/>
    <w:rsid w:val="00C558C0"/>
    <w:rsid w:val="00C955A4"/>
    <w:rsid w:val="00CB0664"/>
    <w:rsid w:val="00CB1342"/>
    <w:rsid w:val="00CC7CFD"/>
    <w:rsid w:val="00CF3174"/>
    <w:rsid w:val="00D34E15"/>
    <w:rsid w:val="00D45740"/>
    <w:rsid w:val="00D53991"/>
    <w:rsid w:val="00D53A1C"/>
    <w:rsid w:val="00D563C9"/>
    <w:rsid w:val="00D654BF"/>
    <w:rsid w:val="00D7179D"/>
    <w:rsid w:val="00D74C4B"/>
    <w:rsid w:val="00D86252"/>
    <w:rsid w:val="00DD31C1"/>
    <w:rsid w:val="00DD5C73"/>
    <w:rsid w:val="00DF0079"/>
    <w:rsid w:val="00E01AA6"/>
    <w:rsid w:val="00E02DBD"/>
    <w:rsid w:val="00E10D9E"/>
    <w:rsid w:val="00E37715"/>
    <w:rsid w:val="00E40CF3"/>
    <w:rsid w:val="00E533BC"/>
    <w:rsid w:val="00E54D23"/>
    <w:rsid w:val="00E60BAC"/>
    <w:rsid w:val="00E61E8B"/>
    <w:rsid w:val="00E623EC"/>
    <w:rsid w:val="00E85D5B"/>
    <w:rsid w:val="00E94AA0"/>
    <w:rsid w:val="00EA545C"/>
    <w:rsid w:val="00EA65E3"/>
    <w:rsid w:val="00EB73C3"/>
    <w:rsid w:val="00EC1C6D"/>
    <w:rsid w:val="00ED0AE6"/>
    <w:rsid w:val="00ED3922"/>
    <w:rsid w:val="00EE2A09"/>
    <w:rsid w:val="00EF0D7E"/>
    <w:rsid w:val="00F03550"/>
    <w:rsid w:val="00F14E73"/>
    <w:rsid w:val="00F22379"/>
    <w:rsid w:val="00F239C7"/>
    <w:rsid w:val="00F3559D"/>
    <w:rsid w:val="00F37548"/>
    <w:rsid w:val="00F6123F"/>
    <w:rsid w:val="00F62959"/>
    <w:rsid w:val="00F6307D"/>
    <w:rsid w:val="00F7113E"/>
    <w:rsid w:val="00F777DB"/>
    <w:rsid w:val="00F84ECA"/>
    <w:rsid w:val="00F90DC9"/>
    <w:rsid w:val="00F97265"/>
    <w:rsid w:val="00F97E8D"/>
    <w:rsid w:val="00FA1A4A"/>
    <w:rsid w:val="00FA487B"/>
    <w:rsid w:val="00FB5E0F"/>
    <w:rsid w:val="00FC59FC"/>
    <w:rsid w:val="00FC693F"/>
    <w:rsid w:val="00FD2F19"/>
    <w:rsid w:val="00FD79FC"/>
    <w:rsid w:val="00FF1931"/>
    <w:rsid w:val="0276619D"/>
    <w:rsid w:val="02E3E458"/>
    <w:rsid w:val="0418124D"/>
    <w:rsid w:val="070A1B98"/>
    <w:rsid w:val="071B0114"/>
    <w:rsid w:val="080A8D90"/>
    <w:rsid w:val="0C5B2FF0"/>
    <w:rsid w:val="0E54E930"/>
    <w:rsid w:val="0F363B88"/>
    <w:rsid w:val="0F6E5EAF"/>
    <w:rsid w:val="11A7C640"/>
    <w:rsid w:val="15E2AC3B"/>
    <w:rsid w:val="1944E958"/>
    <w:rsid w:val="1B247256"/>
    <w:rsid w:val="1F70821C"/>
    <w:rsid w:val="24E66DE4"/>
    <w:rsid w:val="26217339"/>
    <w:rsid w:val="275AF6FC"/>
    <w:rsid w:val="281D721F"/>
    <w:rsid w:val="2ADE1640"/>
    <w:rsid w:val="2FEEC0CC"/>
    <w:rsid w:val="329F5104"/>
    <w:rsid w:val="33FC76AA"/>
    <w:rsid w:val="358B24EF"/>
    <w:rsid w:val="37ADF982"/>
    <w:rsid w:val="37DE6082"/>
    <w:rsid w:val="3DD9A189"/>
    <w:rsid w:val="41BB6378"/>
    <w:rsid w:val="422FD067"/>
    <w:rsid w:val="42A071F3"/>
    <w:rsid w:val="446A31A4"/>
    <w:rsid w:val="46E46BA4"/>
    <w:rsid w:val="47E2E1AD"/>
    <w:rsid w:val="48B2C7C8"/>
    <w:rsid w:val="48CE6B41"/>
    <w:rsid w:val="49518E22"/>
    <w:rsid w:val="4A4EA0DC"/>
    <w:rsid w:val="4AC87719"/>
    <w:rsid w:val="560F7254"/>
    <w:rsid w:val="568153D0"/>
    <w:rsid w:val="5CBE3649"/>
    <w:rsid w:val="60933A14"/>
    <w:rsid w:val="66843E99"/>
    <w:rsid w:val="682AB5F0"/>
    <w:rsid w:val="6ED089D2"/>
    <w:rsid w:val="7C78A942"/>
    <w:rsid w:val="7F140E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F4B6F82A-D9AE-4D78-A0D0-C36B7E0A9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403"/>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5C9C8E"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8FBDB3"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8FBDB3"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8FBDB3"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3D685E"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3D685E"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5C52"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8FBDB3"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5C52"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5C9C8E"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8FBDB3"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8FBDB3" w:themeColor="accent1"/>
    </w:rPr>
  </w:style>
  <w:style w:type="paragraph" w:styleId="Title">
    <w:name w:val="Title"/>
    <w:basedOn w:val="Normal"/>
    <w:next w:val="Normal"/>
    <w:link w:val="TitleChar"/>
    <w:uiPriority w:val="10"/>
    <w:qFormat/>
    <w:rsid w:val="00FC693F"/>
    <w:pPr>
      <w:pBdr>
        <w:bottom w:val="single" w:sz="8" w:space="4" w:color="8FBDB3" w:themeColor="accent1"/>
      </w:pBdr>
      <w:spacing w:after="300" w:line="240" w:lineRule="auto"/>
      <w:contextualSpacing/>
    </w:pPr>
    <w:rPr>
      <w:rFonts w:asciiTheme="majorHAnsi" w:eastAsiaTheme="majorEastAsia" w:hAnsiTheme="majorHAnsi" w:cstheme="majorBidi"/>
      <w:color w:val="262320"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262320"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8FBDB3"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8FBDB3"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2A2622" w:themeColor="text1"/>
    </w:rPr>
  </w:style>
  <w:style w:type="character" w:customStyle="1" w:styleId="QuoteChar">
    <w:name w:val="Quote Char"/>
    <w:basedOn w:val="DefaultParagraphFont"/>
    <w:link w:val="Quote"/>
    <w:uiPriority w:val="29"/>
    <w:rsid w:val="00FC693F"/>
    <w:rPr>
      <w:i/>
      <w:iCs/>
      <w:color w:val="2A2622"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8FBDB3"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3D685E"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3D685E"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5C52"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8FBDB3"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5C52"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8FBDB3"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8FBDB3" w:themeColor="accent1"/>
      </w:pBdr>
      <w:spacing w:before="200" w:after="280"/>
      <w:ind w:left="936" w:right="936"/>
    </w:pPr>
    <w:rPr>
      <w:b/>
      <w:bCs/>
      <w:i/>
      <w:iCs/>
      <w:color w:val="8FBDB3" w:themeColor="accent1"/>
    </w:rPr>
  </w:style>
  <w:style w:type="character" w:customStyle="1" w:styleId="IntenseQuoteChar">
    <w:name w:val="Intense Quote Char"/>
    <w:basedOn w:val="DefaultParagraphFont"/>
    <w:link w:val="IntenseQuote"/>
    <w:uiPriority w:val="30"/>
    <w:rsid w:val="00FC693F"/>
    <w:rPr>
      <w:b/>
      <w:bCs/>
      <w:i/>
      <w:iCs/>
      <w:color w:val="8FBDB3" w:themeColor="accent1"/>
    </w:rPr>
  </w:style>
  <w:style w:type="character" w:styleId="SubtleEmphasis">
    <w:name w:val="Subtle Emphasis"/>
    <w:basedOn w:val="DefaultParagraphFont"/>
    <w:uiPriority w:val="19"/>
    <w:qFormat/>
    <w:rsid w:val="00FC693F"/>
    <w:rPr>
      <w:i/>
      <w:iCs/>
      <w:color w:val="9E9287" w:themeColor="text1" w:themeTint="7F"/>
    </w:rPr>
  </w:style>
  <w:style w:type="character" w:styleId="IntenseEmphasis">
    <w:name w:val="Intense Emphasis"/>
    <w:basedOn w:val="DefaultParagraphFont"/>
    <w:uiPriority w:val="21"/>
    <w:qFormat/>
    <w:rsid w:val="00FC693F"/>
    <w:rPr>
      <w:b/>
      <w:bCs/>
      <w:i/>
      <w:iCs/>
      <w:color w:val="8FBDB3" w:themeColor="accent1"/>
    </w:rPr>
  </w:style>
  <w:style w:type="character" w:styleId="SubtleReference">
    <w:name w:val="Subtle Reference"/>
    <w:basedOn w:val="DefaultParagraphFont"/>
    <w:uiPriority w:val="31"/>
    <w:qFormat/>
    <w:rsid w:val="00FC693F"/>
    <w:rPr>
      <w:smallCaps/>
      <w:color w:val="D16E66" w:themeColor="accent2"/>
      <w:u w:val="single"/>
    </w:rPr>
  </w:style>
  <w:style w:type="character" w:styleId="IntenseReference">
    <w:name w:val="Intense Reference"/>
    <w:basedOn w:val="DefaultParagraphFont"/>
    <w:uiPriority w:val="32"/>
    <w:qFormat/>
    <w:rsid w:val="00FC693F"/>
    <w:rPr>
      <w:b/>
      <w:bCs/>
      <w:smallCaps/>
      <w:color w:val="D16E66"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1F1C19" w:themeColor="text1" w:themeShade="BF"/>
    </w:rPr>
    <w:tblPr>
      <w:tblStyleRowBandSize w:val="1"/>
      <w:tblStyleColBandSize w:val="1"/>
      <w:tblBorders>
        <w:top w:val="single" w:sz="8" w:space="0" w:color="2A2622" w:themeColor="text1"/>
        <w:bottom w:val="single" w:sz="8" w:space="0" w:color="2A2622" w:themeColor="text1"/>
      </w:tblBorders>
    </w:tblPr>
    <w:tblStylePr w:type="firstRow">
      <w:pPr>
        <w:spacing w:before="0" w:after="0" w:line="240" w:lineRule="auto"/>
      </w:pPr>
      <w:rPr>
        <w:b/>
        <w:bCs/>
      </w:rPr>
      <w:tblPr/>
      <w:tcPr>
        <w:tcBorders>
          <w:top w:val="single" w:sz="8" w:space="0" w:color="2A2622" w:themeColor="text1"/>
          <w:left w:val="nil"/>
          <w:bottom w:val="single" w:sz="8" w:space="0" w:color="2A2622" w:themeColor="text1"/>
          <w:right w:val="nil"/>
          <w:insideH w:val="nil"/>
          <w:insideV w:val="nil"/>
        </w:tcBorders>
      </w:tcPr>
    </w:tblStylePr>
    <w:tblStylePr w:type="lastRow">
      <w:pPr>
        <w:spacing w:before="0" w:after="0" w:line="240" w:lineRule="auto"/>
      </w:pPr>
      <w:rPr>
        <w:b/>
        <w:bCs/>
      </w:rPr>
      <w:tblPr/>
      <w:tcPr>
        <w:tcBorders>
          <w:top w:val="single" w:sz="8" w:space="0" w:color="2A2622" w:themeColor="text1"/>
          <w:left w:val="nil"/>
          <w:bottom w:val="single" w:sz="8" w:space="0" w:color="2A26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9C3" w:themeFill="text1" w:themeFillTint="3F"/>
      </w:tcPr>
    </w:tblStylePr>
    <w:tblStylePr w:type="band1Horz">
      <w:tblPr/>
      <w:tcPr>
        <w:tcBorders>
          <w:left w:val="nil"/>
          <w:right w:val="nil"/>
          <w:insideH w:val="nil"/>
          <w:insideV w:val="nil"/>
        </w:tcBorders>
        <w:shd w:val="clear" w:color="auto" w:fill="CFC9C3" w:themeFill="text1" w:themeFillTint="3F"/>
      </w:tcPr>
    </w:tblStylePr>
  </w:style>
  <w:style w:type="table" w:styleId="LightShading-Accent1">
    <w:name w:val="Light Shading Accent 1"/>
    <w:basedOn w:val="TableNormal"/>
    <w:uiPriority w:val="60"/>
    <w:rsid w:val="00FC693F"/>
    <w:pPr>
      <w:spacing w:after="0" w:line="240" w:lineRule="auto"/>
    </w:pPr>
    <w:rPr>
      <w:color w:val="5C9C8E" w:themeColor="accent1" w:themeShade="BF"/>
    </w:rPr>
    <w:tblPr>
      <w:tblStyleRowBandSize w:val="1"/>
      <w:tblStyleColBandSize w:val="1"/>
      <w:tblBorders>
        <w:top w:val="single" w:sz="8" w:space="0" w:color="8FBDB3" w:themeColor="accent1"/>
        <w:bottom w:val="single" w:sz="8" w:space="0" w:color="8FBDB3" w:themeColor="accent1"/>
      </w:tblBorders>
    </w:tblPr>
    <w:tblStylePr w:type="firstRow">
      <w:pPr>
        <w:spacing w:before="0" w:after="0" w:line="240" w:lineRule="auto"/>
      </w:pPr>
      <w:rPr>
        <w:b/>
        <w:bCs/>
      </w:rPr>
      <w:tblPr/>
      <w:tcPr>
        <w:tcBorders>
          <w:top w:val="single" w:sz="8" w:space="0" w:color="8FBDB3" w:themeColor="accent1"/>
          <w:left w:val="nil"/>
          <w:bottom w:val="single" w:sz="8" w:space="0" w:color="8FBDB3" w:themeColor="accent1"/>
          <w:right w:val="nil"/>
          <w:insideH w:val="nil"/>
          <w:insideV w:val="nil"/>
        </w:tcBorders>
      </w:tcPr>
    </w:tblStylePr>
    <w:tblStylePr w:type="lastRow">
      <w:pPr>
        <w:spacing w:before="0" w:after="0" w:line="240" w:lineRule="auto"/>
      </w:pPr>
      <w:rPr>
        <w:b/>
        <w:bCs/>
      </w:rPr>
      <w:tblPr/>
      <w:tcPr>
        <w:tcBorders>
          <w:top w:val="single" w:sz="8" w:space="0" w:color="8FBDB3" w:themeColor="accent1"/>
          <w:left w:val="nil"/>
          <w:bottom w:val="single" w:sz="8" w:space="0" w:color="8FBDB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EEC" w:themeFill="accent1" w:themeFillTint="3F"/>
      </w:tcPr>
    </w:tblStylePr>
    <w:tblStylePr w:type="band1Horz">
      <w:tblPr/>
      <w:tcPr>
        <w:tcBorders>
          <w:left w:val="nil"/>
          <w:right w:val="nil"/>
          <w:insideH w:val="nil"/>
          <w:insideV w:val="nil"/>
        </w:tcBorders>
        <w:shd w:val="clear" w:color="auto" w:fill="E3EEEC" w:themeFill="accent1" w:themeFillTint="3F"/>
      </w:tcPr>
    </w:tblStylePr>
  </w:style>
  <w:style w:type="table" w:styleId="LightShading-Accent2">
    <w:name w:val="Light Shading Accent 2"/>
    <w:basedOn w:val="TableNormal"/>
    <w:uiPriority w:val="60"/>
    <w:rsid w:val="00FC693F"/>
    <w:pPr>
      <w:spacing w:after="0" w:line="240" w:lineRule="auto"/>
    </w:pPr>
    <w:rPr>
      <w:color w:val="B23F35" w:themeColor="accent2" w:themeShade="BF"/>
    </w:rPr>
    <w:tblPr>
      <w:tblStyleRowBandSize w:val="1"/>
      <w:tblStyleColBandSize w:val="1"/>
      <w:tblBorders>
        <w:top w:val="single" w:sz="8" w:space="0" w:color="D16E66" w:themeColor="accent2"/>
        <w:bottom w:val="single" w:sz="8" w:space="0" w:color="D16E66" w:themeColor="accent2"/>
      </w:tblBorders>
    </w:tblPr>
    <w:tblStylePr w:type="firstRow">
      <w:pPr>
        <w:spacing w:before="0" w:after="0" w:line="240" w:lineRule="auto"/>
      </w:pPr>
      <w:rPr>
        <w:b/>
        <w:bCs/>
      </w:rPr>
      <w:tblPr/>
      <w:tcPr>
        <w:tcBorders>
          <w:top w:val="single" w:sz="8" w:space="0" w:color="D16E66" w:themeColor="accent2"/>
          <w:left w:val="nil"/>
          <w:bottom w:val="single" w:sz="8" w:space="0" w:color="D16E66" w:themeColor="accent2"/>
          <w:right w:val="nil"/>
          <w:insideH w:val="nil"/>
          <w:insideV w:val="nil"/>
        </w:tcBorders>
      </w:tcPr>
    </w:tblStylePr>
    <w:tblStylePr w:type="lastRow">
      <w:pPr>
        <w:spacing w:before="0" w:after="0" w:line="240" w:lineRule="auto"/>
      </w:pPr>
      <w:rPr>
        <w:b/>
        <w:bCs/>
      </w:rPr>
      <w:tblPr/>
      <w:tcPr>
        <w:tcBorders>
          <w:top w:val="single" w:sz="8" w:space="0" w:color="D16E66" w:themeColor="accent2"/>
          <w:left w:val="nil"/>
          <w:bottom w:val="single" w:sz="8" w:space="0" w:color="D16E6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AD9" w:themeFill="accent2" w:themeFillTint="3F"/>
      </w:tcPr>
    </w:tblStylePr>
    <w:tblStylePr w:type="band1Horz">
      <w:tblPr/>
      <w:tcPr>
        <w:tcBorders>
          <w:left w:val="nil"/>
          <w:right w:val="nil"/>
          <w:insideH w:val="nil"/>
          <w:insideV w:val="nil"/>
        </w:tcBorders>
        <w:shd w:val="clear" w:color="auto" w:fill="F3DAD9" w:themeFill="accent2" w:themeFillTint="3F"/>
      </w:tcPr>
    </w:tblStylePr>
  </w:style>
  <w:style w:type="table" w:styleId="LightShading-Accent3">
    <w:name w:val="Light Shading Accent 3"/>
    <w:basedOn w:val="TableNormal"/>
    <w:uiPriority w:val="60"/>
    <w:rsid w:val="00FC693F"/>
    <w:pPr>
      <w:spacing w:after="0" w:line="240" w:lineRule="auto"/>
    </w:pPr>
    <w:rPr>
      <w:color w:val="CDB07C" w:themeColor="accent3" w:themeShade="BF"/>
    </w:rPr>
    <w:tblPr>
      <w:tblStyleRowBandSize w:val="1"/>
      <w:tblStyleColBandSize w:val="1"/>
      <w:tblBorders>
        <w:top w:val="single" w:sz="8" w:space="0" w:color="ECE1CD" w:themeColor="accent3"/>
        <w:bottom w:val="single" w:sz="8" w:space="0" w:color="ECE1CD" w:themeColor="accent3"/>
      </w:tblBorders>
    </w:tblPr>
    <w:tblStylePr w:type="firstRow">
      <w:pPr>
        <w:spacing w:before="0" w:after="0" w:line="240" w:lineRule="auto"/>
      </w:pPr>
      <w:rPr>
        <w:b/>
        <w:bCs/>
      </w:rPr>
      <w:tblPr/>
      <w:tcPr>
        <w:tcBorders>
          <w:top w:val="single" w:sz="8" w:space="0" w:color="ECE1CD" w:themeColor="accent3"/>
          <w:left w:val="nil"/>
          <w:bottom w:val="single" w:sz="8" w:space="0" w:color="ECE1CD" w:themeColor="accent3"/>
          <w:right w:val="nil"/>
          <w:insideH w:val="nil"/>
          <w:insideV w:val="nil"/>
        </w:tcBorders>
      </w:tcPr>
    </w:tblStylePr>
    <w:tblStylePr w:type="lastRow">
      <w:pPr>
        <w:spacing w:before="0" w:after="0" w:line="240" w:lineRule="auto"/>
      </w:pPr>
      <w:rPr>
        <w:b/>
        <w:bCs/>
      </w:rPr>
      <w:tblPr/>
      <w:tcPr>
        <w:tcBorders>
          <w:top w:val="single" w:sz="8" w:space="0" w:color="ECE1CD" w:themeColor="accent3"/>
          <w:left w:val="nil"/>
          <w:bottom w:val="single" w:sz="8" w:space="0" w:color="ECE1C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7F2" w:themeFill="accent3" w:themeFillTint="3F"/>
      </w:tcPr>
    </w:tblStylePr>
    <w:tblStylePr w:type="band1Horz">
      <w:tblPr/>
      <w:tcPr>
        <w:tcBorders>
          <w:left w:val="nil"/>
          <w:right w:val="nil"/>
          <w:insideH w:val="nil"/>
          <w:insideV w:val="nil"/>
        </w:tcBorders>
        <w:shd w:val="clear" w:color="auto" w:fill="FAF7F2" w:themeFill="accent3" w:themeFillTint="3F"/>
      </w:tcPr>
    </w:tblStylePr>
  </w:style>
  <w:style w:type="table" w:styleId="LightShading-Accent4">
    <w:name w:val="Light Shading Accent 4"/>
    <w:basedOn w:val="TableNormal"/>
    <w:uiPriority w:val="60"/>
    <w:rsid w:val="00FC693F"/>
    <w:pPr>
      <w:spacing w:after="0" w:line="240" w:lineRule="auto"/>
    </w:pPr>
    <w:rPr>
      <w:color w:val="5D7257" w:themeColor="accent4" w:themeShade="BF"/>
    </w:rPr>
    <w:tblPr>
      <w:tblStyleRowBandSize w:val="1"/>
      <w:tblStyleColBandSize w:val="1"/>
      <w:tblBorders>
        <w:top w:val="single" w:sz="8" w:space="0" w:color="7E9777" w:themeColor="accent4"/>
        <w:bottom w:val="single" w:sz="8" w:space="0" w:color="7E9777" w:themeColor="accent4"/>
      </w:tblBorders>
    </w:tblPr>
    <w:tblStylePr w:type="firstRow">
      <w:pPr>
        <w:spacing w:before="0" w:after="0" w:line="240" w:lineRule="auto"/>
      </w:pPr>
      <w:rPr>
        <w:b/>
        <w:bCs/>
      </w:rPr>
      <w:tblPr/>
      <w:tcPr>
        <w:tcBorders>
          <w:top w:val="single" w:sz="8" w:space="0" w:color="7E9777" w:themeColor="accent4"/>
          <w:left w:val="nil"/>
          <w:bottom w:val="single" w:sz="8" w:space="0" w:color="7E9777" w:themeColor="accent4"/>
          <w:right w:val="nil"/>
          <w:insideH w:val="nil"/>
          <w:insideV w:val="nil"/>
        </w:tcBorders>
      </w:tcPr>
    </w:tblStylePr>
    <w:tblStylePr w:type="lastRow">
      <w:pPr>
        <w:spacing w:before="0" w:after="0" w:line="240" w:lineRule="auto"/>
      </w:pPr>
      <w:rPr>
        <w:b/>
        <w:bCs/>
      </w:rPr>
      <w:tblPr/>
      <w:tcPr>
        <w:tcBorders>
          <w:top w:val="single" w:sz="8" w:space="0" w:color="7E9777" w:themeColor="accent4"/>
          <w:left w:val="nil"/>
          <w:bottom w:val="single" w:sz="8" w:space="0" w:color="7E977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5DD" w:themeFill="accent4" w:themeFillTint="3F"/>
      </w:tcPr>
    </w:tblStylePr>
    <w:tblStylePr w:type="band1Horz">
      <w:tblPr/>
      <w:tcPr>
        <w:tcBorders>
          <w:left w:val="nil"/>
          <w:right w:val="nil"/>
          <w:insideH w:val="nil"/>
          <w:insideV w:val="nil"/>
        </w:tcBorders>
        <w:shd w:val="clear" w:color="auto" w:fill="DFE5DD" w:themeFill="accent4" w:themeFillTint="3F"/>
      </w:tcPr>
    </w:tblStylePr>
  </w:style>
  <w:style w:type="table" w:styleId="LightShading-Accent5">
    <w:name w:val="Light Shading Accent 5"/>
    <w:basedOn w:val="TableNormal"/>
    <w:uiPriority w:val="60"/>
    <w:rsid w:val="00FC693F"/>
    <w:pPr>
      <w:spacing w:after="0" w:line="240" w:lineRule="auto"/>
    </w:pPr>
    <w:rPr>
      <w:color w:val="39525F" w:themeColor="accent5" w:themeShade="BF"/>
    </w:rPr>
    <w:tblPr>
      <w:tblStyleRowBandSize w:val="1"/>
      <w:tblStyleColBandSize w:val="1"/>
      <w:tblBorders>
        <w:top w:val="single" w:sz="8" w:space="0" w:color="4D6E7F" w:themeColor="accent5"/>
        <w:bottom w:val="single" w:sz="8" w:space="0" w:color="4D6E7F" w:themeColor="accent5"/>
      </w:tblBorders>
    </w:tblPr>
    <w:tblStylePr w:type="firstRow">
      <w:pPr>
        <w:spacing w:before="0" w:after="0" w:line="240" w:lineRule="auto"/>
      </w:pPr>
      <w:rPr>
        <w:b/>
        <w:bCs/>
      </w:rPr>
      <w:tblPr/>
      <w:tcPr>
        <w:tcBorders>
          <w:top w:val="single" w:sz="8" w:space="0" w:color="4D6E7F" w:themeColor="accent5"/>
          <w:left w:val="nil"/>
          <w:bottom w:val="single" w:sz="8" w:space="0" w:color="4D6E7F" w:themeColor="accent5"/>
          <w:right w:val="nil"/>
          <w:insideH w:val="nil"/>
          <w:insideV w:val="nil"/>
        </w:tcBorders>
      </w:tcPr>
    </w:tblStylePr>
    <w:tblStylePr w:type="lastRow">
      <w:pPr>
        <w:spacing w:before="0" w:after="0" w:line="240" w:lineRule="auto"/>
      </w:pPr>
      <w:rPr>
        <w:b/>
        <w:bCs/>
      </w:rPr>
      <w:tblPr/>
      <w:tcPr>
        <w:tcBorders>
          <w:top w:val="single" w:sz="8" w:space="0" w:color="4D6E7F" w:themeColor="accent5"/>
          <w:left w:val="nil"/>
          <w:bottom w:val="single" w:sz="8" w:space="0" w:color="4D6E7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DCE2" w:themeFill="accent5" w:themeFillTint="3F"/>
      </w:tcPr>
    </w:tblStylePr>
    <w:tblStylePr w:type="band1Horz">
      <w:tblPr/>
      <w:tcPr>
        <w:tcBorders>
          <w:left w:val="nil"/>
          <w:right w:val="nil"/>
          <w:insideH w:val="nil"/>
          <w:insideV w:val="nil"/>
        </w:tcBorders>
        <w:shd w:val="clear" w:color="auto" w:fill="CFDCE2" w:themeFill="accent5" w:themeFillTint="3F"/>
      </w:tcPr>
    </w:tblStylePr>
  </w:style>
  <w:style w:type="table" w:styleId="LightShading-Accent6">
    <w:name w:val="Light Shading Accent 6"/>
    <w:basedOn w:val="TableNormal"/>
    <w:uiPriority w:val="60"/>
    <w:rsid w:val="00FC693F"/>
    <w:pPr>
      <w:spacing w:after="0" w:line="240" w:lineRule="auto"/>
    </w:pPr>
    <w:rPr>
      <w:color w:val="74706E" w:themeColor="accent6" w:themeShade="BF"/>
    </w:rPr>
    <w:tblPr>
      <w:tblStyleRowBandSize w:val="1"/>
      <w:tblStyleColBandSize w:val="1"/>
      <w:tblBorders>
        <w:top w:val="single" w:sz="8" w:space="0" w:color="9A9795" w:themeColor="accent6"/>
        <w:bottom w:val="single" w:sz="8" w:space="0" w:color="9A9795" w:themeColor="accent6"/>
      </w:tblBorders>
    </w:tblPr>
    <w:tblStylePr w:type="firstRow">
      <w:pPr>
        <w:spacing w:before="0" w:after="0" w:line="240" w:lineRule="auto"/>
      </w:pPr>
      <w:rPr>
        <w:b/>
        <w:bCs/>
      </w:rPr>
      <w:tblPr/>
      <w:tcPr>
        <w:tcBorders>
          <w:top w:val="single" w:sz="8" w:space="0" w:color="9A9795" w:themeColor="accent6"/>
          <w:left w:val="nil"/>
          <w:bottom w:val="single" w:sz="8" w:space="0" w:color="9A9795" w:themeColor="accent6"/>
          <w:right w:val="nil"/>
          <w:insideH w:val="nil"/>
          <w:insideV w:val="nil"/>
        </w:tcBorders>
      </w:tcPr>
    </w:tblStylePr>
    <w:tblStylePr w:type="lastRow">
      <w:pPr>
        <w:spacing w:before="0" w:after="0" w:line="240" w:lineRule="auto"/>
      </w:pPr>
      <w:rPr>
        <w:b/>
        <w:bCs/>
      </w:rPr>
      <w:tblPr/>
      <w:tcPr>
        <w:tcBorders>
          <w:top w:val="single" w:sz="8" w:space="0" w:color="9A9795" w:themeColor="accent6"/>
          <w:left w:val="nil"/>
          <w:bottom w:val="single" w:sz="8" w:space="0" w:color="9A979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5E4" w:themeFill="accent6" w:themeFillTint="3F"/>
      </w:tcPr>
    </w:tblStylePr>
    <w:tblStylePr w:type="band1Horz">
      <w:tblPr/>
      <w:tcPr>
        <w:tcBorders>
          <w:left w:val="nil"/>
          <w:right w:val="nil"/>
          <w:insideH w:val="nil"/>
          <w:insideV w:val="nil"/>
        </w:tcBorders>
        <w:shd w:val="clear" w:color="auto" w:fill="E6E5E4"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2A2622" w:themeColor="text1"/>
        <w:left w:val="single" w:sz="8" w:space="0" w:color="2A2622" w:themeColor="text1"/>
        <w:bottom w:val="single" w:sz="8" w:space="0" w:color="2A2622" w:themeColor="text1"/>
        <w:right w:val="single" w:sz="8" w:space="0" w:color="2A2622" w:themeColor="text1"/>
      </w:tblBorders>
    </w:tblPr>
    <w:tblStylePr w:type="firstRow">
      <w:pPr>
        <w:spacing w:before="0" w:after="0" w:line="240" w:lineRule="auto"/>
      </w:pPr>
      <w:rPr>
        <w:b/>
        <w:bCs/>
        <w:color w:val="F5F0E7" w:themeColor="background1"/>
      </w:rPr>
      <w:tblPr/>
      <w:tcPr>
        <w:shd w:val="clear" w:color="auto" w:fill="2A2622" w:themeFill="text1"/>
      </w:tcPr>
    </w:tblStylePr>
    <w:tblStylePr w:type="lastRow">
      <w:pPr>
        <w:spacing w:before="0" w:after="0" w:line="240" w:lineRule="auto"/>
      </w:pPr>
      <w:rPr>
        <w:b/>
        <w:bCs/>
      </w:rPr>
      <w:tblPr/>
      <w:tcPr>
        <w:tcBorders>
          <w:top w:val="double" w:sz="6" w:space="0" w:color="2A2622" w:themeColor="text1"/>
          <w:left w:val="single" w:sz="8" w:space="0" w:color="2A2622" w:themeColor="text1"/>
          <w:bottom w:val="single" w:sz="8" w:space="0" w:color="2A2622" w:themeColor="text1"/>
          <w:right w:val="single" w:sz="8" w:space="0" w:color="2A2622" w:themeColor="text1"/>
        </w:tcBorders>
      </w:tcPr>
    </w:tblStylePr>
    <w:tblStylePr w:type="firstCol">
      <w:rPr>
        <w:b/>
        <w:bCs/>
      </w:rPr>
    </w:tblStylePr>
    <w:tblStylePr w:type="lastCol">
      <w:rPr>
        <w:b/>
        <w:bCs/>
      </w:rPr>
    </w:tblStylePr>
    <w:tblStylePr w:type="band1Vert">
      <w:tblPr/>
      <w:tcPr>
        <w:tcBorders>
          <w:top w:val="single" w:sz="8" w:space="0" w:color="2A2622" w:themeColor="text1"/>
          <w:left w:val="single" w:sz="8" w:space="0" w:color="2A2622" w:themeColor="text1"/>
          <w:bottom w:val="single" w:sz="8" w:space="0" w:color="2A2622" w:themeColor="text1"/>
          <w:right w:val="single" w:sz="8" w:space="0" w:color="2A2622" w:themeColor="text1"/>
        </w:tcBorders>
      </w:tcPr>
    </w:tblStylePr>
    <w:tblStylePr w:type="band1Horz">
      <w:tblPr/>
      <w:tcPr>
        <w:tcBorders>
          <w:top w:val="single" w:sz="8" w:space="0" w:color="2A2622" w:themeColor="text1"/>
          <w:left w:val="single" w:sz="8" w:space="0" w:color="2A2622" w:themeColor="text1"/>
          <w:bottom w:val="single" w:sz="8" w:space="0" w:color="2A2622" w:themeColor="text1"/>
          <w:right w:val="single" w:sz="8" w:space="0" w:color="2A2622"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8FBDB3" w:themeColor="accent1"/>
        <w:left w:val="single" w:sz="8" w:space="0" w:color="8FBDB3" w:themeColor="accent1"/>
        <w:bottom w:val="single" w:sz="8" w:space="0" w:color="8FBDB3" w:themeColor="accent1"/>
        <w:right w:val="single" w:sz="8" w:space="0" w:color="8FBDB3" w:themeColor="accent1"/>
      </w:tblBorders>
    </w:tblPr>
    <w:tblStylePr w:type="firstRow">
      <w:pPr>
        <w:spacing w:before="0" w:after="0" w:line="240" w:lineRule="auto"/>
      </w:pPr>
      <w:rPr>
        <w:b/>
        <w:bCs/>
        <w:color w:val="F5F0E7" w:themeColor="background1"/>
      </w:rPr>
      <w:tblPr/>
      <w:tcPr>
        <w:shd w:val="clear" w:color="auto" w:fill="8FBDB3" w:themeFill="accent1"/>
      </w:tcPr>
    </w:tblStylePr>
    <w:tblStylePr w:type="lastRow">
      <w:pPr>
        <w:spacing w:before="0" w:after="0" w:line="240" w:lineRule="auto"/>
      </w:pPr>
      <w:rPr>
        <w:b/>
        <w:bCs/>
      </w:rPr>
      <w:tblPr/>
      <w:tcPr>
        <w:tcBorders>
          <w:top w:val="double" w:sz="6" w:space="0" w:color="8FBDB3" w:themeColor="accent1"/>
          <w:left w:val="single" w:sz="8" w:space="0" w:color="8FBDB3" w:themeColor="accent1"/>
          <w:bottom w:val="single" w:sz="8" w:space="0" w:color="8FBDB3" w:themeColor="accent1"/>
          <w:right w:val="single" w:sz="8" w:space="0" w:color="8FBDB3" w:themeColor="accent1"/>
        </w:tcBorders>
      </w:tcPr>
    </w:tblStylePr>
    <w:tblStylePr w:type="firstCol">
      <w:rPr>
        <w:b/>
        <w:bCs/>
      </w:rPr>
    </w:tblStylePr>
    <w:tblStylePr w:type="lastCol">
      <w:rPr>
        <w:b/>
        <w:bCs/>
      </w:rPr>
    </w:tblStylePr>
    <w:tblStylePr w:type="band1Vert">
      <w:tblPr/>
      <w:tcPr>
        <w:tcBorders>
          <w:top w:val="single" w:sz="8" w:space="0" w:color="8FBDB3" w:themeColor="accent1"/>
          <w:left w:val="single" w:sz="8" w:space="0" w:color="8FBDB3" w:themeColor="accent1"/>
          <w:bottom w:val="single" w:sz="8" w:space="0" w:color="8FBDB3" w:themeColor="accent1"/>
          <w:right w:val="single" w:sz="8" w:space="0" w:color="8FBDB3" w:themeColor="accent1"/>
        </w:tcBorders>
      </w:tcPr>
    </w:tblStylePr>
    <w:tblStylePr w:type="band1Horz">
      <w:tblPr/>
      <w:tcPr>
        <w:tcBorders>
          <w:top w:val="single" w:sz="8" w:space="0" w:color="8FBDB3" w:themeColor="accent1"/>
          <w:left w:val="single" w:sz="8" w:space="0" w:color="8FBDB3" w:themeColor="accent1"/>
          <w:bottom w:val="single" w:sz="8" w:space="0" w:color="8FBDB3" w:themeColor="accent1"/>
          <w:right w:val="single" w:sz="8" w:space="0" w:color="8FBDB3"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D16E66" w:themeColor="accent2"/>
        <w:left w:val="single" w:sz="8" w:space="0" w:color="D16E66" w:themeColor="accent2"/>
        <w:bottom w:val="single" w:sz="8" w:space="0" w:color="D16E66" w:themeColor="accent2"/>
        <w:right w:val="single" w:sz="8" w:space="0" w:color="D16E66" w:themeColor="accent2"/>
      </w:tblBorders>
    </w:tblPr>
    <w:tblStylePr w:type="firstRow">
      <w:pPr>
        <w:spacing w:before="0" w:after="0" w:line="240" w:lineRule="auto"/>
      </w:pPr>
      <w:rPr>
        <w:b/>
        <w:bCs/>
        <w:color w:val="F5F0E7" w:themeColor="background1"/>
      </w:rPr>
      <w:tblPr/>
      <w:tcPr>
        <w:shd w:val="clear" w:color="auto" w:fill="D16E66" w:themeFill="accent2"/>
      </w:tcPr>
    </w:tblStylePr>
    <w:tblStylePr w:type="lastRow">
      <w:pPr>
        <w:spacing w:before="0" w:after="0" w:line="240" w:lineRule="auto"/>
      </w:pPr>
      <w:rPr>
        <w:b/>
        <w:bCs/>
      </w:rPr>
      <w:tblPr/>
      <w:tcPr>
        <w:tcBorders>
          <w:top w:val="double" w:sz="6" w:space="0" w:color="D16E66" w:themeColor="accent2"/>
          <w:left w:val="single" w:sz="8" w:space="0" w:color="D16E66" w:themeColor="accent2"/>
          <w:bottom w:val="single" w:sz="8" w:space="0" w:color="D16E66" w:themeColor="accent2"/>
          <w:right w:val="single" w:sz="8" w:space="0" w:color="D16E66" w:themeColor="accent2"/>
        </w:tcBorders>
      </w:tcPr>
    </w:tblStylePr>
    <w:tblStylePr w:type="firstCol">
      <w:rPr>
        <w:b/>
        <w:bCs/>
      </w:rPr>
    </w:tblStylePr>
    <w:tblStylePr w:type="lastCol">
      <w:rPr>
        <w:b/>
        <w:bCs/>
      </w:rPr>
    </w:tblStylePr>
    <w:tblStylePr w:type="band1Vert">
      <w:tblPr/>
      <w:tcPr>
        <w:tcBorders>
          <w:top w:val="single" w:sz="8" w:space="0" w:color="D16E66" w:themeColor="accent2"/>
          <w:left w:val="single" w:sz="8" w:space="0" w:color="D16E66" w:themeColor="accent2"/>
          <w:bottom w:val="single" w:sz="8" w:space="0" w:color="D16E66" w:themeColor="accent2"/>
          <w:right w:val="single" w:sz="8" w:space="0" w:color="D16E66" w:themeColor="accent2"/>
        </w:tcBorders>
      </w:tcPr>
    </w:tblStylePr>
    <w:tblStylePr w:type="band1Horz">
      <w:tblPr/>
      <w:tcPr>
        <w:tcBorders>
          <w:top w:val="single" w:sz="8" w:space="0" w:color="D16E66" w:themeColor="accent2"/>
          <w:left w:val="single" w:sz="8" w:space="0" w:color="D16E66" w:themeColor="accent2"/>
          <w:bottom w:val="single" w:sz="8" w:space="0" w:color="D16E66" w:themeColor="accent2"/>
          <w:right w:val="single" w:sz="8" w:space="0" w:color="D16E66"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ECE1CD" w:themeColor="accent3"/>
        <w:left w:val="single" w:sz="8" w:space="0" w:color="ECE1CD" w:themeColor="accent3"/>
        <w:bottom w:val="single" w:sz="8" w:space="0" w:color="ECE1CD" w:themeColor="accent3"/>
        <w:right w:val="single" w:sz="8" w:space="0" w:color="ECE1CD" w:themeColor="accent3"/>
      </w:tblBorders>
    </w:tblPr>
    <w:tblStylePr w:type="firstRow">
      <w:pPr>
        <w:spacing w:before="0" w:after="0" w:line="240" w:lineRule="auto"/>
      </w:pPr>
      <w:rPr>
        <w:b/>
        <w:bCs/>
        <w:color w:val="F5F0E7" w:themeColor="background1"/>
      </w:rPr>
      <w:tblPr/>
      <w:tcPr>
        <w:shd w:val="clear" w:color="auto" w:fill="ECE1CD" w:themeFill="accent3"/>
      </w:tcPr>
    </w:tblStylePr>
    <w:tblStylePr w:type="lastRow">
      <w:pPr>
        <w:spacing w:before="0" w:after="0" w:line="240" w:lineRule="auto"/>
      </w:pPr>
      <w:rPr>
        <w:b/>
        <w:bCs/>
      </w:rPr>
      <w:tblPr/>
      <w:tcPr>
        <w:tcBorders>
          <w:top w:val="double" w:sz="6" w:space="0" w:color="ECE1CD" w:themeColor="accent3"/>
          <w:left w:val="single" w:sz="8" w:space="0" w:color="ECE1CD" w:themeColor="accent3"/>
          <w:bottom w:val="single" w:sz="8" w:space="0" w:color="ECE1CD" w:themeColor="accent3"/>
          <w:right w:val="single" w:sz="8" w:space="0" w:color="ECE1CD" w:themeColor="accent3"/>
        </w:tcBorders>
      </w:tcPr>
    </w:tblStylePr>
    <w:tblStylePr w:type="firstCol">
      <w:rPr>
        <w:b/>
        <w:bCs/>
      </w:rPr>
    </w:tblStylePr>
    <w:tblStylePr w:type="lastCol">
      <w:rPr>
        <w:b/>
        <w:bCs/>
      </w:rPr>
    </w:tblStylePr>
    <w:tblStylePr w:type="band1Vert">
      <w:tblPr/>
      <w:tcPr>
        <w:tcBorders>
          <w:top w:val="single" w:sz="8" w:space="0" w:color="ECE1CD" w:themeColor="accent3"/>
          <w:left w:val="single" w:sz="8" w:space="0" w:color="ECE1CD" w:themeColor="accent3"/>
          <w:bottom w:val="single" w:sz="8" w:space="0" w:color="ECE1CD" w:themeColor="accent3"/>
          <w:right w:val="single" w:sz="8" w:space="0" w:color="ECE1CD" w:themeColor="accent3"/>
        </w:tcBorders>
      </w:tcPr>
    </w:tblStylePr>
    <w:tblStylePr w:type="band1Horz">
      <w:tblPr/>
      <w:tcPr>
        <w:tcBorders>
          <w:top w:val="single" w:sz="8" w:space="0" w:color="ECE1CD" w:themeColor="accent3"/>
          <w:left w:val="single" w:sz="8" w:space="0" w:color="ECE1CD" w:themeColor="accent3"/>
          <w:bottom w:val="single" w:sz="8" w:space="0" w:color="ECE1CD" w:themeColor="accent3"/>
          <w:right w:val="single" w:sz="8" w:space="0" w:color="ECE1CD"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7E9777" w:themeColor="accent4"/>
        <w:left w:val="single" w:sz="8" w:space="0" w:color="7E9777" w:themeColor="accent4"/>
        <w:bottom w:val="single" w:sz="8" w:space="0" w:color="7E9777" w:themeColor="accent4"/>
        <w:right w:val="single" w:sz="8" w:space="0" w:color="7E9777" w:themeColor="accent4"/>
      </w:tblBorders>
    </w:tblPr>
    <w:tblStylePr w:type="firstRow">
      <w:pPr>
        <w:spacing w:before="0" w:after="0" w:line="240" w:lineRule="auto"/>
      </w:pPr>
      <w:rPr>
        <w:b/>
        <w:bCs/>
        <w:color w:val="F5F0E7" w:themeColor="background1"/>
      </w:rPr>
      <w:tblPr/>
      <w:tcPr>
        <w:shd w:val="clear" w:color="auto" w:fill="7E9777" w:themeFill="accent4"/>
      </w:tcPr>
    </w:tblStylePr>
    <w:tblStylePr w:type="lastRow">
      <w:pPr>
        <w:spacing w:before="0" w:after="0" w:line="240" w:lineRule="auto"/>
      </w:pPr>
      <w:rPr>
        <w:b/>
        <w:bCs/>
      </w:rPr>
      <w:tblPr/>
      <w:tcPr>
        <w:tcBorders>
          <w:top w:val="double" w:sz="6" w:space="0" w:color="7E9777" w:themeColor="accent4"/>
          <w:left w:val="single" w:sz="8" w:space="0" w:color="7E9777" w:themeColor="accent4"/>
          <w:bottom w:val="single" w:sz="8" w:space="0" w:color="7E9777" w:themeColor="accent4"/>
          <w:right w:val="single" w:sz="8" w:space="0" w:color="7E9777" w:themeColor="accent4"/>
        </w:tcBorders>
      </w:tcPr>
    </w:tblStylePr>
    <w:tblStylePr w:type="firstCol">
      <w:rPr>
        <w:b/>
        <w:bCs/>
      </w:rPr>
    </w:tblStylePr>
    <w:tblStylePr w:type="lastCol">
      <w:rPr>
        <w:b/>
        <w:bCs/>
      </w:rPr>
    </w:tblStylePr>
    <w:tblStylePr w:type="band1Vert">
      <w:tblPr/>
      <w:tcPr>
        <w:tcBorders>
          <w:top w:val="single" w:sz="8" w:space="0" w:color="7E9777" w:themeColor="accent4"/>
          <w:left w:val="single" w:sz="8" w:space="0" w:color="7E9777" w:themeColor="accent4"/>
          <w:bottom w:val="single" w:sz="8" w:space="0" w:color="7E9777" w:themeColor="accent4"/>
          <w:right w:val="single" w:sz="8" w:space="0" w:color="7E9777" w:themeColor="accent4"/>
        </w:tcBorders>
      </w:tcPr>
    </w:tblStylePr>
    <w:tblStylePr w:type="band1Horz">
      <w:tblPr/>
      <w:tcPr>
        <w:tcBorders>
          <w:top w:val="single" w:sz="8" w:space="0" w:color="7E9777" w:themeColor="accent4"/>
          <w:left w:val="single" w:sz="8" w:space="0" w:color="7E9777" w:themeColor="accent4"/>
          <w:bottom w:val="single" w:sz="8" w:space="0" w:color="7E9777" w:themeColor="accent4"/>
          <w:right w:val="single" w:sz="8" w:space="0" w:color="7E9777"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D6E7F" w:themeColor="accent5"/>
        <w:left w:val="single" w:sz="8" w:space="0" w:color="4D6E7F" w:themeColor="accent5"/>
        <w:bottom w:val="single" w:sz="8" w:space="0" w:color="4D6E7F" w:themeColor="accent5"/>
        <w:right w:val="single" w:sz="8" w:space="0" w:color="4D6E7F" w:themeColor="accent5"/>
      </w:tblBorders>
    </w:tblPr>
    <w:tblStylePr w:type="firstRow">
      <w:pPr>
        <w:spacing w:before="0" w:after="0" w:line="240" w:lineRule="auto"/>
      </w:pPr>
      <w:rPr>
        <w:b/>
        <w:bCs/>
        <w:color w:val="F5F0E7" w:themeColor="background1"/>
      </w:rPr>
      <w:tblPr/>
      <w:tcPr>
        <w:shd w:val="clear" w:color="auto" w:fill="4D6E7F" w:themeFill="accent5"/>
      </w:tcPr>
    </w:tblStylePr>
    <w:tblStylePr w:type="lastRow">
      <w:pPr>
        <w:spacing w:before="0" w:after="0" w:line="240" w:lineRule="auto"/>
      </w:pPr>
      <w:rPr>
        <w:b/>
        <w:bCs/>
      </w:rPr>
      <w:tblPr/>
      <w:tcPr>
        <w:tcBorders>
          <w:top w:val="double" w:sz="6" w:space="0" w:color="4D6E7F" w:themeColor="accent5"/>
          <w:left w:val="single" w:sz="8" w:space="0" w:color="4D6E7F" w:themeColor="accent5"/>
          <w:bottom w:val="single" w:sz="8" w:space="0" w:color="4D6E7F" w:themeColor="accent5"/>
          <w:right w:val="single" w:sz="8" w:space="0" w:color="4D6E7F" w:themeColor="accent5"/>
        </w:tcBorders>
      </w:tcPr>
    </w:tblStylePr>
    <w:tblStylePr w:type="firstCol">
      <w:rPr>
        <w:b/>
        <w:bCs/>
      </w:rPr>
    </w:tblStylePr>
    <w:tblStylePr w:type="lastCol">
      <w:rPr>
        <w:b/>
        <w:bCs/>
      </w:rPr>
    </w:tblStylePr>
    <w:tblStylePr w:type="band1Vert">
      <w:tblPr/>
      <w:tcPr>
        <w:tcBorders>
          <w:top w:val="single" w:sz="8" w:space="0" w:color="4D6E7F" w:themeColor="accent5"/>
          <w:left w:val="single" w:sz="8" w:space="0" w:color="4D6E7F" w:themeColor="accent5"/>
          <w:bottom w:val="single" w:sz="8" w:space="0" w:color="4D6E7F" w:themeColor="accent5"/>
          <w:right w:val="single" w:sz="8" w:space="0" w:color="4D6E7F" w:themeColor="accent5"/>
        </w:tcBorders>
      </w:tcPr>
    </w:tblStylePr>
    <w:tblStylePr w:type="band1Horz">
      <w:tblPr/>
      <w:tcPr>
        <w:tcBorders>
          <w:top w:val="single" w:sz="8" w:space="0" w:color="4D6E7F" w:themeColor="accent5"/>
          <w:left w:val="single" w:sz="8" w:space="0" w:color="4D6E7F" w:themeColor="accent5"/>
          <w:bottom w:val="single" w:sz="8" w:space="0" w:color="4D6E7F" w:themeColor="accent5"/>
          <w:right w:val="single" w:sz="8" w:space="0" w:color="4D6E7F"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9A9795" w:themeColor="accent6"/>
        <w:left w:val="single" w:sz="8" w:space="0" w:color="9A9795" w:themeColor="accent6"/>
        <w:bottom w:val="single" w:sz="8" w:space="0" w:color="9A9795" w:themeColor="accent6"/>
        <w:right w:val="single" w:sz="8" w:space="0" w:color="9A9795" w:themeColor="accent6"/>
      </w:tblBorders>
    </w:tblPr>
    <w:tblStylePr w:type="firstRow">
      <w:pPr>
        <w:spacing w:before="0" w:after="0" w:line="240" w:lineRule="auto"/>
      </w:pPr>
      <w:rPr>
        <w:b/>
        <w:bCs/>
        <w:color w:val="F5F0E7" w:themeColor="background1"/>
      </w:rPr>
      <w:tblPr/>
      <w:tcPr>
        <w:shd w:val="clear" w:color="auto" w:fill="9A9795" w:themeFill="accent6"/>
      </w:tcPr>
    </w:tblStylePr>
    <w:tblStylePr w:type="lastRow">
      <w:pPr>
        <w:spacing w:before="0" w:after="0" w:line="240" w:lineRule="auto"/>
      </w:pPr>
      <w:rPr>
        <w:b/>
        <w:bCs/>
      </w:rPr>
      <w:tblPr/>
      <w:tcPr>
        <w:tcBorders>
          <w:top w:val="double" w:sz="6" w:space="0" w:color="9A9795" w:themeColor="accent6"/>
          <w:left w:val="single" w:sz="8" w:space="0" w:color="9A9795" w:themeColor="accent6"/>
          <w:bottom w:val="single" w:sz="8" w:space="0" w:color="9A9795" w:themeColor="accent6"/>
          <w:right w:val="single" w:sz="8" w:space="0" w:color="9A9795" w:themeColor="accent6"/>
        </w:tcBorders>
      </w:tcPr>
    </w:tblStylePr>
    <w:tblStylePr w:type="firstCol">
      <w:rPr>
        <w:b/>
        <w:bCs/>
      </w:rPr>
    </w:tblStylePr>
    <w:tblStylePr w:type="lastCol">
      <w:rPr>
        <w:b/>
        <w:bCs/>
      </w:rPr>
    </w:tblStylePr>
    <w:tblStylePr w:type="band1Vert">
      <w:tblPr/>
      <w:tcPr>
        <w:tcBorders>
          <w:top w:val="single" w:sz="8" w:space="0" w:color="9A9795" w:themeColor="accent6"/>
          <w:left w:val="single" w:sz="8" w:space="0" w:color="9A9795" w:themeColor="accent6"/>
          <w:bottom w:val="single" w:sz="8" w:space="0" w:color="9A9795" w:themeColor="accent6"/>
          <w:right w:val="single" w:sz="8" w:space="0" w:color="9A9795" w:themeColor="accent6"/>
        </w:tcBorders>
      </w:tcPr>
    </w:tblStylePr>
    <w:tblStylePr w:type="band1Horz">
      <w:tblPr/>
      <w:tcPr>
        <w:tcBorders>
          <w:top w:val="single" w:sz="8" w:space="0" w:color="9A9795" w:themeColor="accent6"/>
          <w:left w:val="single" w:sz="8" w:space="0" w:color="9A9795" w:themeColor="accent6"/>
          <w:bottom w:val="single" w:sz="8" w:space="0" w:color="9A9795" w:themeColor="accent6"/>
          <w:right w:val="single" w:sz="8" w:space="0" w:color="9A9795"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2A2622" w:themeColor="text1"/>
        <w:left w:val="single" w:sz="8" w:space="0" w:color="2A2622" w:themeColor="text1"/>
        <w:bottom w:val="single" w:sz="8" w:space="0" w:color="2A2622" w:themeColor="text1"/>
        <w:right w:val="single" w:sz="8" w:space="0" w:color="2A2622" w:themeColor="text1"/>
        <w:insideH w:val="single" w:sz="8" w:space="0" w:color="2A2622" w:themeColor="text1"/>
        <w:insideV w:val="single" w:sz="8" w:space="0" w:color="2A26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A2622" w:themeColor="text1"/>
          <w:left w:val="single" w:sz="8" w:space="0" w:color="2A2622" w:themeColor="text1"/>
          <w:bottom w:val="single" w:sz="18" w:space="0" w:color="2A2622" w:themeColor="text1"/>
          <w:right w:val="single" w:sz="8" w:space="0" w:color="2A2622" w:themeColor="text1"/>
          <w:insideH w:val="nil"/>
          <w:insideV w:val="single" w:sz="8" w:space="0" w:color="2A26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A2622" w:themeColor="text1"/>
          <w:left w:val="single" w:sz="8" w:space="0" w:color="2A2622" w:themeColor="text1"/>
          <w:bottom w:val="single" w:sz="8" w:space="0" w:color="2A2622" w:themeColor="text1"/>
          <w:right w:val="single" w:sz="8" w:space="0" w:color="2A2622" w:themeColor="text1"/>
          <w:insideH w:val="nil"/>
          <w:insideV w:val="single" w:sz="8" w:space="0" w:color="2A26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A2622" w:themeColor="text1"/>
          <w:left w:val="single" w:sz="8" w:space="0" w:color="2A2622" w:themeColor="text1"/>
          <w:bottom w:val="single" w:sz="8" w:space="0" w:color="2A2622" w:themeColor="text1"/>
          <w:right w:val="single" w:sz="8" w:space="0" w:color="2A2622" w:themeColor="text1"/>
        </w:tcBorders>
      </w:tcPr>
    </w:tblStylePr>
    <w:tblStylePr w:type="band1Vert">
      <w:tblPr/>
      <w:tcPr>
        <w:tcBorders>
          <w:top w:val="single" w:sz="8" w:space="0" w:color="2A2622" w:themeColor="text1"/>
          <w:left w:val="single" w:sz="8" w:space="0" w:color="2A2622" w:themeColor="text1"/>
          <w:bottom w:val="single" w:sz="8" w:space="0" w:color="2A2622" w:themeColor="text1"/>
          <w:right w:val="single" w:sz="8" w:space="0" w:color="2A2622" w:themeColor="text1"/>
        </w:tcBorders>
        <w:shd w:val="clear" w:color="auto" w:fill="CFC9C3" w:themeFill="text1" w:themeFillTint="3F"/>
      </w:tcPr>
    </w:tblStylePr>
    <w:tblStylePr w:type="band1Horz">
      <w:tblPr/>
      <w:tcPr>
        <w:tcBorders>
          <w:top w:val="single" w:sz="8" w:space="0" w:color="2A2622" w:themeColor="text1"/>
          <w:left w:val="single" w:sz="8" w:space="0" w:color="2A2622" w:themeColor="text1"/>
          <w:bottom w:val="single" w:sz="8" w:space="0" w:color="2A2622" w:themeColor="text1"/>
          <w:right w:val="single" w:sz="8" w:space="0" w:color="2A2622" w:themeColor="text1"/>
          <w:insideV w:val="single" w:sz="8" w:space="0" w:color="2A2622" w:themeColor="text1"/>
        </w:tcBorders>
        <w:shd w:val="clear" w:color="auto" w:fill="CFC9C3" w:themeFill="text1" w:themeFillTint="3F"/>
      </w:tcPr>
    </w:tblStylePr>
    <w:tblStylePr w:type="band2Horz">
      <w:tblPr/>
      <w:tcPr>
        <w:tcBorders>
          <w:top w:val="single" w:sz="8" w:space="0" w:color="2A2622" w:themeColor="text1"/>
          <w:left w:val="single" w:sz="8" w:space="0" w:color="2A2622" w:themeColor="text1"/>
          <w:bottom w:val="single" w:sz="8" w:space="0" w:color="2A2622" w:themeColor="text1"/>
          <w:right w:val="single" w:sz="8" w:space="0" w:color="2A2622" w:themeColor="text1"/>
          <w:insideV w:val="single" w:sz="8" w:space="0" w:color="2A2622"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8FBDB3" w:themeColor="accent1"/>
        <w:left w:val="single" w:sz="8" w:space="0" w:color="8FBDB3" w:themeColor="accent1"/>
        <w:bottom w:val="single" w:sz="8" w:space="0" w:color="8FBDB3" w:themeColor="accent1"/>
        <w:right w:val="single" w:sz="8" w:space="0" w:color="8FBDB3" w:themeColor="accent1"/>
        <w:insideH w:val="single" w:sz="8" w:space="0" w:color="8FBDB3" w:themeColor="accent1"/>
        <w:insideV w:val="single" w:sz="8" w:space="0" w:color="8FBDB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FBDB3" w:themeColor="accent1"/>
          <w:left w:val="single" w:sz="8" w:space="0" w:color="8FBDB3" w:themeColor="accent1"/>
          <w:bottom w:val="single" w:sz="18" w:space="0" w:color="8FBDB3" w:themeColor="accent1"/>
          <w:right w:val="single" w:sz="8" w:space="0" w:color="8FBDB3" w:themeColor="accent1"/>
          <w:insideH w:val="nil"/>
          <w:insideV w:val="single" w:sz="8" w:space="0" w:color="8FBDB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FBDB3" w:themeColor="accent1"/>
          <w:left w:val="single" w:sz="8" w:space="0" w:color="8FBDB3" w:themeColor="accent1"/>
          <w:bottom w:val="single" w:sz="8" w:space="0" w:color="8FBDB3" w:themeColor="accent1"/>
          <w:right w:val="single" w:sz="8" w:space="0" w:color="8FBDB3" w:themeColor="accent1"/>
          <w:insideH w:val="nil"/>
          <w:insideV w:val="single" w:sz="8" w:space="0" w:color="8FBDB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FBDB3" w:themeColor="accent1"/>
          <w:left w:val="single" w:sz="8" w:space="0" w:color="8FBDB3" w:themeColor="accent1"/>
          <w:bottom w:val="single" w:sz="8" w:space="0" w:color="8FBDB3" w:themeColor="accent1"/>
          <w:right w:val="single" w:sz="8" w:space="0" w:color="8FBDB3" w:themeColor="accent1"/>
        </w:tcBorders>
      </w:tcPr>
    </w:tblStylePr>
    <w:tblStylePr w:type="band1Vert">
      <w:tblPr/>
      <w:tcPr>
        <w:tcBorders>
          <w:top w:val="single" w:sz="8" w:space="0" w:color="8FBDB3" w:themeColor="accent1"/>
          <w:left w:val="single" w:sz="8" w:space="0" w:color="8FBDB3" w:themeColor="accent1"/>
          <w:bottom w:val="single" w:sz="8" w:space="0" w:color="8FBDB3" w:themeColor="accent1"/>
          <w:right w:val="single" w:sz="8" w:space="0" w:color="8FBDB3" w:themeColor="accent1"/>
        </w:tcBorders>
        <w:shd w:val="clear" w:color="auto" w:fill="E3EEEC" w:themeFill="accent1" w:themeFillTint="3F"/>
      </w:tcPr>
    </w:tblStylePr>
    <w:tblStylePr w:type="band1Horz">
      <w:tblPr/>
      <w:tcPr>
        <w:tcBorders>
          <w:top w:val="single" w:sz="8" w:space="0" w:color="8FBDB3" w:themeColor="accent1"/>
          <w:left w:val="single" w:sz="8" w:space="0" w:color="8FBDB3" w:themeColor="accent1"/>
          <w:bottom w:val="single" w:sz="8" w:space="0" w:color="8FBDB3" w:themeColor="accent1"/>
          <w:right w:val="single" w:sz="8" w:space="0" w:color="8FBDB3" w:themeColor="accent1"/>
          <w:insideV w:val="single" w:sz="8" w:space="0" w:color="8FBDB3" w:themeColor="accent1"/>
        </w:tcBorders>
        <w:shd w:val="clear" w:color="auto" w:fill="E3EEEC" w:themeFill="accent1" w:themeFillTint="3F"/>
      </w:tcPr>
    </w:tblStylePr>
    <w:tblStylePr w:type="band2Horz">
      <w:tblPr/>
      <w:tcPr>
        <w:tcBorders>
          <w:top w:val="single" w:sz="8" w:space="0" w:color="8FBDB3" w:themeColor="accent1"/>
          <w:left w:val="single" w:sz="8" w:space="0" w:color="8FBDB3" w:themeColor="accent1"/>
          <w:bottom w:val="single" w:sz="8" w:space="0" w:color="8FBDB3" w:themeColor="accent1"/>
          <w:right w:val="single" w:sz="8" w:space="0" w:color="8FBDB3" w:themeColor="accent1"/>
          <w:insideV w:val="single" w:sz="8" w:space="0" w:color="8FBDB3"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D16E66" w:themeColor="accent2"/>
        <w:left w:val="single" w:sz="8" w:space="0" w:color="D16E66" w:themeColor="accent2"/>
        <w:bottom w:val="single" w:sz="8" w:space="0" w:color="D16E66" w:themeColor="accent2"/>
        <w:right w:val="single" w:sz="8" w:space="0" w:color="D16E66" w:themeColor="accent2"/>
        <w:insideH w:val="single" w:sz="8" w:space="0" w:color="D16E66" w:themeColor="accent2"/>
        <w:insideV w:val="single" w:sz="8" w:space="0" w:color="D16E6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16E66" w:themeColor="accent2"/>
          <w:left w:val="single" w:sz="8" w:space="0" w:color="D16E66" w:themeColor="accent2"/>
          <w:bottom w:val="single" w:sz="18" w:space="0" w:color="D16E66" w:themeColor="accent2"/>
          <w:right w:val="single" w:sz="8" w:space="0" w:color="D16E66" w:themeColor="accent2"/>
          <w:insideH w:val="nil"/>
          <w:insideV w:val="single" w:sz="8" w:space="0" w:color="D16E6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16E66" w:themeColor="accent2"/>
          <w:left w:val="single" w:sz="8" w:space="0" w:color="D16E66" w:themeColor="accent2"/>
          <w:bottom w:val="single" w:sz="8" w:space="0" w:color="D16E66" w:themeColor="accent2"/>
          <w:right w:val="single" w:sz="8" w:space="0" w:color="D16E66" w:themeColor="accent2"/>
          <w:insideH w:val="nil"/>
          <w:insideV w:val="single" w:sz="8" w:space="0" w:color="D16E6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6E66" w:themeColor="accent2"/>
          <w:left w:val="single" w:sz="8" w:space="0" w:color="D16E66" w:themeColor="accent2"/>
          <w:bottom w:val="single" w:sz="8" w:space="0" w:color="D16E66" w:themeColor="accent2"/>
          <w:right w:val="single" w:sz="8" w:space="0" w:color="D16E66" w:themeColor="accent2"/>
        </w:tcBorders>
      </w:tcPr>
    </w:tblStylePr>
    <w:tblStylePr w:type="band1Vert">
      <w:tblPr/>
      <w:tcPr>
        <w:tcBorders>
          <w:top w:val="single" w:sz="8" w:space="0" w:color="D16E66" w:themeColor="accent2"/>
          <w:left w:val="single" w:sz="8" w:space="0" w:color="D16E66" w:themeColor="accent2"/>
          <w:bottom w:val="single" w:sz="8" w:space="0" w:color="D16E66" w:themeColor="accent2"/>
          <w:right w:val="single" w:sz="8" w:space="0" w:color="D16E66" w:themeColor="accent2"/>
        </w:tcBorders>
        <w:shd w:val="clear" w:color="auto" w:fill="F3DAD9" w:themeFill="accent2" w:themeFillTint="3F"/>
      </w:tcPr>
    </w:tblStylePr>
    <w:tblStylePr w:type="band1Horz">
      <w:tblPr/>
      <w:tcPr>
        <w:tcBorders>
          <w:top w:val="single" w:sz="8" w:space="0" w:color="D16E66" w:themeColor="accent2"/>
          <w:left w:val="single" w:sz="8" w:space="0" w:color="D16E66" w:themeColor="accent2"/>
          <w:bottom w:val="single" w:sz="8" w:space="0" w:color="D16E66" w:themeColor="accent2"/>
          <w:right w:val="single" w:sz="8" w:space="0" w:color="D16E66" w:themeColor="accent2"/>
          <w:insideV w:val="single" w:sz="8" w:space="0" w:color="D16E66" w:themeColor="accent2"/>
        </w:tcBorders>
        <w:shd w:val="clear" w:color="auto" w:fill="F3DAD9" w:themeFill="accent2" w:themeFillTint="3F"/>
      </w:tcPr>
    </w:tblStylePr>
    <w:tblStylePr w:type="band2Horz">
      <w:tblPr/>
      <w:tcPr>
        <w:tcBorders>
          <w:top w:val="single" w:sz="8" w:space="0" w:color="D16E66" w:themeColor="accent2"/>
          <w:left w:val="single" w:sz="8" w:space="0" w:color="D16E66" w:themeColor="accent2"/>
          <w:bottom w:val="single" w:sz="8" w:space="0" w:color="D16E66" w:themeColor="accent2"/>
          <w:right w:val="single" w:sz="8" w:space="0" w:color="D16E66" w:themeColor="accent2"/>
          <w:insideV w:val="single" w:sz="8" w:space="0" w:color="D16E66"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ECE1CD" w:themeColor="accent3"/>
        <w:left w:val="single" w:sz="8" w:space="0" w:color="ECE1CD" w:themeColor="accent3"/>
        <w:bottom w:val="single" w:sz="8" w:space="0" w:color="ECE1CD" w:themeColor="accent3"/>
        <w:right w:val="single" w:sz="8" w:space="0" w:color="ECE1CD" w:themeColor="accent3"/>
        <w:insideH w:val="single" w:sz="8" w:space="0" w:color="ECE1CD" w:themeColor="accent3"/>
        <w:insideV w:val="single" w:sz="8" w:space="0" w:color="ECE1C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CE1CD" w:themeColor="accent3"/>
          <w:left w:val="single" w:sz="8" w:space="0" w:color="ECE1CD" w:themeColor="accent3"/>
          <w:bottom w:val="single" w:sz="18" w:space="0" w:color="ECE1CD" w:themeColor="accent3"/>
          <w:right w:val="single" w:sz="8" w:space="0" w:color="ECE1CD" w:themeColor="accent3"/>
          <w:insideH w:val="nil"/>
          <w:insideV w:val="single" w:sz="8" w:space="0" w:color="ECE1C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CE1CD" w:themeColor="accent3"/>
          <w:left w:val="single" w:sz="8" w:space="0" w:color="ECE1CD" w:themeColor="accent3"/>
          <w:bottom w:val="single" w:sz="8" w:space="0" w:color="ECE1CD" w:themeColor="accent3"/>
          <w:right w:val="single" w:sz="8" w:space="0" w:color="ECE1CD" w:themeColor="accent3"/>
          <w:insideH w:val="nil"/>
          <w:insideV w:val="single" w:sz="8" w:space="0" w:color="ECE1C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CE1CD" w:themeColor="accent3"/>
          <w:left w:val="single" w:sz="8" w:space="0" w:color="ECE1CD" w:themeColor="accent3"/>
          <w:bottom w:val="single" w:sz="8" w:space="0" w:color="ECE1CD" w:themeColor="accent3"/>
          <w:right w:val="single" w:sz="8" w:space="0" w:color="ECE1CD" w:themeColor="accent3"/>
        </w:tcBorders>
      </w:tcPr>
    </w:tblStylePr>
    <w:tblStylePr w:type="band1Vert">
      <w:tblPr/>
      <w:tcPr>
        <w:tcBorders>
          <w:top w:val="single" w:sz="8" w:space="0" w:color="ECE1CD" w:themeColor="accent3"/>
          <w:left w:val="single" w:sz="8" w:space="0" w:color="ECE1CD" w:themeColor="accent3"/>
          <w:bottom w:val="single" w:sz="8" w:space="0" w:color="ECE1CD" w:themeColor="accent3"/>
          <w:right w:val="single" w:sz="8" w:space="0" w:color="ECE1CD" w:themeColor="accent3"/>
        </w:tcBorders>
        <w:shd w:val="clear" w:color="auto" w:fill="FAF7F2" w:themeFill="accent3" w:themeFillTint="3F"/>
      </w:tcPr>
    </w:tblStylePr>
    <w:tblStylePr w:type="band1Horz">
      <w:tblPr/>
      <w:tcPr>
        <w:tcBorders>
          <w:top w:val="single" w:sz="8" w:space="0" w:color="ECE1CD" w:themeColor="accent3"/>
          <w:left w:val="single" w:sz="8" w:space="0" w:color="ECE1CD" w:themeColor="accent3"/>
          <w:bottom w:val="single" w:sz="8" w:space="0" w:color="ECE1CD" w:themeColor="accent3"/>
          <w:right w:val="single" w:sz="8" w:space="0" w:color="ECE1CD" w:themeColor="accent3"/>
          <w:insideV w:val="single" w:sz="8" w:space="0" w:color="ECE1CD" w:themeColor="accent3"/>
        </w:tcBorders>
        <w:shd w:val="clear" w:color="auto" w:fill="FAF7F2" w:themeFill="accent3" w:themeFillTint="3F"/>
      </w:tcPr>
    </w:tblStylePr>
    <w:tblStylePr w:type="band2Horz">
      <w:tblPr/>
      <w:tcPr>
        <w:tcBorders>
          <w:top w:val="single" w:sz="8" w:space="0" w:color="ECE1CD" w:themeColor="accent3"/>
          <w:left w:val="single" w:sz="8" w:space="0" w:color="ECE1CD" w:themeColor="accent3"/>
          <w:bottom w:val="single" w:sz="8" w:space="0" w:color="ECE1CD" w:themeColor="accent3"/>
          <w:right w:val="single" w:sz="8" w:space="0" w:color="ECE1CD" w:themeColor="accent3"/>
          <w:insideV w:val="single" w:sz="8" w:space="0" w:color="ECE1CD"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7E9777" w:themeColor="accent4"/>
        <w:left w:val="single" w:sz="8" w:space="0" w:color="7E9777" w:themeColor="accent4"/>
        <w:bottom w:val="single" w:sz="8" w:space="0" w:color="7E9777" w:themeColor="accent4"/>
        <w:right w:val="single" w:sz="8" w:space="0" w:color="7E9777" w:themeColor="accent4"/>
        <w:insideH w:val="single" w:sz="8" w:space="0" w:color="7E9777" w:themeColor="accent4"/>
        <w:insideV w:val="single" w:sz="8" w:space="0" w:color="7E977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9777" w:themeColor="accent4"/>
          <w:left w:val="single" w:sz="8" w:space="0" w:color="7E9777" w:themeColor="accent4"/>
          <w:bottom w:val="single" w:sz="18" w:space="0" w:color="7E9777" w:themeColor="accent4"/>
          <w:right w:val="single" w:sz="8" w:space="0" w:color="7E9777" w:themeColor="accent4"/>
          <w:insideH w:val="nil"/>
          <w:insideV w:val="single" w:sz="8" w:space="0" w:color="7E977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9777" w:themeColor="accent4"/>
          <w:left w:val="single" w:sz="8" w:space="0" w:color="7E9777" w:themeColor="accent4"/>
          <w:bottom w:val="single" w:sz="8" w:space="0" w:color="7E9777" w:themeColor="accent4"/>
          <w:right w:val="single" w:sz="8" w:space="0" w:color="7E9777" w:themeColor="accent4"/>
          <w:insideH w:val="nil"/>
          <w:insideV w:val="single" w:sz="8" w:space="0" w:color="7E977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9777" w:themeColor="accent4"/>
          <w:left w:val="single" w:sz="8" w:space="0" w:color="7E9777" w:themeColor="accent4"/>
          <w:bottom w:val="single" w:sz="8" w:space="0" w:color="7E9777" w:themeColor="accent4"/>
          <w:right w:val="single" w:sz="8" w:space="0" w:color="7E9777" w:themeColor="accent4"/>
        </w:tcBorders>
      </w:tcPr>
    </w:tblStylePr>
    <w:tblStylePr w:type="band1Vert">
      <w:tblPr/>
      <w:tcPr>
        <w:tcBorders>
          <w:top w:val="single" w:sz="8" w:space="0" w:color="7E9777" w:themeColor="accent4"/>
          <w:left w:val="single" w:sz="8" w:space="0" w:color="7E9777" w:themeColor="accent4"/>
          <w:bottom w:val="single" w:sz="8" w:space="0" w:color="7E9777" w:themeColor="accent4"/>
          <w:right w:val="single" w:sz="8" w:space="0" w:color="7E9777" w:themeColor="accent4"/>
        </w:tcBorders>
        <w:shd w:val="clear" w:color="auto" w:fill="DFE5DD" w:themeFill="accent4" w:themeFillTint="3F"/>
      </w:tcPr>
    </w:tblStylePr>
    <w:tblStylePr w:type="band1Horz">
      <w:tblPr/>
      <w:tcPr>
        <w:tcBorders>
          <w:top w:val="single" w:sz="8" w:space="0" w:color="7E9777" w:themeColor="accent4"/>
          <w:left w:val="single" w:sz="8" w:space="0" w:color="7E9777" w:themeColor="accent4"/>
          <w:bottom w:val="single" w:sz="8" w:space="0" w:color="7E9777" w:themeColor="accent4"/>
          <w:right w:val="single" w:sz="8" w:space="0" w:color="7E9777" w:themeColor="accent4"/>
          <w:insideV w:val="single" w:sz="8" w:space="0" w:color="7E9777" w:themeColor="accent4"/>
        </w:tcBorders>
        <w:shd w:val="clear" w:color="auto" w:fill="DFE5DD" w:themeFill="accent4" w:themeFillTint="3F"/>
      </w:tcPr>
    </w:tblStylePr>
    <w:tblStylePr w:type="band2Horz">
      <w:tblPr/>
      <w:tcPr>
        <w:tcBorders>
          <w:top w:val="single" w:sz="8" w:space="0" w:color="7E9777" w:themeColor="accent4"/>
          <w:left w:val="single" w:sz="8" w:space="0" w:color="7E9777" w:themeColor="accent4"/>
          <w:bottom w:val="single" w:sz="8" w:space="0" w:color="7E9777" w:themeColor="accent4"/>
          <w:right w:val="single" w:sz="8" w:space="0" w:color="7E9777" w:themeColor="accent4"/>
          <w:insideV w:val="single" w:sz="8" w:space="0" w:color="7E9777"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D6E7F" w:themeColor="accent5"/>
        <w:left w:val="single" w:sz="8" w:space="0" w:color="4D6E7F" w:themeColor="accent5"/>
        <w:bottom w:val="single" w:sz="8" w:space="0" w:color="4D6E7F" w:themeColor="accent5"/>
        <w:right w:val="single" w:sz="8" w:space="0" w:color="4D6E7F" w:themeColor="accent5"/>
        <w:insideH w:val="single" w:sz="8" w:space="0" w:color="4D6E7F" w:themeColor="accent5"/>
        <w:insideV w:val="single" w:sz="8" w:space="0" w:color="4D6E7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6E7F" w:themeColor="accent5"/>
          <w:left w:val="single" w:sz="8" w:space="0" w:color="4D6E7F" w:themeColor="accent5"/>
          <w:bottom w:val="single" w:sz="18" w:space="0" w:color="4D6E7F" w:themeColor="accent5"/>
          <w:right w:val="single" w:sz="8" w:space="0" w:color="4D6E7F" w:themeColor="accent5"/>
          <w:insideH w:val="nil"/>
          <w:insideV w:val="single" w:sz="8" w:space="0" w:color="4D6E7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6E7F" w:themeColor="accent5"/>
          <w:left w:val="single" w:sz="8" w:space="0" w:color="4D6E7F" w:themeColor="accent5"/>
          <w:bottom w:val="single" w:sz="8" w:space="0" w:color="4D6E7F" w:themeColor="accent5"/>
          <w:right w:val="single" w:sz="8" w:space="0" w:color="4D6E7F" w:themeColor="accent5"/>
          <w:insideH w:val="nil"/>
          <w:insideV w:val="single" w:sz="8" w:space="0" w:color="4D6E7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6E7F" w:themeColor="accent5"/>
          <w:left w:val="single" w:sz="8" w:space="0" w:color="4D6E7F" w:themeColor="accent5"/>
          <w:bottom w:val="single" w:sz="8" w:space="0" w:color="4D6E7F" w:themeColor="accent5"/>
          <w:right w:val="single" w:sz="8" w:space="0" w:color="4D6E7F" w:themeColor="accent5"/>
        </w:tcBorders>
      </w:tcPr>
    </w:tblStylePr>
    <w:tblStylePr w:type="band1Vert">
      <w:tblPr/>
      <w:tcPr>
        <w:tcBorders>
          <w:top w:val="single" w:sz="8" w:space="0" w:color="4D6E7F" w:themeColor="accent5"/>
          <w:left w:val="single" w:sz="8" w:space="0" w:color="4D6E7F" w:themeColor="accent5"/>
          <w:bottom w:val="single" w:sz="8" w:space="0" w:color="4D6E7F" w:themeColor="accent5"/>
          <w:right w:val="single" w:sz="8" w:space="0" w:color="4D6E7F" w:themeColor="accent5"/>
        </w:tcBorders>
        <w:shd w:val="clear" w:color="auto" w:fill="CFDCE2" w:themeFill="accent5" w:themeFillTint="3F"/>
      </w:tcPr>
    </w:tblStylePr>
    <w:tblStylePr w:type="band1Horz">
      <w:tblPr/>
      <w:tcPr>
        <w:tcBorders>
          <w:top w:val="single" w:sz="8" w:space="0" w:color="4D6E7F" w:themeColor="accent5"/>
          <w:left w:val="single" w:sz="8" w:space="0" w:color="4D6E7F" w:themeColor="accent5"/>
          <w:bottom w:val="single" w:sz="8" w:space="0" w:color="4D6E7F" w:themeColor="accent5"/>
          <w:right w:val="single" w:sz="8" w:space="0" w:color="4D6E7F" w:themeColor="accent5"/>
          <w:insideV w:val="single" w:sz="8" w:space="0" w:color="4D6E7F" w:themeColor="accent5"/>
        </w:tcBorders>
        <w:shd w:val="clear" w:color="auto" w:fill="CFDCE2" w:themeFill="accent5" w:themeFillTint="3F"/>
      </w:tcPr>
    </w:tblStylePr>
    <w:tblStylePr w:type="band2Horz">
      <w:tblPr/>
      <w:tcPr>
        <w:tcBorders>
          <w:top w:val="single" w:sz="8" w:space="0" w:color="4D6E7F" w:themeColor="accent5"/>
          <w:left w:val="single" w:sz="8" w:space="0" w:color="4D6E7F" w:themeColor="accent5"/>
          <w:bottom w:val="single" w:sz="8" w:space="0" w:color="4D6E7F" w:themeColor="accent5"/>
          <w:right w:val="single" w:sz="8" w:space="0" w:color="4D6E7F" w:themeColor="accent5"/>
          <w:insideV w:val="single" w:sz="8" w:space="0" w:color="4D6E7F"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9A9795" w:themeColor="accent6"/>
        <w:left w:val="single" w:sz="8" w:space="0" w:color="9A9795" w:themeColor="accent6"/>
        <w:bottom w:val="single" w:sz="8" w:space="0" w:color="9A9795" w:themeColor="accent6"/>
        <w:right w:val="single" w:sz="8" w:space="0" w:color="9A9795" w:themeColor="accent6"/>
        <w:insideH w:val="single" w:sz="8" w:space="0" w:color="9A9795" w:themeColor="accent6"/>
        <w:insideV w:val="single" w:sz="8" w:space="0" w:color="9A979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9795" w:themeColor="accent6"/>
          <w:left w:val="single" w:sz="8" w:space="0" w:color="9A9795" w:themeColor="accent6"/>
          <w:bottom w:val="single" w:sz="18" w:space="0" w:color="9A9795" w:themeColor="accent6"/>
          <w:right w:val="single" w:sz="8" w:space="0" w:color="9A9795" w:themeColor="accent6"/>
          <w:insideH w:val="nil"/>
          <w:insideV w:val="single" w:sz="8" w:space="0" w:color="9A979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9795" w:themeColor="accent6"/>
          <w:left w:val="single" w:sz="8" w:space="0" w:color="9A9795" w:themeColor="accent6"/>
          <w:bottom w:val="single" w:sz="8" w:space="0" w:color="9A9795" w:themeColor="accent6"/>
          <w:right w:val="single" w:sz="8" w:space="0" w:color="9A9795" w:themeColor="accent6"/>
          <w:insideH w:val="nil"/>
          <w:insideV w:val="single" w:sz="8" w:space="0" w:color="9A979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9795" w:themeColor="accent6"/>
          <w:left w:val="single" w:sz="8" w:space="0" w:color="9A9795" w:themeColor="accent6"/>
          <w:bottom w:val="single" w:sz="8" w:space="0" w:color="9A9795" w:themeColor="accent6"/>
          <w:right w:val="single" w:sz="8" w:space="0" w:color="9A9795" w:themeColor="accent6"/>
        </w:tcBorders>
      </w:tcPr>
    </w:tblStylePr>
    <w:tblStylePr w:type="band1Vert">
      <w:tblPr/>
      <w:tcPr>
        <w:tcBorders>
          <w:top w:val="single" w:sz="8" w:space="0" w:color="9A9795" w:themeColor="accent6"/>
          <w:left w:val="single" w:sz="8" w:space="0" w:color="9A9795" w:themeColor="accent6"/>
          <w:bottom w:val="single" w:sz="8" w:space="0" w:color="9A9795" w:themeColor="accent6"/>
          <w:right w:val="single" w:sz="8" w:space="0" w:color="9A9795" w:themeColor="accent6"/>
        </w:tcBorders>
        <w:shd w:val="clear" w:color="auto" w:fill="E6E5E4" w:themeFill="accent6" w:themeFillTint="3F"/>
      </w:tcPr>
    </w:tblStylePr>
    <w:tblStylePr w:type="band1Horz">
      <w:tblPr/>
      <w:tcPr>
        <w:tcBorders>
          <w:top w:val="single" w:sz="8" w:space="0" w:color="9A9795" w:themeColor="accent6"/>
          <w:left w:val="single" w:sz="8" w:space="0" w:color="9A9795" w:themeColor="accent6"/>
          <w:bottom w:val="single" w:sz="8" w:space="0" w:color="9A9795" w:themeColor="accent6"/>
          <w:right w:val="single" w:sz="8" w:space="0" w:color="9A9795" w:themeColor="accent6"/>
          <w:insideV w:val="single" w:sz="8" w:space="0" w:color="9A9795" w:themeColor="accent6"/>
        </w:tcBorders>
        <w:shd w:val="clear" w:color="auto" w:fill="E6E5E4" w:themeFill="accent6" w:themeFillTint="3F"/>
      </w:tcPr>
    </w:tblStylePr>
    <w:tblStylePr w:type="band2Horz">
      <w:tblPr/>
      <w:tcPr>
        <w:tcBorders>
          <w:top w:val="single" w:sz="8" w:space="0" w:color="9A9795" w:themeColor="accent6"/>
          <w:left w:val="single" w:sz="8" w:space="0" w:color="9A9795" w:themeColor="accent6"/>
          <w:bottom w:val="single" w:sz="8" w:space="0" w:color="9A9795" w:themeColor="accent6"/>
          <w:right w:val="single" w:sz="8" w:space="0" w:color="9A9795" w:themeColor="accent6"/>
          <w:insideV w:val="single" w:sz="8" w:space="0" w:color="9A9795"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665C52" w:themeColor="text1" w:themeTint="BF"/>
        <w:left w:val="single" w:sz="8" w:space="0" w:color="665C52" w:themeColor="text1" w:themeTint="BF"/>
        <w:bottom w:val="single" w:sz="8" w:space="0" w:color="665C52" w:themeColor="text1" w:themeTint="BF"/>
        <w:right w:val="single" w:sz="8" w:space="0" w:color="665C52" w:themeColor="text1" w:themeTint="BF"/>
        <w:insideH w:val="single" w:sz="8" w:space="0" w:color="665C52" w:themeColor="text1" w:themeTint="BF"/>
      </w:tblBorders>
    </w:tblPr>
    <w:tblStylePr w:type="firstRow">
      <w:pPr>
        <w:spacing w:before="0" w:after="0" w:line="240" w:lineRule="auto"/>
      </w:pPr>
      <w:rPr>
        <w:b/>
        <w:bCs/>
        <w:color w:val="F5F0E7" w:themeColor="background1"/>
      </w:rPr>
      <w:tblPr/>
      <w:tcPr>
        <w:tcBorders>
          <w:top w:val="single" w:sz="8" w:space="0" w:color="665C52" w:themeColor="text1" w:themeTint="BF"/>
          <w:left w:val="single" w:sz="8" w:space="0" w:color="665C52" w:themeColor="text1" w:themeTint="BF"/>
          <w:bottom w:val="single" w:sz="8" w:space="0" w:color="665C52" w:themeColor="text1" w:themeTint="BF"/>
          <w:right w:val="single" w:sz="8" w:space="0" w:color="665C52" w:themeColor="text1" w:themeTint="BF"/>
          <w:insideH w:val="nil"/>
          <w:insideV w:val="nil"/>
        </w:tcBorders>
        <w:shd w:val="clear" w:color="auto" w:fill="2A2622" w:themeFill="text1"/>
      </w:tcPr>
    </w:tblStylePr>
    <w:tblStylePr w:type="lastRow">
      <w:pPr>
        <w:spacing w:before="0" w:after="0" w:line="240" w:lineRule="auto"/>
      </w:pPr>
      <w:rPr>
        <w:b/>
        <w:bCs/>
      </w:rPr>
      <w:tblPr/>
      <w:tcPr>
        <w:tcBorders>
          <w:top w:val="double" w:sz="6" w:space="0" w:color="665C52" w:themeColor="text1" w:themeTint="BF"/>
          <w:left w:val="single" w:sz="8" w:space="0" w:color="665C52" w:themeColor="text1" w:themeTint="BF"/>
          <w:bottom w:val="single" w:sz="8" w:space="0" w:color="665C52" w:themeColor="text1" w:themeTint="BF"/>
          <w:right w:val="single" w:sz="8" w:space="0" w:color="665C52" w:themeColor="text1" w:themeTint="BF"/>
          <w:insideH w:val="nil"/>
          <w:insideV w:val="nil"/>
        </w:tcBorders>
      </w:tcPr>
    </w:tblStylePr>
    <w:tblStylePr w:type="firstCol">
      <w:rPr>
        <w:b/>
        <w:bCs/>
      </w:rPr>
    </w:tblStylePr>
    <w:tblStylePr w:type="lastCol">
      <w:rPr>
        <w:b/>
        <w:bCs/>
      </w:rPr>
    </w:tblStylePr>
    <w:tblStylePr w:type="band1Vert">
      <w:tblPr/>
      <w:tcPr>
        <w:shd w:val="clear" w:color="auto" w:fill="CFC9C3" w:themeFill="text1" w:themeFillTint="3F"/>
      </w:tcPr>
    </w:tblStylePr>
    <w:tblStylePr w:type="band1Horz">
      <w:tblPr/>
      <w:tcPr>
        <w:tcBorders>
          <w:insideH w:val="nil"/>
          <w:insideV w:val="nil"/>
        </w:tcBorders>
        <w:shd w:val="clear" w:color="auto" w:fill="CFC9C3"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ABCDC6" w:themeColor="accent1" w:themeTint="BF"/>
        <w:left w:val="single" w:sz="8" w:space="0" w:color="ABCDC6" w:themeColor="accent1" w:themeTint="BF"/>
        <w:bottom w:val="single" w:sz="8" w:space="0" w:color="ABCDC6" w:themeColor="accent1" w:themeTint="BF"/>
        <w:right w:val="single" w:sz="8" w:space="0" w:color="ABCDC6" w:themeColor="accent1" w:themeTint="BF"/>
        <w:insideH w:val="single" w:sz="8" w:space="0" w:color="ABCDC6" w:themeColor="accent1" w:themeTint="BF"/>
      </w:tblBorders>
    </w:tblPr>
    <w:tblStylePr w:type="firstRow">
      <w:pPr>
        <w:spacing w:before="0" w:after="0" w:line="240" w:lineRule="auto"/>
      </w:pPr>
      <w:rPr>
        <w:b/>
        <w:bCs/>
        <w:color w:val="F5F0E7" w:themeColor="background1"/>
      </w:rPr>
      <w:tblPr/>
      <w:tcPr>
        <w:tcBorders>
          <w:top w:val="single" w:sz="8" w:space="0" w:color="ABCDC6" w:themeColor="accent1" w:themeTint="BF"/>
          <w:left w:val="single" w:sz="8" w:space="0" w:color="ABCDC6" w:themeColor="accent1" w:themeTint="BF"/>
          <w:bottom w:val="single" w:sz="8" w:space="0" w:color="ABCDC6" w:themeColor="accent1" w:themeTint="BF"/>
          <w:right w:val="single" w:sz="8" w:space="0" w:color="ABCDC6" w:themeColor="accent1" w:themeTint="BF"/>
          <w:insideH w:val="nil"/>
          <w:insideV w:val="nil"/>
        </w:tcBorders>
        <w:shd w:val="clear" w:color="auto" w:fill="8FBDB3" w:themeFill="accent1"/>
      </w:tcPr>
    </w:tblStylePr>
    <w:tblStylePr w:type="lastRow">
      <w:pPr>
        <w:spacing w:before="0" w:after="0" w:line="240" w:lineRule="auto"/>
      </w:pPr>
      <w:rPr>
        <w:b/>
        <w:bCs/>
      </w:rPr>
      <w:tblPr/>
      <w:tcPr>
        <w:tcBorders>
          <w:top w:val="double" w:sz="6" w:space="0" w:color="ABCDC6" w:themeColor="accent1" w:themeTint="BF"/>
          <w:left w:val="single" w:sz="8" w:space="0" w:color="ABCDC6" w:themeColor="accent1" w:themeTint="BF"/>
          <w:bottom w:val="single" w:sz="8" w:space="0" w:color="ABCDC6" w:themeColor="accent1" w:themeTint="BF"/>
          <w:right w:val="single" w:sz="8" w:space="0" w:color="ABCDC6" w:themeColor="accent1" w:themeTint="BF"/>
          <w:insideH w:val="nil"/>
          <w:insideV w:val="nil"/>
        </w:tcBorders>
      </w:tcPr>
    </w:tblStylePr>
    <w:tblStylePr w:type="firstCol">
      <w:rPr>
        <w:b/>
        <w:bCs/>
      </w:rPr>
    </w:tblStylePr>
    <w:tblStylePr w:type="lastCol">
      <w:rPr>
        <w:b/>
        <w:bCs/>
      </w:rPr>
    </w:tblStylePr>
    <w:tblStylePr w:type="band1Vert">
      <w:tblPr/>
      <w:tcPr>
        <w:shd w:val="clear" w:color="auto" w:fill="E3EEEC" w:themeFill="accent1" w:themeFillTint="3F"/>
      </w:tcPr>
    </w:tblStylePr>
    <w:tblStylePr w:type="band1Horz">
      <w:tblPr/>
      <w:tcPr>
        <w:tcBorders>
          <w:insideH w:val="nil"/>
          <w:insideV w:val="nil"/>
        </w:tcBorders>
        <w:shd w:val="clear" w:color="auto" w:fill="E3EEEC"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DC928C" w:themeColor="accent2" w:themeTint="BF"/>
        <w:left w:val="single" w:sz="8" w:space="0" w:color="DC928C" w:themeColor="accent2" w:themeTint="BF"/>
        <w:bottom w:val="single" w:sz="8" w:space="0" w:color="DC928C" w:themeColor="accent2" w:themeTint="BF"/>
        <w:right w:val="single" w:sz="8" w:space="0" w:color="DC928C" w:themeColor="accent2" w:themeTint="BF"/>
        <w:insideH w:val="single" w:sz="8" w:space="0" w:color="DC928C" w:themeColor="accent2" w:themeTint="BF"/>
      </w:tblBorders>
    </w:tblPr>
    <w:tblStylePr w:type="firstRow">
      <w:pPr>
        <w:spacing w:before="0" w:after="0" w:line="240" w:lineRule="auto"/>
      </w:pPr>
      <w:rPr>
        <w:b/>
        <w:bCs/>
        <w:color w:val="F5F0E7" w:themeColor="background1"/>
      </w:rPr>
      <w:tblPr/>
      <w:tcPr>
        <w:tcBorders>
          <w:top w:val="single" w:sz="8" w:space="0" w:color="DC928C" w:themeColor="accent2" w:themeTint="BF"/>
          <w:left w:val="single" w:sz="8" w:space="0" w:color="DC928C" w:themeColor="accent2" w:themeTint="BF"/>
          <w:bottom w:val="single" w:sz="8" w:space="0" w:color="DC928C" w:themeColor="accent2" w:themeTint="BF"/>
          <w:right w:val="single" w:sz="8" w:space="0" w:color="DC928C" w:themeColor="accent2" w:themeTint="BF"/>
          <w:insideH w:val="nil"/>
          <w:insideV w:val="nil"/>
        </w:tcBorders>
        <w:shd w:val="clear" w:color="auto" w:fill="D16E66" w:themeFill="accent2"/>
      </w:tcPr>
    </w:tblStylePr>
    <w:tblStylePr w:type="lastRow">
      <w:pPr>
        <w:spacing w:before="0" w:after="0" w:line="240" w:lineRule="auto"/>
      </w:pPr>
      <w:rPr>
        <w:b/>
        <w:bCs/>
      </w:rPr>
      <w:tblPr/>
      <w:tcPr>
        <w:tcBorders>
          <w:top w:val="double" w:sz="6" w:space="0" w:color="DC928C" w:themeColor="accent2" w:themeTint="BF"/>
          <w:left w:val="single" w:sz="8" w:space="0" w:color="DC928C" w:themeColor="accent2" w:themeTint="BF"/>
          <w:bottom w:val="single" w:sz="8" w:space="0" w:color="DC928C" w:themeColor="accent2" w:themeTint="BF"/>
          <w:right w:val="single" w:sz="8" w:space="0" w:color="DC928C" w:themeColor="accent2" w:themeTint="BF"/>
          <w:insideH w:val="nil"/>
          <w:insideV w:val="nil"/>
        </w:tcBorders>
      </w:tcPr>
    </w:tblStylePr>
    <w:tblStylePr w:type="firstCol">
      <w:rPr>
        <w:b/>
        <w:bCs/>
      </w:rPr>
    </w:tblStylePr>
    <w:tblStylePr w:type="lastCol">
      <w:rPr>
        <w:b/>
        <w:bCs/>
      </w:rPr>
    </w:tblStylePr>
    <w:tblStylePr w:type="band1Vert">
      <w:tblPr/>
      <w:tcPr>
        <w:shd w:val="clear" w:color="auto" w:fill="F3DAD9" w:themeFill="accent2" w:themeFillTint="3F"/>
      </w:tcPr>
    </w:tblStylePr>
    <w:tblStylePr w:type="band1Horz">
      <w:tblPr/>
      <w:tcPr>
        <w:tcBorders>
          <w:insideH w:val="nil"/>
          <w:insideV w:val="nil"/>
        </w:tcBorders>
        <w:shd w:val="clear" w:color="auto" w:fill="F3DAD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F0E8D9" w:themeColor="accent3" w:themeTint="BF"/>
        <w:left w:val="single" w:sz="8" w:space="0" w:color="F0E8D9" w:themeColor="accent3" w:themeTint="BF"/>
        <w:bottom w:val="single" w:sz="8" w:space="0" w:color="F0E8D9" w:themeColor="accent3" w:themeTint="BF"/>
        <w:right w:val="single" w:sz="8" w:space="0" w:color="F0E8D9" w:themeColor="accent3" w:themeTint="BF"/>
        <w:insideH w:val="single" w:sz="8" w:space="0" w:color="F0E8D9" w:themeColor="accent3" w:themeTint="BF"/>
      </w:tblBorders>
    </w:tblPr>
    <w:tblStylePr w:type="firstRow">
      <w:pPr>
        <w:spacing w:before="0" w:after="0" w:line="240" w:lineRule="auto"/>
      </w:pPr>
      <w:rPr>
        <w:b/>
        <w:bCs/>
        <w:color w:val="F5F0E7" w:themeColor="background1"/>
      </w:rPr>
      <w:tblPr/>
      <w:tcPr>
        <w:tcBorders>
          <w:top w:val="single" w:sz="8" w:space="0" w:color="F0E8D9" w:themeColor="accent3" w:themeTint="BF"/>
          <w:left w:val="single" w:sz="8" w:space="0" w:color="F0E8D9" w:themeColor="accent3" w:themeTint="BF"/>
          <w:bottom w:val="single" w:sz="8" w:space="0" w:color="F0E8D9" w:themeColor="accent3" w:themeTint="BF"/>
          <w:right w:val="single" w:sz="8" w:space="0" w:color="F0E8D9" w:themeColor="accent3" w:themeTint="BF"/>
          <w:insideH w:val="nil"/>
          <w:insideV w:val="nil"/>
        </w:tcBorders>
        <w:shd w:val="clear" w:color="auto" w:fill="ECE1CD" w:themeFill="accent3"/>
      </w:tcPr>
    </w:tblStylePr>
    <w:tblStylePr w:type="lastRow">
      <w:pPr>
        <w:spacing w:before="0" w:after="0" w:line="240" w:lineRule="auto"/>
      </w:pPr>
      <w:rPr>
        <w:b/>
        <w:bCs/>
      </w:rPr>
      <w:tblPr/>
      <w:tcPr>
        <w:tcBorders>
          <w:top w:val="double" w:sz="6" w:space="0" w:color="F0E8D9" w:themeColor="accent3" w:themeTint="BF"/>
          <w:left w:val="single" w:sz="8" w:space="0" w:color="F0E8D9" w:themeColor="accent3" w:themeTint="BF"/>
          <w:bottom w:val="single" w:sz="8" w:space="0" w:color="F0E8D9" w:themeColor="accent3" w:themeTint="BF"/>
          <w:right w:val="single" w:sz="8" w:space="0" w:color="F0E8D9"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7F2" w:themeFill="accent3" w:themeFillTint="3F"/>
      </w:tcPr>
    </w:tblStylePr>
    <w:tblStylePr w:type="band1Horz">
      <w:tblPr/>
      <w:tcPr>
        <w:tcBorders>
          <w:insideH w:val="nil"/>
          <w:insideV w:val="nil"/>
        </w:tcBorders>
        <w:shd w:val="clear" w:color="auto" w:fill="FAF7F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EB199" w:themeColor="accent4" w:themeTint="BF"/>
        <w:left w:val="single" w:sz="8" w:space="0" w:color="9EB199" w:themeColor="accent4" w:themeTint="BF"/>
        <w:bottom w:val="single" w:sz="8" w:space="0" w:color="9EB199" w:themeColor="accent4" w:themeTint="BF"/>
        <w:right w:val="single" w:sz="8" w:space="0" w:color="9EB199" w:themeColor="accent4" w:themeTint="BF"/>
        <w:insideH w:val="single" w:sz="8" w:space="0" w:color="9EB199" w:themeColor="accent4" w:themeTint="BF"/>
      </w:tblBorders>
    </w:tblPr>
    <w:tblStylePr w:type="firstRow">
      <w:pPr>
        <w:spacing w:before="0" w:after="0" w:line="240" w:lineRule="auto"/>
      </w:pPr>
      <w:rPr>
        <w:b/>
        <w:bCs/>
        <w:color w:val="F5F0E7" w:themeColor="background1"/>
      </w:rPr>
      <w:tblPr/>
      <w:tcPr>
        <w:tcBorders>
          <w:top w:val="single" w:sz="8" w:space="0" w:color="9EB199" w:themeColor="accent4" w:themeTint="BF"/>
          <w:left w:val="single" w:sz="8" w:space="0" w:color="9EB199" w:themeColor="accent4" w:themeTint="BF"/>
          <w:bottom w:val="single" w:sz="8" w:space="0" w:color="9EB199" w:themeColor="accent4" w:themeTint="BF"/>
          <w:right w:val="single" w:sz="8" w:space="0" w:color="9EB199" w:themeColor="accent4" w:themeTint="BF"/>
          <w:insideH w:val="nil"/>
          <w:insideV w:val="nil"/>
        </w:tcBorders>
        <w:shd w:val="clear" w:color="auto" w:fill="7E9777" w:themeFill="accent4"/>
      </w:tcPr>
    </w:tblStylePr>
    <w:tblStylePr w:type="lastRow">
      <w:pPr>
        <w:spacing w:before="0" w:after="0" w:line="240" w:lineRule="auto"/>
      </w:pPr>
      <w:rPr>
        <w:b/>
        <w:bCs/>
      </w:rPr>
      <w:tblPr/>
      <w:tcPr>
        <w:tcBorders>
          <w:top w:val="double" w:sz="6" w:space="0" w:color="9EB199" w:themeColor="accent4" w:themeTint="BF"/>
          <w:left w:val="single" w:sz="8" w:space="0" w:color="9EB199" w:themeColor="accent4" w:themeTint="BF"/>
          <w:bottom w:val="single" w:sz="8" w:space="0" w:color="9EB199" w:themeColor="accent4" w:themeTint="BF"/>
          <w:right w:val="single" w:sz="8" w:space="0" w:color="9EB19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E5DD" w:themeFill="accent4" w:themeFillTint="3F"/>
      </w:tcPr>
    </w:tblStylePr>
    <w:tblStylePr w:type="band1Horz">
      <w:tblPr/>
      <w:tcPr>
        <w:tcBorders>
          <w:insideH w:val="nil"/>
          <w:insideV w:val="nil"/>
        </w:tcBorders>
        <w:shd w:val="clear" w:color="auto" w:fill="DFE5D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095A8" w:themeColor="accent5" w:themeTint="BF"/>
        <w:left w:val="single" w:sz="8" w:space="0" w:color="7095A8" w:themeColor="accent5" w:themeTint="BF"/>
        <w:bottom w:val="single" w:sz="8" w:space="0" w:color="7095A8" w:themeColor="accent5" w:themeTint="BF"/>
        <w:right w:val="single" w:sz="8" w:space="0" w:color="7095A8" w:themeColor="accent5" w:themeTint="BF"/>
        <w:insideH w:val="single" w:sz="8" w:space="0" w:color="7095A8" w:themeColor="accent5" w:themeTint="BF"/>
      </w:tblBorders>
    </w:tblPr>
    <w:tblStylePr w:type="firstRow">
      <w:pPr>
        <w:spacing w:before="0" w:after="0" w:line="240" w:lineRule="auto"/>
      </w:pPr>
      <w:rPr>
        <w:b/>
        <w:bCs/>
        <w:color w:val="F5F0E7" w:themeColor="background1"/>
      </w:rPr>
      <w:tblPr/>
      <w:tcPr>
        <w:tcBorders>
          <w:top w:val="single" w:sz="8" w:space="0" w:color="7095A8" w:themeColor="accent5" w:themeTint="BF"/>
          <w:left w:val="single" w:sz="8" w:space="0" w:color="7095A8" w:themeColor="accent5" w:themeTint="BF"/>
          <w:bottom w:val="single" w:sz="8" w:space="0" w:color="7095A8" w:themeColor="accent5" w:themeTint="BF"/>
          <w:right w:val="single" w:sz="8" w:space="0" w:color="7095A8" w:themeColor="accent5" w:themeTint="BF"/>
          <w:insideH w:val="nil"/>
          <w:insideV w:val="nil"/>
        </w:tcBorders>
        <w:shd w:val="clear" w:color="auto" w:fill="4D6E7F" w:themeFill="accent5"/>
      </w:tcPr>
    </w:tblStylePr>
    <w:tblStylePr w:type="lastRow">
      <w:pPr>
        <w:spacing w:before="0" w:after="0" w:line="240" w:lineRule="auto"/>
      </w:pPr>
      <w:rPr>
        <w:b/>
        <w:bCs/>
      </w:rPr>
      <w:tblPr/>
      <w:tcPr>
        <w:tcBorders>
          <w:top w:val="double" w:sz="6" w:space="0" w:color="7095A8" w:themeColor="accent5" w:themeTint="BF"/>
          <w:left w:val="single" w:sz="8" w:space="0" w:color="7095A8" w:themeColor="accent5" w:themeTint="BF"/>
          <w:bottom w:val="single" w:sz="8" w:space="0" w:color="7095A8" w:themeColor="accent5" w:themeTint="BF"/>
          <w:right w:val="single" w:sz="8" w:space="0" w:color="7095A8" w:themeColor="accent5" w:themeTint="BF"/>
          <w:insideH w:val="nil"/>
          <w:insideV w:val="nil"/>
        </w:tcBorders>
      </w:tcPr>
    </w:tblStylePr>
    <w:tblStylePr w:type="firstCol">
      <w:rPr>
        <w:b/>
        <w:bCs/>
      </w:rPr>
    </w:tblStylePr>
    <w:tblStylePr w:type="lastCol">
      <w:rPr>
        <w:b/>
        <w:bCs/>
      </w:rPr>
    </w:tblStylePr>
    <w:tblStylePr w:type="band1Vert">
      <w:tblPr/>
      <w:tcPr>
        <w:shd w:val="clear" w:color="auto" w:fill="CFDCE2" w:themeFill="accent5" w:themeFillTint="3F"/>
      </w:tcPr>
    </w:tblStylePr>
    <w:tblStylePr w:type="band1Horz">
      <w:tblPr/>
      <w:tcPr>
        <w:tcBorders>
          <w:insideH w:val="nil"/>
          <w:insideV w:val="nil"/>
        </w:tcBorders>
        <w:shd w:val="clear" w:color="auto" w:fill="CFDCE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B3B0AF" w:themeColor="accent6" w:themeTint="BF"/>
        <w:left w:val="single" w:sz="8" w:space="0" w:color="B3B0AF" w:themeColor="accent6" w:themeTint="BF"/>
        <w:bottom w:val="single" w:sz="8" w:space="0" w:color="B3B0AF" w:themeColor="accent6" w:themeTint="BF"/>
        <w:right w:val="single" w:sz="8" w:space="0" w:color="B3B0AF" w:themeColor="accent6" w:themeTint="BF"/>
        <w:insideH w:val="single" w:sz="8" w:space="0" w:color="B3B0AF" w:themeColor="accent6" w:themeTint="BF"/>
      </w:tblBorders>
    </w:tblPr>
    <w:tblStylePr w:type="firstRow">
      <w:pPr>
        <w:spacing w:before="0" w:after="0" w:line="240" w:lineRule="auto"/>
      </w:pPr>
      <w:rPr>
        <w:b/>
        <w:bCs/>
        <w:color w:val="F5F0E7" w:themeColor="background1"/>
      </w:rPr>
      <w:tblPr/>
      <w:tcPr>
        <w:tcBorders>
          <w:top w:val="single" w:sz="8" w:space="0" w:color="B3B0AF" w:themeColor="accent6" w:themeTint="BF"/>
          <w:left w:val="single" w:sz="8" w:space="0" w:color="B3B0AF" w:themeColor="accent6" w:themeTint="BF"/>
          <w:bottom w:val="single" w:sz="8" w:space="0" w:color="B3B0AF" w:themeColor="accent6" w:themeTint="BF"/>
          <w:right w:val="single" w:sz="8" w:space="0" w:color="B3B0AF" w:themeColor="accent6" w:themeTint="BF"/>
          <w:insideH w:val="nil"/>
          <w:insideV w:val="nil"/>
        </w:tcBorders>
        <w:shd w:val="clear" w:color="auto" w:fill="9A9795" w:themeFill="accent6"/>
      </w:tcPr>
    </w:tblStylePr>
    <w:tblStylePr w:type="lastRow">
      <w:pPr>
        <w:spacing w:before="0" w:after="0" w:line="240" w:lineRule="auto"/>
      </w:pPr>
      <w:rPr>
        <w:b/>
        <w:bCs/>
      </w:rPr>
      <w:tblPr/>
      <w:tcPr>
        <w:tcBorders>
          <w:top w:val="double" w:sz="6" w:space="0" w:color="B3B0AF" w:themeColor="accent6" w:themeTint="BF"/>
          <w:left w:val="single" w:sz="8" w:space="0" w:color="B3B0AF" w:themeColor="accent6" w:themeTint="BF"/>
          <w:bottom w:val="single" w:sz="8" w:space="0" w:color="B3B0AF" w:themeColor="accent6" w:themeTint="BF"/>
          <w:right w:val="single" w:sz="8" w:space="0" w:color="B3B0AF"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5E4" w:themeFill="accent6" w:themeFillTint="3F"/>
      </w:tcPr>
    </w:tblStylePr>
    <w:tblStylePr w:type="band1Horz">
      <w:tblPr/>
      <w:tcPr>
        <w:tcBorders>
          <w:insideH w:val="nil"/>
          <w:insideV w:val="nil"/>
        </w:tcBorders>
        <w:shd w:val="clear" w:color="auto" w:fill="E6E5E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5F0E7" w:themeColor="background1"/>
      </w:rPr>
      <w:tblPr/>
      <w:tcPr>
        <w:tcBorders>
          <w:top w:val="single" w:sz="18" w:space="0" w:color="auto"/>
          <w:left w:val="nil"/>
          <w:bottom w:val="single" w:sz="18" w:space="0" w:color="auto"/>
          <w:right w:val="nil"/>
          <w:insideH w:val="nil"/>
          <w:insideV w:val="nil"/>
        </w:tcBorders>
        <w:shd w:val="clear" w:color="auto" w:fill="2A26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5F0E7" w:themeFill="background1"/>
      </w:tcPr>
    </w:tblStylePr>
    <w:tblStylePr w:type="firstCol">
      <w:rPr>
        <w:b/>
        <w:bCs/>
        <w:color w:val="F5F0E7" w:themeColor="background1"/>
      </w:rPr>
      <w:tblPr/>
      <w:tcPr>
        <w:tcBorders>
          <w:top w:val="nil"/>
          <w:left w:val="nil"/>
          <w:bottom w:val="single" w:sz="18" w:space="0" w:color="auto"/>
          <w:right w:val="nil"/>
          <w:insideH w:val="nil"/>
          <w:insideV w:val="nil"/>
        </w:tcBorders>
        <w:shd w:val="clear" w:color="auto" w:fill="2A2622" w:themeFill="text1"/>
      </w:tcPr>
    </w:tblStylePr>
    <w:tblStylePr w:type="lastCol">
      <w:rPr>
        <w:b/>
        <w:bCs/>
        <w:color w:val="F5F0E7" w:themeColor="background1"/>
      </w:rPr>
      <w:tblPr/>
      <w:tcPr>
        <w:tcBorders>
          <w:left w:val="nil"/>
          <w:right w:val="nil"/>
          <w:insideH w:val="nil"/>
          <w:insideV w:val="nil"/>
        </w:tcBorders>
        <w:shd w:val="clear" w:color="auto" w:fill="2A2622" w:themeFill="text1"/>
      </w:tcPr>
    </w:tblStylePr>
    <w:tblStylePr w:type="band1Vert">
      <w:tblPr/>
      <w:tcPr>
        <w:tcBorders>
          <w:left w:val="nil"/>
          <w:right w:val="nil"/>
          <w:insideH w:val="nil"/>
          <w:insideV w:val="nil"/>
        </w:tcBorders>
        <w:shd w:val="clear" w:color="auto" w:fill="DFCFB3" w:themeFill="background1" w:themeFillShade="D8"/>
      </w:tcPr>
    </w:tblStylePr>
    <w:tblStylePr w:type="band1Horz">
      <w:tblPr/>
      <w:tcPr>
        <w:shd w:val="clear" w:color="auto" w:fill="DFCFB3"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5F0E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5F0E7" w:themeColor="background1"/>
      </w:rPr>
      <w:tblPr/>
      <w:tcPr>
        <w:tcBorders>
          <w:top w:val="single" w:sz="18" w:space="0" w:color="auto"/>
          <w:left w:val="nil"/>
          <w:bottom w:val="single" w:sz="18" w:space="0" w:color="auto"/>
          <w:right w:val="nil"/>
          <w:insideH w:val="nil"/>
          <w:insideV w:val="nil"/>
        </w:tcBorders>
        <w:shd w:val="clear" w:color="auto" w:fill="8FBDB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5F0E7" w:themeFill="background1"/>
      </w:tcPr>
    </w:tblStylePr>
    <w:tblStylePr w:type="firstCol">
      <w:rPr>
        <w:b/>
        <w:bCs/>
        <w:color w:val="F5F0E7" w:themeColor="background1"/>
      </w:rPr>
      <w:tblPr/>
      <w:tcPr>
        <w:tcBorders>
          <w:top w:val="nil"/>
          <w:left w:val="nil"/>
          <w:bottom w:val="single" w:sz="18" w:space="0" w:color="auto"/>
          <w:right w:val="nil"/>
          <w:insideH w:val="nil"/>
          <w:insideV w:val="nil"/>
        </w:tcBorders>
        <w:shd w:val="clear" w:color="auto" w:fill="8FBDB3" w:themeFill="accent1"/>
      </w:tcPr>
    </w:tblStylePr>
    <w:tblStylePr w:type="lastCol">
      <w:rPr>
        <w:b/>
        <w:bCs/>
        <w:color w:val="F5F0E7" w:themeColor="background1"/>
      </w:rPr>
      <w:tblPr/>
      <w:tcPr>
        <w:tcBorders>
          <w:left w:val="nil"/>
          <w:right w:val="nil"/>
          <w:insideH w:val="nil"/>
          <w:insideV w:val="nil"/>
        </w:tcBorders>
        <w:shd w:val="clear" w:color="auto" w:fill="8FBDB3" w:themeFill="accent1"/>
      </w:tcPr>
    </w:tblStylePr>
    <w:tblStylePr w:type="band1Vert">
      <w:tblPr/>
      <w:tcPr>
        <w:tcBorders>
          <w:left w:val="nil"/>
          <w:right w:val="nil"/>
          <w:insideH w:val="nil"/>
          <w:insideV w:val="nil"/>
        </w:tcBorders>
        <w:shd w:val="clear" w:color="auto" w:fill="DFCFB3" w:themeFill="background1" w:themeFillShade="D8"/>
      </w:tcPr>
    </w:tblStylePr>
    <w:tblStylePr w:type="band1Horz">
      <w:tblPr/>
      <w:tcPr>
        <w:shd w:val="clear" w:color="auto" w:fill="DFCFB3"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5F0E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5F0E7" w:themeColor="background1"/>
      </w:rPr>
      <w:tblPr/>
      <w:tcPr>
        <w:tcBorders>
          <w:top w:val="single" w:sz="18" w:space="0" w:color="auto"/>
          <w:left w:val="nil"/>
          <w:bottom w:val="single" w:sz="18" w:space="0" w:color="auto"/>
          <w:right w:val="nil"/>
          <w:insideH w:val="nil"/>
          <w:insideV w:val="nil"/>
        </w:tcBorders>
        <w:shd w:val="clear" w:color="auto" w:fill="D16E6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5F0E7" w:themeFill="background1"/>
      </w:tcPr>
    </w:tblStylePr>
    <w:tblStylePr w:type="firstCol">
      <w:rPr>
        <w:b/>
        <w:bCs/>
        <w:color w:val="F5F0E7" w:themeColor="background1"/>
      </w:rPr>
      <w:tblPr/>
      <w:tcPr>
        <w:tcBorders>
          <w:top w:val="nil"/>
          <w:left w:val="nil"/>
          <w:bottom w:val="single" w:sz="18" w:space="0" w:color="auto"/>
          <w:right w:val="nil"/>
          <w:insideH w:val="nil"/>
          <w:insideV w:val="nil"/>
        </w:tcBorders>
        <w:shd w:val="clear" w:color="auto" w:fill="D16E66" w:themeFill="accent2"/>
      </w:tcPr>
    </w:tblStylePr>
    <w:tblStylePr w:type="lastCol">
      <w:rPr>
        <w:b/>
        <w:bCs/>
        <w:color w:val="F5F0E7" w:themeColor="background1"/>
      </w:rPr>
      <w:tblPr/>
      <w:tcPr>
        <w:tcBorders>
          <w:left w:val="nil"/>
          <w:right w:val="nil"/>
          <w:insideH w:val="nil"/>
          <w:insideV w:val="nil"/>
        </w:tcBorders>
        <w:shd w:val="clear" w:color="auto" w:fill="D16E66" w:themeFill="accent2"/>
      </w:tcPr>
    </w:tblStylePr>
    <w:tblStylePr w:type="band1Vert">
      <w:tblPr/>
      <w:tcPr>
        <w:tcBorders>
          <w:left w:val="nil"/>
          <w:right w:val="nil"/>
          <w:insideH w:val="nil"/>
          <w:insideV w:val="nil"/>
        </w:tcBorders>
        <w:shd w:val="clear" w:color="auto" w:fill="DFCFB3" w:themeFill="background1" w:themeFillShade="D8"/>
      </w:tcPr>
    </w:tblStylePr>
    <w:tblStylePr w:type="band1Horz">
      <w:tblPr/>
      <w:tcPr>
        <w:shd w:val="clear" w:color="auto" w:fill="DFCFB3"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5F0E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5F0E7" w:themeColor="background1"/>
      </w:rPr>
      <w:tblPr/>
      <w:tcPr>
        <w:tcBorders>
          <w:top w:val="single" w:sz="18" w:space="0" w:color="auto"/>
          <w:left w:val="nil"/>
          <w:bottom w:val="single" w:sz="18" w:space="0" w:color="auto"/>
          <w:right w:val="nil"/>
          <w:insideH w:val="nil"/>
          <w:insideV w:val="nil"/>
        </w:tcBorders>
        <w:shd w:val="clear" w:color="auto" w:fill="ECE1C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5F0E7" w:themeFill="background1"/>
      </w:tcPr>
    </w:tblStylePr>
    <w:tblStylePr w:type="firstCol">
      <w:rPr>
        <w:b/>
        <w:bCs/>
        <w:color w:val="F5F0E7" w:themeColor="background1"/>
      </w:rPr>
      <w:tblPr/>
      <w:tcPr>
        <w:tcBorders>
          <w:top w:val="nil"/>
          <w:left w:val="nil"/>
          <w:bottom w:val="single" w:sz="18" w:space="0" w:color="auto"/>
          <w:right w:val="nil"/>
          <w:insideH w:val="nil"/>
          <w:insideV w:val="nil"/>
        </w:tcBorders>
        <w:shd w:val="clear" w:color="auto" w:fill="ECE1CD" w:themeFill="accent3"/>
      </w:tcPr>
    </w:tblStylePr>
    <w:tblStylePr w:type="lastCol">
      <w:rPr>
        <w:b/>
        <w:bCs/>
        <w:color w:val="F5F0E7" w:themeColor="background1"/>
      </w:rPr>
      <w:tblPr/>
      <w:tcPr>
        <w:tcBorders>
          <w:left w:val="nil"/>
          <w:right w:val="nil"/>
          <w:insideH w:val="nil"/>
          <w:insideV w:val="nil"/>
        </w:tcBorders>
        <w:shd w:val="clear" w:color="auto" w:fill="ECE1CD" w:themeFill="accent3"/>
      </w:tcPr>
    </w:tblStylePr>
    <w:tblStylePr w:type="band1Vert">
      <w:tblPr/>
      <w:tcPr>
        <w:tcBorders>
          <w:left w:val="nil"/>
          <w:right w:val="nil"/>
          <w:insideH w:val="nil"/>
          <w:insideV w:val="nil"/>
        </w:tcBorders>
        <w:shd w:val="clear" w:color="auto" w:fill="DFCFB3" w:themeFill="background1" w:themeFillShade="D8"/>
      </w:tcPr>
    </w:tblStylePr>
    <w:tblStylePr w:type="band1Horz">
      <w:tblPr/>
      <w:tcPr>
        <w:shd w:val="clear" w:color="auto" w:fill="DFCFB3"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5F0E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5F0E7" w:themeColor="background1"/>
      </w:rPr>
      <w:tblPr/>
      <w:tcPr>
        <w:tcBorders>
          <w:top w:val="single" w:sz="18" w:space="0" w:color="auto"/>
          <w:left w:val="nil"/>
          <w:bottom w:val="single" w:sz="18" w:space="0" w:color="auto"/>
          <w:right w:val="nil"/>
          <w:insideH w:val="nil"/>
          <w:insideV w:val="nil"/>
        </w:tcBorders>
        <w:shd w:val="clear" w:color="auto" w:fill="7E977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5F0E7" w:themeFill="background1"/>
      </w:tcPr>
    </w:tblStylePr>
    <w:tblStylePr w:type="firstCol">
      <w:rPr>
        <w:b/>
        <w:bCs/>
        <w:color w:val="F5F0E7" w:themeColor="background1"/>
      </w:rPr>
      <w:tblPr/>
      <w:tcPr>
        <w:tcBorders>
          <w:top w:val="nil"/>
          <w:left w:val="nil"/>
          <w:bottom w:val="single" w:sz="18" w:space="0" w:color="auto"/>
          <w:right w:val="nil"/>
          <w:insideH w:val="nil"/>
          <w:insideV w:val="nil"/>
        </w:tcBorders>
        <w:shd w:val="clear" w:color="auto" w:fill="7E9777" w:themeFill="accent4"/>
      </w:tcPr>
    </w:tblStylePr>
    <w:tblStylePr w:type="lastCol">
      <w:rPr>
        <w:b/>
        <w:bCs/>
        <w:color w:val="F5F0E7" w:themeColor="background1"/>
      </w:rPr>
      <w:tblPr/>
      <w:tcPr>
        <w:tcBorders>
          <w:left w:val="nil"/>
          <w:right w:val="nil"/>
          <w:insideH w:val="nil"/>
          <w:insideV w:val="nil"/>
        </w:tcBorders>
        <w:shd w:val="clear" w:color="auto" w:fill="7E9777" w:themeFill="accent4"/>
      </w:tcPr>
    </w:tblStylePr>
    <w:tblStylePr w:type="band1Vert">
      <w:tblPr/>
      <w:tcPr>
        <w:tcBorders>
          <w:left w:val="nil"/>
          <w:right w:val="nil"/>
          <w:insideH w:val="nil"/>
          <w:insideV w:val="nil"/>
        </w:tcBorders>
        <w:shd w:val="clear" w:color="auto" w:fill="DFCFB3" w:themeFill="background1" w:themeFillShade="D8"/>
      </w:tcPr>
    </w:tblStylePr>
    <w:tblStylePr w:type="band1Horz">
      <w:tblPr/>
      <w:tcPr>
        <w:shd w:val="clear" w:color="auto" w:fill="DFCFB3"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5F0E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5F0E7" w:themeColor="background1"/>
      </w:rPr>
      <w:tblPr/>
      <w:tcPr>
        <w:tcBorders>
          <w:top w:val="single" w:sz="18" w:space="0" w:color="auto"/>
          <w:left w:val="nil"/>
          <w:bottom w:val="single" w:sz="18" w:space="0" w:color="auto"/>
          <w:right w:val="nil"/>
          <w:insideH w:val="nil"/>
          <w:insideV w:val="nil"/>
        </w:tcBorders>
        <w:shd w:val="clear" w:color="auto" w:fill="4D6E7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5F0E7" w:themeFill="background1"/>
      </w:tcPr>
    </w:tblStylePr>
    <w:tblStylePr w:type="firstCol">
      <w:rPr>
        <w:b/>
        <w:bCs/>
        <w:color w:val="F5F0E7" w:themeColor="background1"/>
      </w:rPr>
      <w:tblPr/>
      <w:tcPr>
        <w:tcBorders>
          <w:top w:val="nil"/>
          <w:left w:val="nil"/>
          <w:bottom w:val="single" w:sz="18" w:space="0" w:color="auto"/>
          <w:right w:val="nil"/>
          <w:insideH w:val="nil"/>
          <w:insideV w:val="nil"/>
        </w:tcBorders>
        <w:shd w:val="clear" w:color="auto" w:fill="4D6E7F" w:themeFill="accent5"/>
      </w:tcPr>
    </w:tblStylePr>
    <w:tblStylePr w:type="lastCol">
      <w:rPr>
        <w:b/>
        <w:bCs/>
        <w:color w:val="F5F0E7" w:themeColor="background1"/>
      </w:rPr>
      <w:tblPr/>
      <w:tcPr>
        <w:tcBorders>
          <w:left w:val="nil"/>
          <w:right w:val="nil"/>
          <w:insideH w:val="nil"/>
          <w:insideV w:val="nil"/>
        </w:tcBorders>
        <w:shd w:val="clear" w:color="auto" w:fill="4D6E7F" w:themeFill="accent5"/>
      </w:tcPr>
    </w:tblStylePr>
    <w:tblStylePr w:type="band1Vert">
      <w:tblPr/>
      <w:tcPr>
        <w:tcBorders>
          <w:left w:val="nil"/>
          <w:right w:val="nil"/>
          <w:insideH w:val="nil"/>
          <w:insideV w:val="nil"/>
        </w:tcBorders>
        <w:shd w:val="clear" w:color="auto" w:fill="DFCFB3" w:themeFill="background1" w:themeFillShade="D8"/>
      </w:tcPr>
    </w:tblStylePr>
    <w:tblStylePr w:type="band1Horz">
      <w:tblPr/>
      <w:tcPr>
        <w:shd w:val="clear" w:color="auto" w:fill="DFCFB3"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5F0E7"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5F0E7" w:themeColor="background1"/>
      </w:rPr>
      <w:tblPr/>
      <w:tcPr>
        <w:tcBorders>
          <w:top w:val="single" w:sz="18" w:space="0" w:color="auto"/>
          <w:left w:val="nil"/>
          <w:bottom w:val="single" w:sz="18" w:space="0" w:color="auto"/>
          <w:right w:val="nil"/>
          <w:insideH w:val="nil"/>
          <w:insideV w:val="nil"/>
        </w:tcBorders>
        <w:shd w:val="clear" w:color="auto" w:fill="9A979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5F0E7" w:themeFill="background1"/>
      </w:tcPr>
    </w:tblStylePr>
    <w:tblStylePr w:type="firstCol">
      <w:rPr>
        <w:b/>
        <w:bCs/>
        <w:color w:val="F5F0E7" w:themeColor="background1"/>
      </w:rPr>
      <w:tblPr/>
      <w:tcPr>
        <w:tcBorders>
          <w:top w:val="nil"/>
          <w:left w:val="nil"/>
          <w:bottom w:val="single" w:sz="18" w:space="0" w:color="auto"/>
          <w:right w:val="nil"/>
          <w:insideH w:val="nil"/>
          <w:insideV w:val="nil"/>
        </w:tcBorders>
        <w:shd w:val="clear" w:color="auto" w:fill="9A9795" w:themeFill="accent6"/>
      </w:tcPr>
    </w:tblStylePr>
    <w:tblStylePr w:type="lastCol">
      <w:rPr>
        <w:b/>
        <w:bCs/>
        <w:color w:val="F5F0E7" w:themeColor="background1"/>
      </w:rPr>
      <w:tblPr/>
      <w:tcPr>
        <w:tcBorders>
          <w:left w:val="nil"/>
          <w:right w:val="nil"/>
          <w:insideH w:val="nil"/>
          <w:insideV w:val="nil"/>
        </w:tcBorders>
        <w:shd w:val="clear" w:color="auto" w:fill="9A9795" w:themeFill="accent6"/>
      </w:tcPr>
    </w:tblStylePr>
    <w:tblStylePr w:type="band1Vert">
      <w:tblPr/>
      <w:tcPr>
        <w:tcBorders>
          <w:left w:val="nil"/>
          <w:right w:val="nil"/>
          <w:insideH w:val="nil"/>
          <w:insideV w:val="nil"/>
        </w:tcBorders>
        <w:shd w:val="clear" w:color="auto" w:fill="DFCFB3" w:themeFill="background1" w:themeFillShade="D8"/>
      </w:tcPr>
    </w:tblStylePr>
    <w:tblStylePr w:type="band1Horz">
      <w:tblPr/>
      <w:tcPr>
        <w:shd w:val="clear" w:color="auto" w:fill="DFCFB3"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5F0E7"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2A2622" w:themeColor="text1"/>
    </w:rPr>
    <w:tblPr>
      <w:tblStyleRowBandSize w:val="1"/>
      <w:tblStyleColBandSize w:val="1"/>
      <w:tblBorders>
        <w:top w:val="single" w:sz="8" w:space="0" w:color="2A2622" w:themeColor="text1"/>
        <w:bottom w:val="single" w:sz="8" w:space="0" w:color="2A2622" w:themeColor="text1"/>
      </w:tblBorders>
    </w:tblPr>
    <w:tblStylePr w:type="firstRow">
      <w:rPr>
        <w:rFonts w:asciiTheme="majorHAnsi" w:eastAsiaTheme="majorEastAsia" w:hAnsiTheme="majorHAnsi" w:cstheme="majorBidi"/>
      </w:rPr>
      <w:tblPr/>
      <w:tcPr>
        <w:tcBorders>
          <w:top w:val="nil"/>
          <w:bottom w:val="single" w:sz="8" w:space="0" w:color="2A2622" w:themeColor="text1"/>
        </w:tcBorders>
      </w:tcPr>
    </w:tblStylePr>
    <w:tblStylePr w:type="lastRow">
      <w:rPr>
        <w:b/>
        <w:bCs/>
        <w:color w:val="342F2B" w:themeColor="text2"/>
      </w:rPr>
      <w:tblPr/>
      <w:tcPr>
        <w:tcBorders>
          <w:top w:val="single" w:sz="8" w:space="0" w:color="2A2622" w:themeColor="text1"/>
          <w:bottom w:val="single" w:sz="8" w:space="0" w:color="2A2622" w:themeColor="text1"/>
        </w:tcBorders>
      </w:tcPr>
    </w:tblStylePr>
    <w:tblStylePr w:type="firstCol">
      <w:rPr>
        <w:b/>
        <w:bCs/>
      </w:rPr>
    </w:tblStylePr>
    <w:tblStylePr w:type="lastCol">
      <w:rPr>
        <w:b/>
        <w:bCs/>
      </w:rPr>
      <w:tblPr/>
      <w:tcPr>
        <w:tcBorders>
          <w:top w:val="single" w:sz="8" w:space="0" w:color="2A2622" w:themeColor="text1"/>
          <w:bottom w:val="single" w:sz="8" w:space="0" w:color="2A2622" w:themeColor="text1"/>
        </w:tcBorders>
      </w:tcPr>
    </w:tblStylePr>
    <w:tblStylePr w:type="band1Vert">
      <w:tblPr/>
      <w:tcPr>
        <w:shd w:val="clear" w:color="auto" w:fill="CFC9C3" w:themeFill="text1" w:themeFillTint="3F"/>
      </w:tcPr>
    </w:tblStylePr>
    <w:tblStylePr w:type="band1Horz">
      <w:tblPr/>
      <w:tcPr>
        <w:shd w:val="clear" w:color="auto" w:fill="CFC9C3" w:themeFill="text1" w:themeFillTint="3F"/>
      </w:tcPr>
    </w:tblStylePr>
  </w:style>
  <w:style w:type="table" w:styleId="MediumList1-Accent1">
    <w:name w:val="Medium List 1 Accent 1"/>
    <w:basedOn w:val="TableNormal"/>
    <w:uiPriority w:val="65"/>
    <w:rsid w:val="00CB0664"/>
    <w:pPr>
      <w:spacing w:after="0" w:line="240" w:lineRule="auto"/>
    </w:pPr>
    <w:rPr>
      <w:color w:val="2A2622" w:themeColor="text1"/>
    </w:rPr>
    <w:tblPr>
      <w:tblStyleRowBandSize w:val="1"/>
      <w:tblStyleColBandSize w:val="1"/>
      <w:tblBorders>
        <w:top w:val="single" w:sz="8" w:space="0" w:color="8FBDB3" w:themeColor="accent1"/>
        <w:bottom w:val="single" w:sz="8" w:space="0" w:color="8FBDB3" w:themeColor="accent1"/>
      </w:tblBorders>
    </w:tblPr>
    <w:tblStylePr w:type="firstRow">
      <w:rPr>
        <w:rFonts w:asciiTheme="majorHAnsi" w:eastAsiaTheme="majorEastAsia" w:hAnsiTheme="majorHAnsi" w:cstheme="majorBidi"/>
      </w:rPr>
      <w:tblPr/>
      <w:tcPr>
        <w:tcBorders>
          <w:top w:val="nil"/>
          <w:bottom w:val="single" w:sz="8" w:space="0" w:color="8FBDB3" w:themeColor="accent1"/>
        </w:tcBorders>
      </w:tcPr>
    </w:tblStylePr>
    <w:tblStylePr w:type="lastRow">
      <w:rPr>
        <w:b/>
        <w:bCs/>
        <w:color w:val="342F2B" w:themeColor="text2"/>
      </w:rPr>
      <w:tblPr/>
      <w:tcPr>
        <w:tcBorders>
          <w:top w:val="single" w:sz="8" w:space="0" w:color="8FBDB3" w:themeColor="accent1"/>
          <w:bottom w:val="single" w:sz="8" w:space="0" w:color="8FBDB3" w:themeColor="accent1"/>
        </w:tcBorders>
      </w:tcPr>
    </w:tblStylePr>
    <w:tblStylePr w:type="firstCol">
      <w:rPr>
        <w:b/>
        <w:bCs/>
      </w:rPr>
    </w:tblStylePr>
    <w:tblStylePr w:type="lastCol">
      <w:rPr>
        <w:b/>
        <w:bCs/>
      </w:rPr>
      <w:tblPr/>
      <w:tcPr>
        <w:tcBorders>
          <w:top w:val="single" w:sz="8" w:space="0" w:color="8FBDB3" w:themeColor="accent1"/>
          <w:bottom w:val="single" w:sz="8" w:space="0" w:color="8FBDB3" w:themeColor="accent1"/>
        </w:tcBorders>
      </w:tcPr>
    </w:tblStylePr>
    <w:tblStylePr w:type="band1Vert">
      <w:tblPr/>
      <w:tcPr>
        <w:shd w:val="clear" w:color="auto" w:fill="E3EEEC" w:themeFill="accent1" w:themeFillTint="3F"/>
      </w:tcPr>
    </w:tblStylePr>
    <w:tblStylePr w:type="band1Horz">
      <w:tblPr/>
      <w:tcPr>
        <w:shd w:val="clear" w:color="auto" w:fill="E3EEEC" w:themeFill="accent1" w:themeFillTint="3F"/>
      </w:tcPr>
    </w:tblStylePr>
  </w:style>
  <w:style w:type="table" w:styleId="MediumList1-Accent2">
    <w:name w:val="Medium List 1 Accent 2"/>
    <w:basedOn w:val="TableNormal"/>
    <w:uiPriority w:val="65"/>
    <w:rsid w:val="00CB0664"/>
    <w:pPr>
      <w:spacing w:after="0" w:line="240" w:lineRule="auto"/>
    </w:pPr>
    <w:rPr>
      <w:color w:val="2A2622" w:themeColor="text1"/>
    </w:rPr>
    <w:tblPr>
      <w:tblStyleRowBandSize w:val="1"/>
      <w:tblStyleColBandSize w:val="1"/>
      <w:tblBorders>
        <w:top w:val="single" w:sz="8" w:space="0" w:color="D16E66" w:themeColor="accent2"/>
        <w:bottom w:val="single" w:sz="8" w:space="0" w:color="D16E66" w:themeColor="accent2"/>
      </w:tblBorders>
    </w:tblPr>
    <w:tblStylePr w:type="firstRow">
      <w:rPr>
        <w:rFonts w:asciiTheme="majorHAnsi" w:eastAsiaTheme="majorEastAsia" w:hAnsiTheme="majorHAnsi" w:cstheme="majorBidi"/>
      </w:rPr>
      <w:tblPr/>
      <w:tcPr>
        <w:tcBorders>
          <w:top w:val="nil"/>
          <w:bottom w:val="single" w:sz="8" w:space="0" w:color="D16E66" w:themeColor="accent2"/>
        </w:tcBorders>
      </w:tcPr>
    </w:tblStylePr>
    <w:tblStylePr w:type="lastRow">
      <w:rPr>
        <w:b/>
        <w:bCs/>
        <w:color w:val="342F2B" w:themeColor="text2"/>
      </w:rPr>
      <w:tblPr/>
      <w:tcPr>
        <w:tcBorders>
          <w:top w:val="single" w:sz="8" w:space="0" w:color="D16E66" w:themeColor="accent2"/>
          <w:bottom w:val="single" w:sz="8" w:space="0" w:color="D16E66" w:themeColor="accent2"/>
        </w:tcBorders>
      </w:tcPr>
    </w:tblStylePr>
    <w:tblStylePr w:type="firstCol">
      <w:rPr>
        <w:b/>
        <w:bCs/>
      </w:rPr>
    </w:tblStylePr>
    <w:tblStylePr w:type="lastCol">
      <w:rPr>
        <w:b/>
        <w:bCs/>
      </w:rPr>
      <w:tblPr/>
      <w:tcPr>
        <w:tcBorders>
          <w:top w:val="single" w:sz="8" w:space="0" w:color="D16E66" w:themeColor="accent2"/>
          <w:bottom w:val="single" w:sz="8" w:space="0" w:color="D16E66" w:themeColor="accent2"/>
        </w:tcBorders>
      </w:tcPr>
    </w:tblStylePr>
    <w:tblStylePr w:type="band1Vert">
      <w:tblPr/>
      <w:tcPr>
        <w:shd w:val="clear" w:color="auto" w:fill="F3DAD9" w:themeFill="accent2" w:themeFillTint="3F"/>
      </w:tcPr>
    </w:tblStylePr>
    <w:tblStylePr w:type="band1Horz">
      <w:tblPr/>
      <w:tcPr>
        <w:shd w:val="clear" w:color="auto" w:fill="F3DAD9" w:themeFill="accent2" w:themeFillTint="3F"/>
      </w:tcPr>
    </w:tblStylePr>
  </w:style>
  <w:style w:type="table" w:styleId="MediumList1-Accent3">
    <w:name w:val="Medium List 1 Accent 3"/>
    <w:basedOn w:val="TableNormal"/>
    <w:uiPriority w:val="65"/>
    <w:rsid w:val="00CB0664"/>
    <w:pPr>
      <w:spacing w:after="0" w:line="240" w:lineRule="auto"/>
    </w:pPr>
    <w:rPr>
      <w:color w:val="2A2622" w:themeColor="text1"/>
    </w:rPr>
    <w:tblPr>
      <w:tblStyleRowBandSize w:val="1"/>
      <w:tblStyleColBandSize w:val="1"/>
      <w:tblBorders>
        <w:top w:val="single" w:sz="8" w:space="0" w:color="ECE1CD" w:themeColor="accent3"/>
        <w:bottom w:val="single" w:sz="8" w:space="0" w:color="ECE1CD" w:themeColor="accent3"/>
      </w:tblBorders>
    </w:tblPr>
    <w:tblStylePr w:type="firstRow">
      <w:rPr>
        <w:rFonts w:asciiTheme="majorHAnsi" w:eastAsiaTheme="majorEastAsia" w:hAnsiTheme="majorHAnsi" w:cstheme="majorBidi"/>
      </w:rPr>
      <w:tblPr/>
      <w:tcPr>
        <w:tcBorders>
          <w:top w:val="nil"/>
          <w:bottom w:val="single" w:sz="8" w:space="0" w:color="ECE1CD" w:themeColor="accent3"/>
        </w:tcBorders>
      </w:tcPr>
    </w:tblStylePr>
    <w:tblStylePr w:type="lastRow">
      <w:rPr>
        <w:b/>
        <w:bCs/>
        <w:color w:val="342F2B" w:themeColor="text2"/>
      </w:rPr>
      <w:tblPr/>
      <w:tcPr>
        <w:tcBorders>
          <w:top w:val="single" w:sz="8" w:space="0" w:color="ECE1CD" w:themeColor="accent3"/>
          <w:bottom w:val="single" w:sz="8" w:space="0" w:color="ECE1CD" w:themeColor="accent3"/>
        </w:tcBorders>
      </w:tcPr>
    </w:tblStylePr>
    <w:tblStylePr w:type="firstCol">
      <w:rPr>
        <w:b/>
        <w:bCs/>
      </w:rPr>
    </w:tblStylePr>
    <w:tblStylePr w:type="lastCol">
      <w:rPr>
        <w:b/>
        <w:bCs/>
      </w:rPr>
      <w:tblPr/>
      <w:tcPr>
        <w:tcBorders>
          <w:top w:val="single" w:sz="8" w:space="0" w:color="ECE1CD" w:themeColor="accent3"/>
          <w:bottom w:val="single" w:sz="8" w:space="0" w:color="ECE1CD" w:themeColor="accent3"/>
        </w:tcBorders>
      </w:tcPr>
    </w:tblStylePr>
    <w:tblStylePr w:type="band1Vert">
      <w:tblPr/>
      <w:tcPr>
        <w:shd w:val="clear" w:color="auto" w:fill="FAF7F2" w:themeFill="accent3" w:themeFillTint="3F"/>
      </w:tcPr>
    </w:tblStylePr>
    <w:tblStylePr w:type="band1Horz">
      <w:tblPr/>
      <w:tcPr>
        <w:shd w:val="clear" w:color="auto" w:fill="FAF7F2" w:themeFill="accent3" w:themeFillTint="3F"/>
      </w:tcPr>
    </w:tblStylePr>
  </w:style>
  <w:style w:type="table" w:styleId="MediumList1-Accent4">
    <w:name w:val="Medium List 1 Accent 4"/>
    <w:basedOn w:val="TableNormal"/>
    <w:uiPriority w:val="65"/>
    <w:rsid w:val="00CB0664"/>
    <w:pPr>
      <w:spacing w:after="0" w:line="240" w:lineRule="auto"/>
    </w:pPr>
    <w:rPr>
      <w:color w:val="2A2622" w:themeColor="text1"/>
    </w:rPr>
    <w:tblPr>
      <w:tblStyleRowBandSize w:val="1"/>
      <w:tblStyleColBandSize w:val="1"/>
      <w:tblBorders>
        <w:top w:val="single" w:sz="8" w:space="0" w:color="7E9777" w:themeColor="accent4"/>
        <w:bottom w:val="single" w:sz="8" w:space="0" w:color="7E9777" w:themeColor="accent4"/>
      </w:tblBorders>
    </w:tblPr>
    <w:tblStylePr w:type="firstRow">
      <w:rPr>
        <w:rFonts w:asciiTheme="majorHAnsi" w:eastAsiaTheme="majorEastAsia" w:hAnsiTheme="majorHAnsi" w:cstheme="majorBidi"/>
      </w:rPr>
      <w:tblPr/>
      <w:tcPr>
        <w:tcBorders>
          <w:top w:val="nil"/>
          <w:bottom w:val="single" w:sz="8" w:space="0" w:color="7E9777" w:themeColor="accent4"/>
        </w:tcBorders>
      </w:tcPr>
    </w:tblStylePr>
    <w:tblStylePr w:type="lastRow">
      <w:rPr>
        <w:b/>
        <w:bCs/>
        <w:color w:val="342F2B" w:themeColor="text2"/>
      </w:rPr>
      <w:tblPr/>
      <w:tcPr>
        <w:tcBorders>
          <w:top w:val="single" w:sz="8" w:space="0" w:color="7E9777" w:themeColor="accent4"/>
          <w:bottom w:val="single" w:sz="8" w:space="0" w:color="7E9777" w:themeColor="accent4"/>
        </w:tcBorders>
      </w:tcPr>
    </w:tblStylePr>
    <w:tblStylePr w:type="firstCol">
      <w:rPr>
        <w:b/>
        <w:bCs/>
      </w:rPr>
    </w:tblStylePr>
    <w:tblStylePr w:type="lastCol">
      <w:rPr>
        <w:b/>
        <w:bCs/>
      </w:rPr>
      <w:tblPr/>
      <w:tcPr>
        <w:tcBorders>
          <w:top w:val="single" w:sz="8" w:space="0" w:color="7E9777" w:themeColor="accent4"/>
          <w:bottom w:val="single" w:sz="8" w:space="0" w:color="7E9777" w:themeColor="accent4"/>
        </w:tcBorders>
      </w:tcPr>
    </w:tblStylePr>
    <w:tblStylePr w:type="band1Vert">
      <w:tblPr/>
      <w:tcPr>
        <w:shd w:val="clear" w:color="auto" w:fill="DFE5DD" w:themeFill="accent4" w:themeFillTint="3F"/>
      </w:tcPr>
    </w:tblStylePr>
    <w:tblStylePr w:type="band1Horz">
      <w:tblPr/>
      <w:tcPr>
        <w:shd w:val="clear" w:color="auto" w:fill="DFE5DD" w:themeFill="accent4" w:themeFillTint="3F"/>
      </w:tcPr>
    </w:tblStylePr>
  </w:style>
  <w:style w:type="table" w:styleId="MediumList1-Accent5">
    <w:name w:val="Medium List 1 Accent 5"/>
    <w:basedOn w:val="TableNormal"/>
    <w:uiPriority w:val="65"/>
    <w:rsid w:val="00CB0664"/>
    <w:pPr>
      <w:spacing w:after="0" w:line="240" w:lineRule="auto"/>
    </w:pPr>
    <w:rPr>
      <w:color w:val="2A2622" w:themeColor="text1"/>
    </w:rPr>
    <w:tblPr>
      <w:tblStyleRowBandSize w:val="1"/>
      <w:tblStyleColBandSize w:val="1"/>
      <w:tblBorders>
        <w:top w:val="single" w:sz="8" w:space="0" w:color="4D6E7F" w:themeColor="accent5"/>
        <w:bottom w:val="single" w:sz="8" w:space="0" w:color="4D6E7F" w:themeColor="accent5"/>
      </w:tblBorders>
    </w:tblPr>
    <w:tblStylePr w:type="firstRow">
      <w:rPr>
        <w:rFonts w:asciiTheme="majorHAnsi" w:eastAsiaTheme="majorEastAsia" w:hAnsiTheme="majorHAnsi" w:cstheme="majorBidi"/>
      </w:rPr>
      <w:tblPr/>
      <w:tcPr>
        <w:tcBorders>
          <w:top w:val="nil"/>
          <w:bottom w:val="single" w:sz="8" w:space="0" w:color="4D6E7F" w:themeColor="accent5"/>
        </w:tcBorders>
      </w:tcPr>
    </w:tblStylePr>
    <w:tblStylePr w:type="lastRow">
      <w:rPr>
        <w:b/>
        <w:bCs/>
        <w:color w:val="342F2B" w:themeColor="text2"/>
      </w:rPr>
      <w:tblPr/>
      <w:tcPr>
        <w:tcBorders>
          <w:top w:val="single" w:sz="8" w:space="0" w:color="4D6E7F" w:themeColor="accent5"/>
          <w:bottom w:val="single" w:sz="8" w:space="0" w:color="4D6E7F" w:themeColor="accent5"/>
        </w:tcBorders>
      </w:tcPr>
    </w:tblStylePr>
    <w:tblStylePr w:type="firstCol">
      <w:rPr>
        <w:b/>
        <w:bCs/>
      </w:rPr>
    </w:tblStylePr>
    <w:tblStylePr w:type="lastCol">
      <w:rPr>
        <w:b/>
        <w:bCs/>
      </w:rPr>
      <w:tblPr/>
      <w:tcPr>
        <w:tcBorders>
          <w:top w:val="single" w:sz="8" w:space="0" w:color="4D6E7F" w:themeColor="accent5"/>
          <w:bottom w:val="single" w:sz="8" w:space="0" w:color="4D6E7F" w:themeColor="accent5"/>
        </w:tcBorders>
      </w:tcPr>
    </w:tblStylePr>
    <w:tblStylePr w:type="band1Vert">
      <w:tblPr/>
      <w:tcPr>
        <w:shd w:val="clear" w:color="auto" w:fill="CFDCE2" w:themeFill="accent5" w:themeFillTint="3F"/>
      </w:tcPr>
    </w:tblStylePr>
    <w:tblStylePr w:type="band1Horz">
      <w:tblPr/>
      <w:tcPr>
        <w:shd w:val="clear" w:color="auto" w:fill="CFDCE2" w:themeFill="accent5" w:themeFillTint="3F"/>
      </w:tcPr>
    </w:tblStylePr>
  </w:style>
  <w:style w:type="table" w:styleId="MediumList1-Accent6">
    <w:name w:val="Medium List 1 Accent 6"/>
    <w:basedOn w:val="TableNormal"/>
    <w:uiPriority w:val="65"/>
    <w:rsid w:val="00CB0664"/>
    <w:pPr>
      <w:spacing w:after="0" w:line="240" w:lineRule="auto"/>
    </w:pPr>
    <w:rPr>
      <w:color w:val="2A2622" w:themeColor="text1"/>
    </w:rPr>
    <w:tblPr>
      <w:tblStyleRowBandSize w:val="1"/>
      <w:tblStyleColBandSize w:val="1"/>
      <w:tblBorders>
        <w:top w:val="single" w:sz="8" w:space="0" w:color="9A9795" w:themeColor="accent6"/>
        <w:bottom w:val="single" w:sz="8" w:space="0" w:color="9A9795" w:themeColor="accent6"/>
      </w:tblBorders>
    </w:tblPr>
    <w:tblStylePr w:type="firstRow">
      <w:rPr>
        <w:rFonts w:asciiTheme="majorHAnsi" w:eastAsiaTheme="majorEastAsia" w:hAnsiTheme="majorHAnsi" w:cstheme="majorBidi"/>
      </w:rPr>
      <w:tblPr/>
      <w:tcPr>
        <w:tcBorders>
          <w:top w:val="nil"/>
          <w:bottom w:val="single" w:sz="8" w:space="0" w:color="9A9795" w:themeColor="accent6"/>
        </w:tcBorders>
      </w:tcPr>
    </w:tblStylePr>
    <w:tblStylePr w:type="lastRow">
      <w:rPr>
        <w:b/>
        <w:bCs/>
        <w:color w:val="342F2B" w:themeColor="text2"/>
      </w:rPr>
      <w:tblPr/>
      <w:tcPr>
        <w:tcBorders>
          <w:top w:val="single" w:sz="8" w:space="0" w:color="9A9795" w:themeColor="accent6"/>
          <w:bottom w:val="single" w:sz="8" w:space="0" w:color="9A9795" w:themeColor="accent6"/>
        </w:tcBorders>
      </w:tcPr>
    </w:tblStylePr>
    <w:tblStylePr w:type="firstCol">
      <w:rPr>
        <w:b/>
        <w:bCs/>
      </w:rPr>
    </w:tblStylePr>
    <w:tblStylePr w:type="lastCol">
      <w:rPr>
        <w:b/>
        <w:bCs/>
      </w:rPr>
      <w:tblPr/>
      <w:tcPr>
        <w:tcBorders>
          <w:top w:val="single" w:sz="8" w:space="0" w:color="9A9795" w:themeColor="accent6"/>
          <w:bottom w:val="single" w:sz="8" w:space="0" w:color="9A9795" w:themeColor="accent6"/>
        </w:tcBorders>
      </w:tcPr>
    </w:tblStylePr>
    <w:tblStylePr w:type="band1Vert">
      <w:tblPr/>
      <w:tcPr>
        <w:shd w:val="clear" w:color="auto" w:fill="E6E5E4" w:themeFill="accent6" w:themeFillTint="3F"/>
      </w:tcPr>
    </w:tblStylePr>
    <w:tblStylePr w:type="band1Horz">
      <w:tblPr/>
      <w:tcPr>
        <w:shd w:val="clear" w:color="auto" w:fill="E6E5E4"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2A2622" w:themeColor="text1"/>
        <w:left w:val="single" w:sz="8" w:space="0" w:color="2A2622" w:themeColor="text1"/>
        <w:bottom w:val="single" w:sz="8" w:space="0" w:color="2A2622" w:themeColor="text1"/>
        <w:right w:val="single" w:sz="8" w:space="0" w:color="2A2622" w:themeColor="text1"/>
      </w:tblBorders>
    </w:tblPr>
    <w:tblStylePr w:type="firstRow">
      <w:rPr>
        <w:sz w:val="24"/>
        <w:szCs w:val="24"/>
      </w:rPr>
      <w:tblPr/>
      <w:tcPr>
        <w:tcBorders>
          <w:top w:val="nil"/>
          <w:left w:val="nil"/>
          <w:bottom w:val="single" w:sz="24" w:space="0" w:color="2A2622" w:themeColor="text1"/>
          <w:right w:val="nil"/>
          <w:insideH w:val="nil"/>
          <w:insideV w:val="nil"/>
        </w:tcBorders>
        <w:shd w:val="clear" w:color="auto" w:fill="F5F0E7" w:themeFill="background1"/>
      </w:tcPr>
    </w:tblStylePr>
    <w:tblStylePr w:type="lastRow">
      <w:tblPr/>
      <w:tcPr>
        <w:tcBorders>
          <w:top w:val="single" w:sz="8" w:space="0" w:color="2A2622" w:themeColor="text1"/>
          <w:left w:val="nil"/>
          <w:bottom w:val="nil"/>
          <w:right w:val="nil"/>
          <w:insideH w:val="nil"/>
          <w:insideV w:val="nil"/>
        </w:tcBorders>
        <w:shd w:val="clear" w:color="auto" w:fill="F5F0E7" w:themeFill="background1"/>
      </w:tcPr>
    </w:tblStylePr>
    <w:tblStylePr w:type="firstCol">
      <w:tblPr/>
      <w:tcPr>
        <w:tcBorders>
          <w:top w:val="nil"/>
          <w:left w:val="nil"/>
          <w:bottom w:val="nil"/>
          <w:right w:val="single" w:sz="8" w:space="0" w:color="2A2622" w:themeColor="text1"/>
          <w:insideH w:val="nil"/>
          <w:insideV w:val="nil"/>
        </w:tcBorders>
        <w:shd w:val="clear" w:color="auto" w:fill="F5F0E7" w:themeFill="background1"/>
      </w:tcPr>
    </w:tblStylePr>
    <w:tblStylePr w:type="lastCol">
      <w:tblPr/>
      <w:tcPr>
        <w:tcBorders>
          <w:top w:val="nil"/>
          <w:left w:val="single" w:sz="8" w:space="0" w:color="2A2622" w:themeColor="text1"/>
          <w:bottom w:val="nil"/>
          <w:right w:val="nil"/>
          <w:insideH w:val="nil"/>
          <w:insideV w:val="nil"/>
        </w:tcBorders>
        <w:shd w:val="clear" w:color="auto" w:fill="F5F0E7" w:themeFill="background1"/>
      </w:tcPr>
    </w:tblStylePr>
    <w:tblStylePr w:type="band1Vert">
      <w:tblPr/>
      <w:tcPr>
        <w:tcBorders>
          <w:left w:val="nil"/>
          <w:right w:val="nil"/>
          <w:insideH w:val="nil"/>
          <w:insideV w:val="nil"/>
        </w:tcBorders>
        <w:shd w:val="clear" w:color="auto" w:fill="CFC9C3" w:themeFill="text1" w:themeFillTint="3F"/>
      </w:tcPr>
    </w:tblStylePr>
    <w:tblStylePr w:type="band1Horz">
      <w:tblPr/>
      <w:tcPr>
        <w:tcBorders>
          <w:top w:val="nil"/>
          <w:bottom w:val="nil"/>
          <w:insideH w:val="nil"/>
          <w:insideV w:val="nil"/>
        </w:tcBorders>
        <w:shd w:val="clear" w:color="auto" w:fill="CFC9C3" w:themeFill="text1" w:themeFillTint="3F"/>
      </w:tcPr>
    </w:tblStylePr>
    <w:tblStylePr w:type="nwCell">
      <w:tblPr/>
      <w:tcPr>
        <w:shd w:val="clear" w:color="auto" w:fill="F5F0E7"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8FBDB3" w:themeColor="accent1"/>
        <w:left w:val="single" w:sz="8" w:space="0" w:color="8FBDB3" w:themeColor="accent1"/>
        <w:bottom w:val="single" w:sz="8" w:space="0" w:color="8FBDB3" w:themeColor="accent1"/>
        <w:right w:val="single" w:sz="8" w:space="0" w:color="8FBDB3" w:themeColor="accent1"/>
      </w:tblBorders>
    </w:tblPr>
    <w:tblStylePr w:type="firstRow">
      <w:rPr>
        <w:sz w:val="24"/>
        <w:szCs w:val="24"/>
      </w:rPr>
      <w:tblPr/>
      <w:tcPr>
        <w:tcBorders>
          <w:top w:val="nil"/>
          <w:left w:val="nil"/>
          <w:bottom w:val="single" w:sz="24" w:space="0" w:color="8FBDB3" w:themeColor="accent1"/>
          <w:right w:val="nil"/>
          <w:insideH w:val="nil"/>
          <w:insideV w:val="nil"/>
        </w:tcBorders>
        <w:shd w:val="clear" w:color="auto" w:fill="F5F0E7" w:themeFill="background1"/>
      </w:tcPr>
    </w:tblStylePr>
    <w:tblStylePr w:type="lastRow">
      <w:tblPr/>
      <w:tcPr>
        <w:tcBorders>
          <w:top w:val="single" w:sz="8" w:space="0" w:color="8FBDB3" w:themeColor="accent1"/>
          <w:left w:val="nil"/>
          <w:bottom w:val="nil"/>
          <w:right w:val="nil"/>
          <w:insideH w:val="nil"/>
          <w:insideV w:val="nil"/>
        </w:tcBorders>
        <w:shd w:val="clear" w:color="auto" w:fill="F5F0E7" w:themeFill="background1"/>
      </w:tcPr>
    </w:tblStylePr>
    <w:tblStylePr w:type="firstCol">
      <w:tblPr/>
      <w:tcPr>
        <w:tcBorders>
          <w:top w:val="nil"/>
          <w:left w:val="nil"/>
          <w:bottom w:val="nil"/>
          <w:right w:val="single" w:sz="8" w:space="0" w:color="8FBDB3" w:themeColor="accent1"/>
          <w:insideH w:val="nil"/>
          <w:insideV w:val="nil"/>
        </w:tcBorders>
        <w:shd w:val="clear" w:color="auto" w:fill="F5F0E7" w:themeFill="background1"/>
      </w:tcPr>
    </w:tblStylePr>
    <w:tblStylePr w:type="lastCol">
      <w:tblPr/>
      <w:tcPr>
        <w:tcBorders>
          <w:top w:val="nil"/>
          <w:left w:val="single" w:sz="8" w:space="0" w:color="8FBDB3" w:themeColor="accent1"/>
          <w:bottom w:val="nil"/>
          <w:right w:val="nil"/>
          <w:insideH w:val="nil"/>
          <w:insideV w:val="nil"/>
        </w:tcBorders>
        <w:shd w:val="clear" w:color="auto" w:fill="F5F0E7" w:themeFill="background1"/>
      </w:tcPr>
    </w:tblStylePr>
    <w:tblStylePr w:type="band1Vert">
      <w:tblPr/>
      <w:tcPr>
        <w:tcBorders>
          <w:left w:val="nil"/>
          <w:right w:val="nil"/>
          <w:insideH w:val="nil"/>
          <w:insideV w:val="nil"/>
        </w:tcBorders>
        <w:shd w:val="clear" w:color="auto" w:fill="E3EEEC" w:themeFill="accent1" w:themeFillTint="3F"/>
      </w:tcPr>
    </w:tblStylePr>
    <w:tblStylePr w:type="band1Horz">
      <w:tblPr/>
      <w:tcPr>
        <w:tcBorders>
          <w:top w:val="nil"/>
          <w:bottom w:val="nil"/>
          <w:insideH w:val="nil"/>
          <w:insideV w:val="nil"/>
        </w:tcBorders>
        <w:shd w:val="clear" w:color="auto" w:fill="E3EEEC" w:themeFill="accent1" w:themeFillTint="3F"/>
      </w:tcPr>
    </w:tblStylePr>
    <w:tblStylePr w:type="nwCell">
      <w:tblPr/>
      <w:tcPr>
        <w:shd w:val="clear" w:color="auto" w:fill="F5F0E7"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D16E66" w:themeColor="accent2"/>
        <w:left w:val="single" w:sz="8" w:space="0" w:color="D16E66" w:themeColor="accent2"/>
        <w:bottom w:val="single" w:sz="8" w:space="0" w:color="D16E66" w:themeColor="accent2"/>
        <w:right w:val="single" w:sz="8" w:space="0" w:color="D16E66" w:themeColor="accent2"/>
      </w:tblBorders>
    </w:tblPr>
    <w:tblStylePr w:type="firstRow">
      <w:rPr>
        <w:sz w:val="24"/>
        <w:szCs w:val="24"/>
      </w:rPr>
      <w:tblPr/>
      <w:tcPr>
        <w:tcBorders>
          <w:top w:val="nil"/>
          <w:left w:val="nil"/>
          <w:bottom w:val="single" w:sz="24" w:space="0" w:color="D16E66" w:themeColor="accent2"/>
          <w:right w:val="nil"/>
          <w:insideH w:val="nil"/>
          <w:insideV w:val="nil"/>
        </w:tcBorders>
        <w:shd w:val="clear" w:color="auto" w:fill="F5F0E7" w:themeFill="background1"/>
      </w:tcPr>
    </w:tblStylePr>
    <w:tblStylePr w:type="lastRow">
      <w:tblPr/>
      <w:tcPr>
        <w:tcBorders>
          <w:top w:val="single" w:sz="8" w:space="0" w:color="D16E66" w:themeColor="accent2"/>
          <w:left w:val="nil"/>
          <w:bottom w:val="nil"/>
          <w:right w:val="nil"/>
          <w:insideH w:val="nil"/>
          <w:insideV w:val="nil"/>
        </w:tcBorders>
        <w:shd w:val="clear" w:color="auto" w:fill="F5F0E7" w:themeFill="background1"/>
      </w:tcPr>
    </w:tblStylePr>
    <w:tblStylePr w:type="firstCol">
      <w:tblPr/>
      <w:tcPr>
        <w:tcBorders>
          <w:top w:val="nil"/>
          <w:left w:val="nil"/>
          <w:bottom w:val="nil"/>
          <w:right w:val="single" w:sz="8" w:space="0" w:color="D16E66" w:themeColor="accent2"/>
          <w:insideH w:val="nil"/>
          <w:insideV w:val="nil"/>
        </w:tcBorders>
        <w:shd w:val="clear" w:color="auto" w:fill="F5F0E7" w:themeFill="background1"/>
      </w:tcPr>
    </w:tblStylePr>
    <w:tblStylePr w:type="lastCol">
      <w:tblPr/>
      <w:tcPr>
        <w:tcBorders>
          <w:top w:val="nil"/>
          <w:left w:val="single" w:sz="8" w:space="0" w:color="D16E66" w:themeColor="accent2"/>
          <w:bottom w:val="nil"/>
          <w:right w:val="nil"/>
          <w:insideH w:val="nil"/>
          <w:insideV w:val="nil"/>
        </w:tcBorders>
        <w:shd w:val="clear" w:color="auto" w:fill="F5F0E7" w:themeFill="background1"/>
      </w:tcPr>
    </w:tblStylePr>
    <w:tblStylePr w:type="band1Vert">
      <w:tblPr/>
      <w:tcPr>
        <w:tcBorders>
          <w:left w:val="nil"/>
          <w:right w:val="nil"/>
          <w:insideH w:val="nil"/>
          <w:insideV w:val="nil"/>
        </w:tcBorders>
        <w:shd w:val="clear" w:color="auto" w:fill="F3DAD9" w:themeFill="accent2" w:themeFillTint="3F"/>
      </w:tcPr>
    </w:tblStylePr>
    <w:tblStylePr w:type="band1Horz">
      <w:tblPr/>
      <w:tcPr>
        <w:tcBorders>
          <w:top w:val="nil"/>
          <w:bottom w:val="nil"/>
          <w:insideH w:val="nil"/>
          <w:insideV w:val="nil"/>
        </w:tcBorders>
        <w:shd w:val="clear" w:color="auto" w:fill="F3DAD9" w:themeFill="accent2" w:themeFillTint="3F"/>
      </w:tcPr>
    </w:tblStylePr>
    <w:tblStylePr w:type="nwCell">
      <w:tblPr/>
      <w:tcPr>
        <w:shd w:val="clear" w:color="auto" w:fill="F5F0E7"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ECE1CD" w:themeColor="accent3"/>
        <w:left w:val="single" w:sz="8" w:space="0" w:color="ECE1CD" w:themeColor="accent3"/>
        <w:bottom w:val="single" w:sz="8" w:space="0" w:color="ECE1CD" w:themeColor="accent3"/>
        <w:right w:val="single" w:sz="8" w:space="0" w:color="ECE1CD" w:themeColor="accent3"/>
      </w:tblBorders>
    </w:tblPr>
    <w:tblStylePr w:type="firstRow">
      <w:rPr>
        <w:sz w:val="24"/>
        <w:szCs w:val="24"/>
      </w:rPr>
      <w:tblPr/>
      <w:tcPr>
        <w:tcBorders>
          <w:top w:val="nil"/>
          <w:left w:val="nil"/>
          <w:bottom w:val="single" w:sz="24" w:space="0" w:color="ECE1CD" w:themeColor="accent3"/>
          <w:right w:val="nil"/>
          <w:insideH w:val="nil"/>
          <w:insideV w:val="nil"/>
        </w:tcBorders>
        <w:shd w:val="clear" w:color="auto" w:fill="F5F0E7" w:themeFill="background1"/>
      </w:tcPr>
    </w:tblStylePr>
    <w:tblStylePr w:type="lastRow">
      <w:tblPr/>
      <w:tcPr>
        <w:tcBorders>
          <w:top w:val="single" w:sz="8" w:space="0" w:color="ECE1CD" w:themeColor="accent3"/>
          <w:left w:val="nil"/>
          <w:bottom w:val="nil"/>
          <w:right w:val="nil"/>
          <w:insideH w:val="nil"/>
          <w:insideV w:val="nil"/>
        </w:tcBorders>
        <w:shd w:val="clear" w:color="auto" w:fill="F5F0E7" w:themeFill="background1"/>
      </w:tcPr>
    </w:tblStylePr>
    <w:tblStylePr w:type="firstCol">
      <w:tblPr/>
      <w:tcPr>
        <w:tcBorders>
          <w:top w:val="nil"/>
          <w:left w:val="nil"/>
          <w:bottom w:val="nil"/>
          <w:right w:val="single" w:sz="8" w:space="0" w:color="ECE1CD" w:themeColor="accent3"/>
          <w:insideH w:val="nil"/>
          <w:insideV w:val="nil"/>
        </w:tcBorders>
        <w:shd w:val="clear" w:color="auto" w:fill="F5F0E7" w:themeFill="background1"/>
      </w:tcPr>
    </w:tblStylePr>
    <w:tblStylePr w:type="lastCol">
      <w:tblPr/>
      <w:tcPr>
        <w:tcBorders>
          <w:top w:val="nil"/>
          <w:left w:val="single" w:sz="8" w:space="0" w:color="ECE1CD" w:themeColor="accent3"/>
          <w:bottom w:val="nil"/>
          <w:right w:val="nil"/>
          <w:insideH w:val="nil"/>
          <w:insideV w:val="nil"/>
        </w:tcBorders>
        <w:shd w:val="clear" w:color="auto" w:fill="F5F0E7" w:themeFill="background1"/>
      </w:tcPr>
    </w:tblStylePr>
    <w:tblStylePr w:type="band1Vert">
      <w:tblPr/>
      <w:tcPr>
        <w:tcBorders>
          <w:left w:val="nil"/>
          <w:right w:val="nil"/>
          <w:insideH w:val="nil"/>
          <w:insideV w:val="nil"/>
        </w:tcBorders>
        <w:shd w:val="clear" w:color="auto" w:fill="FAF7F2" w:themeFill="accent3" w:themeFillTint="3F"/>
      </w:tcPr>
    </w:tblStylePr>
    <w:tblStylePr w:type="band1Horz">
      <w:tblPr/>
      <w:tcPr>
        <w:tcBorders>
          <w:top w:val="nil"/>
          <w:bottom w:val="nil"/>
          <w:insideH w:val="nil"/>
          <w:insideV w:val="nil"/>
        </w:tcBorders>
        <w:shd w:val="clear" w:color="auto" w:fill="FAF7F2" w:themeFill="accent3" w:themeFillTint="3F"/>
      </w:tcPr>
    </w:tblStylePr>
    <w:tblStylePr w:type="nwCell">
      <w:tblPr/>
      <w:tcPr>
        <w:shd w:val="clear" w:color="auto" w:fill="F5F0E7"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7E9777" w:themeColor="accent4"/>
        <w:left w:val="single" w:sz="8" w:space="0" w:color="7E9777" w:themeColor="accent4"/>
        <w:bottom w:val="single" w:sz="8" w:space="0" w:color="7E9777" w:themeColor="accent4"/>
        <w:right w:val="single" w:sz="8" w:space="0" w:color="7E9777" w:themeColor="accent4"/>
      </w:tblBorders>
    </w:tblPr>
    <w:tblStylePr w:type="firstRow">
      <w:rPr>
        <w:sz w:val="24"/>
        <w:szCs w:val="24"/>
      </w:rPr>
      <w:tblPr/>
      <w:tcPr>
        <w:tcBorders>
          <w:top w:val="nil"/>
          <w:left w:val="nil"/>
          <w:bottom w:val="single" w:sz="24" w:space="0" w:color="7E9777" w:themeColor="accent4"/>
          <w:right w:val="nil"/>
          <w:insideH w:val="nil"/>
          <w:insideV w:val="nil"/>
        </w:tcBorders>
        <w:shd w:val="clear" w:color="auto" w:fill="F5F0E7" w:themeFill="background1"/>
      </w:tcPr>
    </w:tblStylePr>
    <w:tblStylePr w:type="lastRow">
      <w:tblPr/>
      <w:tcPr>
        <w:tcBorders>
          <w:top w:val="single" w:sz="8" w:space="0" w:color="7E9777" w:themeColor="accent4"/>
          <w:left w:val="nil"/>
          <w:bottom w:val="nil"/>
          <w:right w:val="nil"/>
          <w:insideH w:val="nil"/>
          <w:insideV w:val="nil"/>
        </w:tcBorders>
        <w:shd w:val="clear" w:color="auto" w:fill="F5F0E7" w:themeFill="background1"/>
      </w:tcPr>
    </w:tblStylePr>
    <w:tblStylePr w:type="firstCol">
      <w:tblPr/>
      <w:tcPr>
        <w:tcBorders>
          <w:top w:val="nil"/>
          <w:left w:val="nil"/>
          <w:bottom w:val="nil"/>
          <w:right w:val="single" w:sz="8" w:space="0" w:color="7E9777" w:themeColor="accent4"/>
          <w:insideH w:val="nil"/>
          <w:insideV w:val="nil"/>
        </w:tcBorders>
        <w:shd w:val="clear" w:color="auto" w:fill="F5F0E7" w:themeFill="background1"/>
      </w:tcPr>
    </w:tblStylePr>
    <w:tblStylePr w:type="lastCol">
      <w:tblPr/>
      <w:tcPr>
        <w:tcBorders>
          <w:top w:val="nil"/>
          <w:left w:val="single" w:sz="8" w:space="0" w:color="7E9777" w:themeColor="accent4"/>
          <w:bottom w:val="nil"/>
          <w:right w:val="nil"/>
          <w:insideH w:val="nil"/>
          <w:insideV w:val="nil"/>
        </w:tcBorders>
        <w:shd w:val="clear" w:color="auto" w:fill="F5F0E7" w:themeFill="background1"/>
      </w:tcPr>
    </w:tblStylePr>
    <w:tblStylePr w:type="band1Vert">
      <w:tblPr/>
      <w:tcPr>
        <w:tcBorders>
          <w:left w:val="nil"/>
          <w:right w:val="nil"/>
          <w:insideH w:val="nil"/>
          <w:insideV w:val="nil"/>
        </w:tcBorders>
        <w:shd w:val="clear" w:color="auto" w:fill="DFE5DD" w:themeFill="accent4" w:themeFillTint="3F"/>
      </w:tcPr>
    </w:tblStylePr>
    <w:tblStylePr w:type="band1Horz">
      <w:tblPr/>
      <w:tcPr>
        <w:tcBorders>
          <w:top w:val="nil"/>
          <w:bottom w:val="nil"/>
          <w:insideH w:val="nil"/>
          <w:insideV w:val="nil"/>
        </w:tcBorders>
        <w:shd w:val="clear" w:color="auto" w:fill="DFE5DD" w:themeFill="accent4" w:themeFillTint="3F"/>
      </w:tcPr>
    </w:tblStylePr>
    <w:tblStylePr w:type="nwCell">
      <w:tblPr/>
      <w:tcPr>
        <w:shd w:val="clear" w:color="auto" w:fill="F5F0E7"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4D6E7F" w:themeColor="accent5"/>
        <w:left w:val="single" w:sz="8" w:space="0" w:color="4D6E7F" w:themeColor="accent5"/>
        <w:bottom w:val="single" w:sz="8" w:space="0" w:color="4D6E7F" w:themeColor="accent5"/>
        <w:right w:val="single" w:sz="8" w:space="0" w:color="4D6E7F" w:themeColor="accent5"/>
      </w:tblBorders>
    </w:tblPr>
    <w:tblStylePr w:type="firstRow">
      <w:rPr>
        <w:sz w:val="24"/>
        <w:szCs w:val="24"/>
      </w:rPr>
      <w:tblPr/>
      <w:tcPr>
        <w:tcBorders>
          <w:top w:val="nil"/>
          <w:left w:val="nil"/>
          <w:bottom w:val="single" w:sz="24" w:space="0" w:color="4D6E7F" w:themeColor="accent5"/>
          <w:right w:val="nil"/>
          <w:insideH w:val="nil"/>
          <w:insideV w:val="nil"/>
        </w:tcBorders>
        <w:shd w:val="clear" w:color="auto" w:fill="F5F0E7" w:themeFill="background1"/>
      </w:tcPr>
    </w:tblStylePr>
    <w:tblStylePr w:type="lastRow">
      <w:tblPr/>
      <w:tcPr>
        <w:tcBorders>
          <w:top w:val="single" w:sz="8" w:space="0" w:color="4D6E7F" w:themeColor="accent5"/>
          <w:left w:val="nil"/>
          <w:bottom w:val="nil"/>
          <w:right w:val="nil"/>
          <w:insideH w:val="nil"/>
          <w:insideV w:val="nil"/>
        </w:tcBorders>
        <w:shd w:val="clear" w:color="auto" w:fill="F5F0E7" w:themeFill="background1"/>
      </w:tcPr>
    </w:tblStylePr>
    <w:tblStylePr w:type="firstCol">
      <w:tblPr/>
      <w:tcPr>
        <w:tcBorders>
          <w:top w:val="nil"/>
          <w:left w:val="nil"/>
          <w:bottom w:val="nil"/>
          <w:right w:val="single" w:sz="8" w:space="0" w:color="4D6E7F" w:themeColor="accent5"/>
          <w:insideH w:val="nil"/>
          <w:insideV w:val="nil"/>
        </w:tcBorders>
        <w:shd w:val="clear" w:color="auto" w:fill="F5F0E7" w:themeFill="background1"/>
      </w:tcPr>
    </w:tblStylePr>
    <w:tblStylePr w:type="lastCol">
      <w:tblPr/>
      <w:tcPr>
        <w:tcBorders>
          <w:top w:val="nil"/>
          <w:left w:val="single" w:sz="8" w:space="0" w:color="4D6E7F" w:themeColor="accent5"/>
          <w:bottom w:val="nil"/>
          <w:right w:val="nil"/>
          <w:insideH w:val="nil"/>
          <w:insideV w:val="nil"/>
        </w:tcBorders>
        <w:shd w:val="clear" w:color="auto" w:fill="F5F0E7" w:themeFill="background1"/>
      </w:tcPr>
    </w:tblStylePr>
    <w:tblStylePr w:type="band1Vert">
      <w:tblPr/>
      <w:tcPr>
        <w:tcBorders>
          <w:left w:val="nil"/>
          <w:right w:val="nil"/>
          <w:insideH w:val="nil"/>
          <w:insideV w:val="nil"/>
        </w:tcBorders>
        <w:shd w:val="clear" w:color="auto" w:fill="CFDCE2" w:themeFill="accent5" w:themeFillTint="3F"/>
      </w:tcPr>
    </w:tblStylePr>
    <w:tblStylePr w:type="band1Horz">
      <w:tblPr/>
      <w:tcPr>
        <w:tcBorders>
          <w:top w:val="nil"/>
          <w:bottom w:val="nil"/>
          <w:insideH w:val="nil"/>
          <w:insideV w:val="nil"/>
        </w:tcBorders>
        <w:shd w:val="clear" w:color="auto" w:fill="CFDCE2" w:themeFill="accent5" w:themeFillTint="3F"/>
      </w:tcPr>
    </w:tblStylePr>
    <w:tblStylePr w:type="nwCell">
      <w:tblPr/>
      <w:tcPr>
        <w:shd w:val="clear" w:color="auto" w:fill="F5F0E7"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9A9795" w:themeColor="accent6"/>
        <w:left w:val="single" w:sz="8" w:space="0" w:color="9A9795" w:themeColor="accent6"/>
        <w:bottom w:val="single" w:sz="8" w:space="0" w:color="9A9795" w:themeColor="accent6"/>
        <w:right w:val="single" w:sz="8" w:space="0" w:color="9A9795" w:themeColor="accent6"/>
      </w:tblBorders>
    </w:tblPr>
    <w:tblStylePr w:type="firstRow">
      <w:rPr>
        <w:sz w:val="24"/>
        <w:szCs w:val="24"/>
      </w:rPr>
      <w:tblPr/>
      <w:tcPr>
        <w:tcBorders>
          <w:top w:val="nil"/>
          <w:left w:val="nil"/>
          <w:bottom w:val="single" w:sz="24" w:space="0" w:color="9A9795" w:themeColor="accent6"/>
          <w:right w:val="nil"/>
          <w:insideH w:val="nil"/>
          <w:insideV w:val="nil"/>
        </w:tcBorders>
        <w:shd w:val="clear" w:color="auto" w:fill="F5F0E7" w:themeFill="background1"/>
      </w:tcPr>
    </w:tblStylePr>
    <w:tblStylePr w:type="lastRow">
      <w:tblPr/>
      <w:tcPr>
        <w:tcBorders>
          <w:top w:val="single" w:sz="8" w:space="0" w:color="9A9795" w:themeColor="accent6"/>
          <w:left w:val="nil"/>
          <w:bottom w:val="nil"/>
          <w:right w:val="nil"/>
          <w:insideH w:val="nil"/>
          <w:insideV w:val="nil"/>
        </w:tcBorders>
        <w:shd w:val="clear" w:color="auto" w:fill="F5F0E7" w:themeFill="background1"/>
      </w:tcPr>
    </w:tblStylePr>
    <w:tblStylePr w:type="firstCol">
      <w:tblPr/>
      <w:tcPr>
        <w:tcBorders>
          <w:top w:val="nil"/>
          <w:left w:val="nil"/>
          <w:bottom w:val="nil"/>
          <w:right w:val="single" w:sz="8" w:space="0" w:color="9A9795" w:themeColor="accent6"/>
          <w:insideH w:val="nil"/>
          <w:insideV w:val="nil"/>
        </w:tcBorders>
        <w:shd w:val="clear" w:color="auto" w:fill="F5F0E7" w:themeFill="background1"/>
      </w:tcPr>
    </w:tblStylePr>
    <w:tblStylePr w:type="lastCol">
      <w:tblPr/>
      <w:tcPr>
        <w:tcBorders>
          <w:top w:val="nil"/>
          <w:left w:val="single" w:sz="8" w:space="0" w:color="9A9795" w:themeColor="accent6"/>
          <w:bottom w:val="nil"/>
          <w:right w:val="nil"/>
          <w:insideH w:val="nil"/>
          <w:insideV w:val="nil"/>
        </w:tcBorders>
        <w:shd w:val="clear" w:color="auto" w:fill="F5F0E7" w:themeFill="background1"/>
      </w:tcPr>
    </w:tblStylePr>
    <w:tblStylePr w:type="band1Vert">
      <w:tblPr/>
      <w:tcPr>
        <w:tcBorders>
          <w:left w:val="nil"/>
          <w:right w:val="nil"/>
          <w:insideH w:val="nil"/>
          <w:insideV w:val="nil"/>
        </w:tcBorders>
        <w:shd w:val="clear" w:color="auto" w:fill="E6E5E4" w:themeFill="accent6" w:themeFillTint="3F"/>
      </w:tcPr>
    </w:tblStylePr>
    <w:tblStylePr w:type="band1Horz">
      <w:tblPr/>
      <w:tcPr>
        <w:tcBorders>
          <w:top w:val="nil"/>
          <w:bottom w:val="nil"/>
          <w:insideH w:val="nil"/>
          <w:insideV w:val="nil"/>
        </w:tcBorders>
        <w:shd w:val="clear" w:color="auto" w:fill="E6E5E4" w:themeFill="accent6" w:themeFillTint="3F"/>
      </w:tcPr>
    </w:tblStylePr>
    <w:tblStylePr w:type="nwCell">
      <w:tblPr/>
      <w:tcPr>
        <w:shd w:val="clear" w:color="auto" w:fill="F5F0E7"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665C52" w:themeColor="text1" w:themeTint="BF"/>
        <w:left w:val="single" w:sz="8" w:space="0" w:color="665C52" w:themeColor="text1" w:themeTint="BF"/>
        <w:bottom w:val="single" w:sz="8" w:space="0" w:color="665C52" w:themeColor="text1" w:themeTint="BF"/>
        <w:right w:val="single" w:sz="8" w:space="0" w:color="665C52" w:themeColor="text1" w:themeTint="BF"/>
        <w:insideH w:val="single" w:sz="8" w:space="0" w:color="665C52" w:themeColor="text1" w:themeTint="BF"/>
        <w:insideV w:val="single" w:sz="8" w:space="0" w:color="665C52" w:themeColor="text1" w:themeTint="BF"/>
      </w:tblBorders>
    </w:tblPr>
    <w:tcPr>
      <w:shd w:val="clear" w:color="auto" w:fill="CFC9C3" w:themeFill="text1" w:themeFillTint="3F"/>
    </w:tcPr>
    <w:tblStylePr w:type="firstRow">
      <w:rPr>
        <w:b/>
        <w:bCs/>
      </w:rPr>
    </w:tblStylePr>
    <w:tblStylePr w:type="lastRow">
      <w:rPr>
        <w:b/>
        <w:bCs/>
      </w:rPr>
      <w:tblPr/>
      <w:tcPr>
        <w:tcBorders>
          <w:top w:val="single" w:sz="18" w:space="0" w:color="665C52" w:themeColor="text1" w:themeTint="BF"/>
        </w:tcBorders>
      </w:tcPr>
    </w:tblStylePr>
    <w:tblStylePr w:type="firstCol">
      <w:rPr>
        <w:b/>
        <w:bCs/>
      </w:rPr>
    </w:tblStylePr>
    <w:tblStylePr w:type="lastCol">
      <w:rPr>
        <w:b/>
        <w:bCs/>
      </w:rPr>
    </w:tblStylePr>
    <w:tblStylePr w:type="band1Vert">
      <w:tblPr/>
      <w:tcPr>
        <w:shd w:val="clear" w:color="auto" w:fill="9E9287" w:themeFill="text1" w:themeFillTint="7F"/>
      </w:tcPr>
    </w:tblStylePr>
    <w:tblStylePr w:type="band1Horz">
      <w:tblPr/>
      <w:tcPr>
        <w:shd w:val="clear" w:color="auto" w:fill="9E9287"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ABCDC6" w:themeColor="accent1" w:themeTint="BF"/>
        <w:left w:val="single" w:sz="8" w:space="0" w:color="ABCDC6" w:themeColor="accent1" w:themeTint="BF"/>
        <w:bottom w:val="single" w:sz="8" w:space="0" w:color="ABCDC6" w:themeColor="accent1" w:themeTint="BF"/>
        <w:right w:val="single" w:sz="8" w:space="0" w:color="ABCDC6" w:themeColor="accent1" w:themeTint="BF"/>
        <w:insideH w:val="single" w:sz="8" w:space="0" w:color="ABCDC6" w:themeColor="accent1" w:themeTint="BF"/>
        <w:insideV w:val="single" w:sz="8" w:space="0" w:color="ABCDC6" w:themeColor="accent1" w:themeTint="BF"/>
      </w:tblBorders>
    </w:tblPr>
    <w:tcPr>
      <w:shd w:val="clear" w:color="auto" w:fill="E3EEEC" w:themeFill="accent1" w:themeFillTint="3F"/>
    </w:tcPr>
    <w:tblStylePr w:type="firstRow">
      <w:rPr>
        <w:b/>
        <w:bCs/>
      </w:rPr>
    </w:tblStylePr>
    <w:tblStylePr w:type="lastRow">
      <w:rPr>
        <w:b/>
        <w:bCs/>
      </w:rPr>
      <w:tblPr/>
      <w:tcPr>
        <w:tcBorders>
          <w:top w:val="single" w:sz="18" w:space="0" w:color="ABCDC6" w:themeColor="accent1" w:themeTint="BF"/>
        </w:tcBorders>
      </w:tcPr>
    </w:tblStylePr>
    <w:tblStylePr w:type="firstCol">
      <w:rPr>
        <w:b/>
        <w:bCs/>
      </w:rPr>
    </w:tblStylePr>
    <w:tblStylePr w:type="lastCol">
      <w:rPr>
        <w:b/>
        <w:bCs/>
      </w:rPr>
    </w:tblStylePr>
    <w:tblStylePr w:type="band1Vert">
      <w:tblPr/>
      <w:tcPr>
        <w:shd w:val="clear" w:color="auto" w:fill="C7DED9" w:themeFill="accent1" w:themeFillTint="7F"/>
      </w:tcPr>
    </w:tblStylePr>
    <w:tblStylePr w:type="band1Horz">
      <w:tblPr/>
      <w:tcPr>
        <w:shd w:val="clear" w:color="auto" w:fill="C7DED9"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DC928C" w:themeColor="accent2" w:themeTint="BF"/>
        <w:left w:val="single" w:sz="8" w:space="0" w:color="DC928C" w:themeColor="accent2" w:themeTint="BF"/>
        <w:bottom w:val="single" w:sz="8" w:space="0" w:color="DC928C" w:themeColor="accent2" w:themeTint="BF"/>
        <w:right w:val="single" w:sz="8" w:space="0" w:color="DC928C" w:themeColor="accent2" w:themeTint="BF"/>
        <w:insideH w:val="single" w:sz="8" w:space="0" w:color="DC928C" w:themeColor="accent2" w:themeTint="BF"/>
        <w:insideV w:val="single" w:sz="8" w:space="0" w:color="DC928C" w:themeColor="accent2" w:themeTint="BF"/>
      </w:tblBorders>
    </w:tblPr>
    <w:tcPr>
      <w:shd w:val="clear" w:color="auto" w:fill="F3DAD9" w:themeFill="accent2" w:themeFillTint="3F"/>
    </w:tcPr>
    <w:tblStylePr w:type="firstRow">
      <w:rPr>
        <w:b/>
        <w:bCs/>
      </w:rPr>
    </w:tblStylePr>
    <w:tblStylePr w:type="lastRow">
      <w:rPr>
        <w:b/>
        <w:bCs/>
      </w:rPr>
      <w:tblPr/>
      <w:tcPr>
        <w:tcBorders>
          <w:top w:val="single" w:sz="18" w:space="0" w:color="DC928C" w:themeColor="accent2" w:themeTint="BF"/>
        </w:tcBorders>
      </w:tcPr>
    </w:tblStylePr>
    <w:tblStylePr w:type="firstCol">
      <w:rPr>
        <w:b/>
        <w:bCs/>
      </w:rPr>
    </w:tblStylePr>
    <w:tblStylePr w:type="lastCol">
      <w:rPr>
        <w:b/>
        <w:bCs/>
      </w:rPr>
    </w:tblStylePr>
    <w:tblStylePr w:type="band1Vert">
      <w:tblPr/>
      <w:tcPr>
        <w:shd w:val="clear" w:color="auto" w:fill="E8B6B2" w:themeFill="accent2" w:themeFillTint="7F"/>
      </w:tcPr>
    </w:tblStylePr>
    <w:tblStylePr w:type="band1Horz">
      <w:tblPr/>
      <w:tcPr>
        <w:shd w:val="clear" w:color="auto" w:fill="E8B6B2"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F0E8D9" w:themeColor="accent3" w:themeTint="BF"/>
        <w:left w:val="single" w:sz="8" w:space="0" w:color="F0E8D9" w:themeColor="accent3" w:themeTint="BF"/>
        <w:bottom w:val="single" w:sz="8" w:space="0" w:color="F0E8D9" w:themeColor="accent3" w:themeTint="BF"/>
        <w:right w:val="single" w:sz="8" w:space="0" w:color="F0E8D9" w:themeColor="accent3" w:themeTint="BF"/>
        <w:insideH w:val="single" w:sz="8" w:space="0" w:color="F0E8D9" w:themeColor="accent3" w:themeTint="BF"/>
        <w:insideV w:val="single" w:sz="8" w:space="0" w:color="F0E8D9" w:themeColor="accent3" w:themeTint="BF"/>
      </w:tblBorders>
    </w:tblPr>
    <w:tcPr>
      <w:shd w:val="clear" w:color="auto" w:fill="FAF7F2" w:themeFill="accent3" w:themeFillTint="3F"/>
    </w:tcPr>
    <w:tblStylePr w:type="firstRow">
      <w:rPr>
        <w:b/>
        <w:bCs/>
      </w:rPr>
    </w:tblStylePr>
    <w:tblStylePr w:type="lastRow">
      <w:rPr>
        <w:b/>
        <w:bCs/>
      </w:rPr>
      <w:tblPr/>
      <w:tcPr>
        <w:tcBorders>
          <w:top w:val="single" w:sz="18" w:space="0" w:color="F0E8D9" w:themeColor="accent3" w:themeTint="BF"/>
        </w:tcBorders>
      </w:tcPr>
    </w:tblStylePr>
    <w:tblStylePr w:type="firstCol">
      <w:rPr>
        <w:b/>
        <w:bCs/>
      </w:rPr>
    </w:tblStylePr>
    <w:tblStylePr w:type="lastCol">
      <w:rPr>
        <w:b/>
        <w:bCs/>
      </w:rPr>
    </w:tblStylePr>
    <w:tblStylePr w:type="band1Vert">
      <w:tblPr/>
      <w:tcPr>
        <w:shd w:val="clear" w:color="auto" w:fill="F5EFE5" w:themeFill="accent3" w:themeFillTint="7F"/>
      </w:tcPr>
    </w:tblStylePr>
    <w:tblStylePr w:type="band1Horz">
      <w:tblPr/>
      <w:tcPr>
        <w:shd w:val="clear" w:color="auto" w:fill="F5EFE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EB199" w:themeColor="accent4" w:themeTint="BF"/>
        <w:left w:val="single" w:sz="8" w:space="0" w:color="9EB199" w:themeColor="accent4" w:themeTint="BF"/>
        <w:bottom w:val="single" w:sz="8" w:space="0" w:color="9EB199" w:themeColor="accent4" w:themeTint="BF"/>
        <w:right w:val="single" w:sz="8" w:space="0" w:color="9EB199" w:themeColor="accent4" w:themeTint="BF"/>
        <w:insideH w:val="single" w:sz="8" w:space="0" w:color="9EB199" w:themeColor="accent4" w:themeTint="BF"/>
        <w:insideV w:val="single" w:sz="8" w:space="0" w:color="9EB199" w:themeColor="accent4" w:themeTint="BF"/>
      </w:tblBorders>
    </w:tblPr>
    <w:tcPr>
      <w:shd w:val="clear" w:color="auto" w:fill="DFE5DD" w:themeFill="accent4" w:themeFillTint="3F"/>
    </w:tcPr>
    <w:tblStylePr w:type="firstRow">
      <w:rPr>
        <w:b/>
        <w:bCs/>
      </w:rPr>
    </w:tblStylePr>
    <w:tblStylePr w:type="lastRow">
      <w:rPr>
        <w:b/>
        <w:bCs/>
      </w:rPr>
      <w:tblPr/>
      <w:tcPr>
        <w:tcBorders>
          <w:top w:val="single" w:sz="18" w:space="0" w:color="9EB199" w:themeColor="accent4" w:themeTint="BF"/>
        </w:tcBorders>
      </w:tcPr>
    </w:tblStylePr>
    <w:tblStylePr w:type="firstCol">
      <w:rPr>
        <w:b/>
        <w:bCs/>
      </w:rPr>
    </w:tblStylePr>
    <w:tblStylePr w:type="lastCol">
      <w:rPr>
        <w:b/>
        <w:bCs/>
      </w:rPr>
    </w:tblStylePr>
    <w:tblStylePr w:type="band1Vert">
      <w:tblPr/>
      <w:tcPr>
        <w:shd w:val="clear" w:color="auto" w:fill="BECBBB" w:themeFill="accent4" w:themeFillTint="7F"/>
      </w:tcPr>
    </w:tblStylePr>
    <w:tblStylePr w:type="band1Horz">
      <w:tblPr/>
      <w:tcPr>
        <w:shd w:val="clear" w:color="auto" w:fill="BECBBB"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095A8" w:themeColor="accent5" w:themeTint="BF"/>
        <w:left w:val="single" w:sz="8" w:space="0" w:color="7095A8" w:themeColor="accent5" w:themeTint="BF"/>
        <w:bottom w:val="single" w:sz="8" w:space="0" w:color="7095A8" w:themeColor="accent5" w:themeTint="BF"/>
        <w:right w:val="single" w:sz="8" w:space="0" w:color="7095A8" w:themeColor="accent5" w:themeTint="BF"/>
        <w:insideH w:val="single" w:sz="8" w:space="0" w:color="7095A8" w:themeColor="accent5" w:themeTint="BF"/>
        <w:insideV w:val="single" w:sz="8" w:space="0" w:color="7095A8" w:themeColor="accent5" w:themeTint="BF"/>
      </w:tblBorders>
    </w:tblPr>
    <w:tcPr>
      <w:shd w:val="clear" w:color="auto" w:fill="CFDCE2" w:themeFill="accent5" w:themeFillTint="3F"/>
    </w:tcPr>
    <w:tblStylePr w:type="firstRow">
      <w:rPr>
        <w:b/>
        <w:bCs/>
      </w:rPr>
    </w:tblStylePr>
    <w:tblStylePr w:type="lastRow">
      <w:rPr>
        <w:b/>
        <w:bCs/>
      </w:rPr>
      <w:tblPr/>
      <w:tcPr>
        <w:tcBorders>
          <w:top w:val="single" w:sz="18" w:space="0" w:color="7095A8" w:themeColor="accent5" w:themeTint="BF"/>
        </w:tcBorders>
      </w:tcPr>
    </w:tblStylePr>
    <w:tblStylePr w:type="firstCol">
      <w:rPr>
        <w:b/>
        <w:bCs/>
      </w:rPr>
    </w:tblStylePr>
    <w:tblStylePr w:type="lastCol">
      <w:rPr>
        <w:b/>
        <w:bCs/>
      </w:rPr>
    </w:tblStylePr>
    <w:tblStylePr w:type="band1Vert">
      <w:tblPr/>
      <w:tcPr>
        <w:shd w:val="clear" w:color="auto" w:fill="9FB8C5" w:themeFill="accent5" w:themeFillTint="7F"/>
      </w:tcPr>
    </w:tblStylePr>
    <w:tblStylePr w:type="band1Horz">
      <w:tblPr/>
      <w:tcPr>
        <w:shd w:val="clear" w:color="auto" w:fill="9FB8C5"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B3B0AF" w:themeColor="accent6" w:themeTint="BF"/>
        <w:left w:val="single" w:sz="8" w:space="0" w:color="B3B0AF" w:themeColor="accent6" w:themeTint="BF"/>
        <w:bottom w:val="single" w:sz="8" w:space="0" w:color="B3B0AF" w:themeColor="accent6" w:themeTint="BF"/>
        <w:right w:val="single" w:sz="8" w:space="0" w:color="B3B0AF" w:themeColor="accent6" w:themeTint="BF"/>
        <w:insideH w:val="single" w:sz="8" w:space="0" w:color="B3B0AF" w:themeColor="accent6" w:themeTint="BF"/>
        <w:insideV w:val="single" w:sz="8" w:space="0" w:color="B3B0AF" w:themeColor="accent6" w:themeTint="BF"/>
      </w:tblBorders>
    </w:tblPr>
    <w:tcPr>
      <w:shd w:val="clear" w:color="auto" w:fill="E6E5E4" w:themeFill="accent6" w:themeFillTint="3F"/>
    </w:tcPr>
    <w:tblStylePr w:type="firstRow">
      <w:rPr>
        <w:b/>
        <w:bCs/>
      </w:rPr>
    </w:tblStylePr>
    <w:tblStylePr w:type="lastRow">
      <w:rPr>
        <w:b/>
        <w:bCs/>
      </w:rPr>
      <w:tblPr/>
      <w:tcPr>
        <w:tcBorders>
          <w:top w:val="single" w:sz="18" w:space="0" w:color="B3B0AF" w:themeColor="accent6" w:themeTint="BF"/>
        </w:tcBorders>
      </w:tcPr>
    </w:tblStylePr>
    <w:tblStylePr w:type="firstCol">
      <w:rPr>
        <w:b/>
        <w:bCs/>
      </w:rPr>
    </w:tblStylePr>
    <w:tblStylePr w:type="lastCol">
      <w:rPr>
        <w:b/>
        <w:bCs/>
      </w:rPr>
    </w:tblStylePr>
    <w:tblStylePr w:type="band1Vert">
      <w:tblPr/>
      <w:tcPr>
        <w:shd w:val="clear" w:color="auto" w:fill="CCCBCA" w:themeFill="accent6" w:themeFillTint="7F"/>
      </w:tcPr>
    </w:tblStylePr>
    <w:tblStylePr w:type="band1Horz">
      <w:tblPr/>
      <w:tcPr>
        <w:shd w:val="clear" w:color="auto" w:fill="CCCBC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2A2622" w:themeColor="text1"/>
        <w:left w:val="single" w:sz="8" w:space="0" w:color="2A2622" w:themeColor="text1"/>
        <w:bottom w:val="single" w:sz="8" w:space="0" w:color="2A2622" w:themeColor="text1"/>
        <w:right w:val="single" w:sz="8" w:space="0" w:color="2A2622" w:themeColor="text1"/>
        <w:insideH w:val="single" w:sz="8" w:space="0" w:color="2A2622" w:themeColor="text1"/>
        <w:insideV w:val="single" w:sz="8" w:space="0" w:color="2A2622" w:themeColor="text1"/>
      </w:tblBorders>
    </w:tblPr>
    <w:tcPr>
      <w:shd w:val="clear" w:color="auto" w:fill="CFC9C3" w:themeFill="text1" w:themeFillTint="3F"/>
    </w:tcPr>
    <w:tblStylePr w:type="firstRow">
      <w:rPr>
        <w:b/>
        <w:bCs/>
        <w:color w:val="2A2622" w:themeColor="text1"/>
      </w:rPr>
      <w:tblPr/>
      <w:tcPr>
        <w:shd w:val="clear" w:color="auto" w:fill="ECE9E7" w:themeFill="text1" w:themeFillTint="19"/>
      </w:tcPr>
    </w:tblStylePr>
    <w:tblStylePr w:type="lastRow">
      <w:rPr>
        <w:b/>
        <w:bCs/>
        <w:color w:val="2A2622" w:themeColor="text1"/>
      </w:rPr>
      <w:tblPr/>
      <w:tcPr>
        <w:tcBorders>
          <w:top w:val="single" w:sz="12" w:space="0" w:color="2A2622" w:themeColor="text1"/>
          <w:left w:val="nil"/>
          <w:bottom w:val="nil"/>
          <w:right w:val="nil"/>
          <w:insideH w:val="nil"/>
          <w:insideV w:val="nil"/>
        </w:tcBorders>
        <w:shd w:val="clear" w:color="auto" w:fill="F5F0E7" w:themeFill="background1"/>
      </w:tcPr>
    </w:tblStylePr>
    <w:tblStylePr w:type="firstCol">
      <w:rPr>
        <w:b/>
        <w:bCs/>
        <w:color w:val="2A2622" w:themeColor="text1"/>
      </w:rPr>
      <w:tblPr/>
      <w:tcPr>
        <w:tcBorders>
          <w:top w:val="nil"/>
          <w:left w:val="nil"/>
          <w:bottom w:val="nil"/>
          <w:right w:val="nil"/>
          <w:insideH w:val="nil"/>
          <w:insideV w:val="nil"/>
        </w:tcBorders>
        <w:shd w:val="clear" w:color="auto" w:fill="F5F0E7" w:themeFill="background1"/>
      </w:tcPr>
    </w:tblStylePr>
    <w:tblStylePr w:type="lastCol">
      <w:rPr>
        <w:b w:val="0"/>
        <w:bCs w:val="0"/>
        <w:color w:val="2A2622" w:themeColor="text1"/>
      </w:rPr>
      <w:tblPr/>
      <w:tcPr>
        <w:tcBorders>
          <w:top w:val="nil"/>
          <w:left w:val="nil"/>
          <w:bottom w:val="nil"/>
          <w:right w:val="nil"/>
          <w:insideH w:val="nil"/>
          <w:insideV w:val="nil"/>
        </w:tcBorders>
        <w:shd w:val="clear" w:color="auto" w:fill="D8D3CE" w:themeFill="text1" w:themeFillTint="33"/>
      </w:tcPr>
    </w:tblStylePr>
    <w:tblStylePr w:type="band1Vert">
      <w:tblPr/>
      <w:tcPr>
        <w:shd w:val="clear" w:color="auto" w:fill="9E9287" w:themeFill="text1" w:themeFillTint="7F"/>
      </w:tcPr>
    </w:tblStylePr>
    <w:tblStylePr w:type="band1Horz">
      <w:tblPr/>
      <w:tcPr>
        <w:tcBorders>
          <w:insideH w:val="single" w:sz="6" w:space="0" w:color="2A2622" w:themeColor="text1"/>
          <w:insideV w:val="single" w:sz="6" w:space="0" w:color="2A2622" w:themeColor="text1"/>
        </w:tcBorders>
        <w:shd w:val="clear" w:color="auto" w:fill="9E9287" w:themeFill="text1" w:themeFillTint="7F"/>
      </w:tcPr>
    </w:tblStylePr>
    <w:tblStylePr w:type="nwCell">
      <w:tblPr/>
      <w:tcPr>
        <w:shd w:val="clear" w:color="auto" w:fill="F5F0E7"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8FBDB3" w:themeColor="accent1"/>
        <w:left w:val="single" w:sz="8" w:space="0" w:color="8FBDB3" w:themeColor="accent1"/>
        <w:bottom w:val="single" w:sz="8" w:space="0" w:color="8FBDB3" w:themeColor="accent1"/>
        <w:right w:val="single" w:sz="8" w:space="0" w:color="8FBDB3" w:themeColor="accent1"/>
        <w:insideH w:val="single" w:sz="8" w:space="0" w:color="8FBDB3" w:themeColor="accent1"/>
        <w:insideV w:val="single" w:sz="8" w:space="0" w:color="8FBDB3" w:themeColor="accent1"/>
      </w:tblBorders>
    </w:tblPr>
    <w:tcPr>
      <w:shd w:val="clear" w:color="auto" w:fill="E3EEEC" w:themeFill="accent1" w:themeFillTint="3F"/>
    </w:tcPr>
    <w:tblStylePr w:type="firstRow">
      <w:rPr>
        <w:b/>
        <w:bCs/>
        <w:color w:val="2A2622" w:themeColor="text1"/>
      </w:rPr>
      <w:tblPr/>
      <w:tcPr>
        <w:shd w:val="clear" w:color="auto" w:fill="F3F8F7" w:themeFill="accent1" w:themeFillTint="19"/>
      </w:tcPr>
    </w:tblStylePr>
    <w:tblStylePr w:type="lastRow">
      <w:rPr>
        <w:b/>
        <w:bCs/>
        <w:color w:val="2A2622" w:themeColor="text1"/>
      </w:rPr>
      <w:tblPr/>
      <w:tcPr>
        <w:tcBorders>
          <w:top w:val="single" w:sz="12" w:space="0" w:color="2A2622" w:themeColor="text1"/>
          <w:left w:val="nil"/>
          <w:bottom w:val="nil"/>
          <w:right w:val="nil"/>
          <w:insideH w:val="nil"/>
          <w:insideV w:val="nil"/>
        </w:tcBorders>
        <w:shd w:val="clear" w:color="auto" w:fill="F5F0E7" w:themeFill="background1"/>
      </w:tcPr>
    </w:tblStylePr>
    <w:tblStylePr w:type="firstCol">
      <w:rPr>
        <w:b/>
        <w:bCs/>
        <w:color w:val="2A2622" w:themeColor="text1"/>
      </w:rPr>
      <w:tblPr/>
      <w:tcPr>
        <w:tcBorders>
          <w:top w:val="nil"/>
          <w:left w:val="nil"/>
          <w:bottom w:val="nil"/>
          <w:right w:val="nil"/>
          <w:insideH w:val="nil"/>
          <w:insideV w:val="nil"/>
        </w:tcBorders>
        <w:shd w:val="clear" w:color="auto" w:fill="F5F0E7" w:themeFill="background1"/>
      </w:tcPr>
    </w:tblStylePr>
    <w:tblStylePr w:type="lastCol">
      <w:rPr>
        <w:b w:val="0"/>
        <w:bCs w:val="0"/>
        <w:color w:val="2A2622" w:themeColor="text1"/>
      </w:rPr>
      <w:tblPr/>
      <w:tcPr>
        <w:tcBorders>
          <w:top w:val="nil"/>
          <w:left w:val="nil"/>
          <w:bottom w:val="nil"/>
          <w:right w:val="nil"/>
          <w:insideH w:val="nil"/>
          <w:insideV w:val="nil"/>
        </w:tcBorders>
        <w:shd w:val="clear" w:color="auto" w:fill="E8F1EF" w:themeFill="accent1" w:themeFillTint="33"/>
      </w:tcPr>
    </w:tblStylePr>
    <w:tblStylePr w:type="band1Vert">
      <w:tblPr/>
      <w:tcPr>
        <w:shd w:val="clear" w:color="auto" w:fill="C7DED9" w:themeFill="accent1" w:themeFillTint="7F"/>
      </w:tcPr>
    </w:tblStylePr>
    <w:tblStylePr w:type="band1Horz">
      <w:tblPr/>
      <w:tcPr>
        <w:tcBorders>
          <w:insideH w:val="single" w:sz="6" w:space="0" w:color="8FBDB3" w:themeColor="accent1"/>
          <w:insideV w:val="single" w:sz="6" w:space="0" w:color="8FBDB3" w:themeColor="accent1"/>
        </w:tcBorders>
        <w:shd w:val="clear" w:color="auto" w:fill="C7DED9" w:themeFill="accent1" w:themeFillTint="7F"/>
      </w:tcPr>
    </w:tblStylePr>
    <w:tblStylePr w:type="nwCell">
      <w:tblPr/>
      <w:tcPr>
        <w:shd w:val="clear" w:color="auto" w:fill="F5F0E7"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D16E66" w:themeColor="accent2"/>
        <w:left w:val="single" w:sz="8" w:space="0" w:color="D16E66" w:themeColor="accent2"/>
        <w:bottom w:val="single" w:sz="8" w:space="0" w:color="D16E66" w:themeColor="accent2"/>
        <w:right w:val="single" w:sz="8" w:space="0" w:color="D16E66" w:themeColor="accent2"/>
        <w:insideH w:val="single" w:sz="8" w:space="0" w:color="D16E66" w:themeColor="accent2"/>
        <w:insideV w:val="single" w:sz="8" w:space="0" w:color="D16E66" w:themeColor="accent2"/>
      </w:tblBorders>
    </w:tblPr>
    <w:tcPr>
      <w:shd w:val="clear" w:color="auto" w:fill="F3DAD9" w:themeFill="accent2" w:themeFillTint="3F"/>
    </w:tcPr>
    <w:tblStylePr w:type="firstRow">
      <w:rPr>
        <w:b/>
        <w:bCs/>
        <w:color w:val="2A2622" w:themeColor="text1"/>
      </w:rPr>
      <w:tblPr/>
      <w:tcPr>
        <w:shd w:val="clear" w:color="auto" w:fill="FAF0EF" w:themeFill="accent2" w:themeFillTint="19"/>
      </w:tcPr>
    </w:tblStylePr>
    <w:tblStylePr w:type="lastRow">
      <w:rPr>
        <w:b/>
        <w:bCs/>
        <w:color w:val="2A2622" w:themeColor="text1"/>
      </w:rPr>
      <w:tblPr/>
      <w:tcPr>
        <w:tcBorders>
          <w:top w:val="single" w:sz="12" w:space="0" w:color="2A2622" w:themeColor="text1"/>
          <w:left w:val="nil"/>
          <w:bottom w:val="nil"/>
          <w:right w:val="nil"/>
          <w:insideH w:val="nil"/>
          <w:insideV w:val="nil"/>
        </w:tcBorders>
        <w:shd w:val="clear" w:color="auto" w:fill="F5F0E7" w:themeFill="background1"/>
      </w:tcPr>
    </w:tblStylePr>
    <w:tblStylePr w:type="firstCol">
      <w:rPr>
        <w:b/>
        <w:bCs/>
        <w:color w:val="2A2622" w:themeColor="text1"/>
      </w:rPr>
      <w:tblPr/>
      <w:tcPr>
        <w:tcBorders>
          <w:top w:val="nil"/>
          <w:left w:val="nil"/>
          <w:bottom w:val="nil"/>
          <w:right w:val="nil"/>
          <w:insideH w:val="nil"/>
          <w:insideV w:val="nil"/>
        </w:tcBorders>
        <w:shd w:val="clear" w:color="auto" w:fill="F5F0E7" w:themeFill="background1"/>
      </w:tcPr>
    </w:tblStylePr>
    <w:tblStylePr w:type="lastCol">
      <w:rPr>
        <w:b w:val="0"/>
        <w:bCs w:val="0"/>
        <w:color w:val="2A2622" w:themeColor="text1"/>
      </w:rPr>
      <w:tblPr/>
      <w:tcPr>
        <w:tcBorders>
          <w:top w:val="nil"/>
          <w:left w:val="nil"/>
          <w:bottom w:val="nil"/>
          <w:right w:val="nil"/>
          <w:insideH w:val="nil"/>
          <w:insideV w:val="nil"/>
        </w:tcBorders>
        <w:shd w:val="clear" w:color="auto" w:fill="F5E1E0" w:themeFill="accent2" w:themeFillTint="33"/>
      </w:tcPr>
    </w:tblStylePr>
    <w:tblStylePr w:type="band1Vert">
      <w:tblPr/>
      <w:tcPr>
        <w:shd w:val="clear" w:color="auto" w:fill="E8B6B2" w:themeFill="accent2" w:themeFillTint="7F"/>
      </w:tcPr>
    </w:tblStylePr>
    <w:tblStylePr w:type="band1Horz">
      <w:tblPr/>
      <w:tcPr>
        <w:tcBorders>
          <w:insideH w:val="single" w:sz="6" w:space="0" w:color="D16E66" w:themeColor="accent2"/>
          <w:insideV w:val="single" w:sz="6" w:space="0" w:color="D16E66" w:themeColor="accent2"/>
        </w:tcBorders>
        <w:shd w:val="clear" w:color="auto" w:fill="E8B6B2" w:themeFill="accent2" w:themeFillTint="7F"/>
      </w:tcPr>
    </w:tblStylePr>
    <w:tblStylePr w:type="nwCell">
      <w:tblPr/>
      <w:tcPr>
        <w:shd w:val="clear" w:color="auto" w:fill="F5F0E7"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ECE1CD" w:themeColor="accent3"/>
        <w:left w:val="single" w:sz="8" w:space="0" w:color="ECE1CD" w:themeColor="accent3"/>
        <w:bottom w:val="single" w:sz="8" w:space="0" w:color="ECE1CD" w:themeColor="accent3"/>
        <w:right w:val="single" w:sz="8" w:space="0" w:color="ECE1CD" w:themeColor="accent3"/>
        <w:insideH w:val="single" w:sz="8" w:space="0" w:color="ECE1CD" w:themeColor="accent3"/>
        <w:insideV w:val="single" w:sz="8" w:space="0" w:color="ECE1CD" w:themeColor="accent3"/>
      </w:tblBorders>
    </w:tblPr>
    <w:tcPr>
      <w:shd w:val="clear" w:color="auto" w:fill="FAF7F2" w:themeFill="accent3" w:themeFillTint="3F"/>
    </w:tcPr>
    <w:tblStylePr w:type="firstRow">
      <w:rPr>
        <w:b/>
        <w:bCs/>
        <w:color w:val="2A2622" w:themeColor="text1"/>
      </w:rPr>
      <w:tblPr/>
      <w:tcPr>
        <w:shd w:val="clear" w:color="auto" w:fill="FDFBF9" w:themeFill="accent3" w:themeFillTint="19"/>
      </w:tcPr>
    </w:tblStylePr>
    <w:tblStylePr w:type="lastRow">
      <w:rPr>
        <w:b/>
        <w:bCs/>
        <w:color w:val="2A2622" w:themeColor="text1"/>
      </w:rPr>
      <w:tblPr/>
      <w:tcPr>
        <w:tcBorders>
          <w:top w:val="single" w:sz="12" w:space="0" w:color="2A2622" w:themeColor="text1"/>
          <w:left w:val="nil"/>
          <w:bottom w:val="nil"/>
          <w:right w:val="nil"/>
          <w:insideH w:val="nil"/>
          <w:insideV w:val="nil"/>
        </w:tcBorders>
        <w:shd w:val="clear" w:color="auto" w:fill="F5F0E7" w:themeFill="background1"/>
      </w:tcPr>
    </w:tblStylePr>
    <w:tblStylePr w:type="firstCol">
      <w:rPr>
        <w:b/>
        <w:bCs/>
        <w:color w:val="2A2622" w:themeColor="text1"/>
      </w:rPr>
      <w:tblPr/>
      <w:tcPr>
        <w:tcBorders>
          <w:top w:val="nil"/>
          <w:left w:val="nil"/>
          <w:bottom w:val="nil"/>
          <w:right w:val="nil"/>
          <w:insideH w:val="nil"/>
          <w:insideV w:val="nil"/>
        </w:tcBorders>
        <w:shd w:val="clear" w:color="auto" w:fill="F5F0E7" w:themeFill="background1"/>
      </w:tcPr>
    </w:tblStylePr>
    <w:tblStylePr w:type="lastCol">
      <w:rPr>
        <w:b w:val="0"/>
        <w:bCs w:val="0"/>
        <w:color w:val="2A2622" w:themeColor="text1"/>
      </w:rPr>
      <w:tblPr/>
      <w:tcPr>
        <w:tcBorders>
          <w:top w:val="nil"/>
          <w:left w:val="nil"/>
          <w:bottom w:val="nil"/>
          <w:right w:val="nil"/>
          <w:insideH w:val="nil"/>
          <w:insideV w:val="nil"/>
        </w:tcBorders>
        <w:shd w:val="clear" w:color="auto" w:fill="FBF8F4" w:themeFill="accent3" w:themeFillTint="33"/>
      </w:tcPr>
    </w:tblStylePr>
    <w:tblStylePr w:type="band1Vert">
      <w:tblPr/>
      <w:tcPr>
        <w:shd w:val="clear" w:color="auto" w:fill="F5EFE5" w:themeFill="accent3" w:themeFillTint="7F"/>
      </w:tcPr>
    </w:tblStylePr>
    <w:tblStylePr w:type="band1Horz">
      <w:tblPr/>
      <w:tcPr>
        <w:tcBorders>
          <w:insideH w:val="single" w:sz="6" w:space="0" w:color="ECE1CD" w:themeColor="accent3"/>
          <w:insideV w:val="single" w:sz="6" w:space="0" w:color="ECE1CD" w:themeColor="accent3"/>
        </w:tcBorders>
        <w:shd w:val="clear" w:color="auto" w:fill="F5EFE5" w:themeFill="accent3" w:themeFillTint="7F"/>
      </w:tcPr>
    </w:tblStylePr>
    <w:tblStylePr w:type="nwCell">
      <w:tblPr/>
      <w:tcPr>
        <w:shd w:val="clear" w:color="auto" w:fill="F5F0E7"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7E9777" w:themeColor="accent4"/>
        <w:left w:val="single" w:sz="8" w:space="0" w:color="7E9777" w:themeColor="accent4"/>
        <w:bottom w:val="single" w:sz="8" w:space="0" w:color="7E9777" w:themeColor="accent4"/>
        <w:right w:val="single" w:sz="8" w:space="0" w:color="7E9777" w:themeColor="accent4"/>
        <w:insideH w:val="single" w:sz="8" w:space="0" w:color="7E9777" w:themeColor="accent4"/>
        <w:insideV w:val="single" w:sz="8" w:space="0" w:color="7E9777" w:themeColor="accent4"/>
      </w:tblBorders>
    </w:tblPr>
    <w:tcPr>
      <w:shd w:val="clear" w:color="auto" w:fill="DFE5DD" w:themeFill="accent4" w:themeFillTint="3F"/>
    </w:tcPr>
    <w:tblStylePr w:type="firstRow">
      <w:rPr>
        <w:b/>
        <w:bCs/>
        <w:color w:val="2A2622" w:themeColor="text1"/>
      </w:rPr>
      <w:tblPr/>
      <w:tcPr>
        <w:shd w:val="clear" w:color="auto" w:fill="F2F4F1" w:themeFill="accent4" w:themeFillTint="19"/>
      </w:tcPr>
    </w:tblStylePr>
    <w:tblStylePr w:type="lastRow">
      <w:rPr>
        <w:b/>
        <w:bCs/>
        <w:color w:val="2A2622" w:themeColor="text1"/>
      </w:rPr>
      <w:tblPr/>
      <w:tcPr>
        <w:tcBorders>
          <w:top w:val="single" w:sz="12" w:space="0" w:color="2A2622" w:themeColor="text1"/>
          <w:left w:val="nil"/>
          <w:bottom w:val="nil"/>
          <w:right w:val="nil"/>
          <w:insideH w:val="nil"/>
          <w:insideV w:val="nil"/>
        </w:tcBorders>
        <w:shd w:val="clear" w:color="auto" w:fill="F5F0E7" w:themeFill="background1"/>
      </w:tcPr>
    </w:tblStylePr>
    <w:tblStylePr w:type="firstCol">
      <w:rPr>
        <w:b/>
        <w:bCs/>
        <w:color w:val="2A2622" w:themeColor="text1"/>
      </w:rPr>
      <w:tblPr/>
      <w:tcPr>
        <w:tcBorders>
          <w:top w:val="nil"/>
          <w:left w:val="nil"/>
          <w:bottom w:val="nil"/>
          <w:right w:val="nil"/>
          <w:insideH w:val="nil"/>
          <w:insideV w:val="nil"/>
        </w:tcBorders>
        <w:shd w:val="clear" w:color="auto" w:fill="F5F0E7" w:themeFill="background1"/>
      </w:tcPr>
    </w:tblStylePr>
    <w:tblStylePr w:type="lastCol">
      <w:rPr>
        <w:b w:val="0"/>
        <w:bCs w:val="0"/>
        <w:color w:val="2A2622" w:themeColor="text1"/>
      </w:rPr>
      <w:tblPr/>
      <w:tcPr>
        <w:tcBorders>
          <w:top w:val="nil"/>
          <w:left w:val="nil"/>
          <w:bottom w:val="nil"/>
          <w:right w:val="nil"/>
          <w:insideH w:val="nil"/>
          <w:insideV w:val="nil"/>
        </w:tcBorders>
        <w:shd w:val="clear" w:color="auto" w:fill="E5EAE3" w:themeFill="accent4" w:themeFillTint="33"/>
      </w:tcPr>
    </w:tblStylePr>
    <w:tblStylePr w:type="band1Vert">
      <w:tblPr/>
      <w:tcPr>
        <w:shd w:val="clear" w:color="auto" w:fill="BECBBB" w:themeFill="accent4" w:themeFillTint="7F"/>
      </w:tcPr>
    </w:tblStylePr>
    <w:tblStylePr w:type="band1Horz">
      <w:tblPr/>
      <w:tcPr>
        <w:tcBorders>
          <w:insideH w:val="single" w:sz="6" w:space="0" w:color="7E9777" w:themeColor="accent4"/>
          <w:insideV w:val="single" w:sz="6" w:space="0" w:color="7E9777" w:themeColor="accent4"/>
        </w:tcBorders>
        <w:shd w:val="clear" w:color="auto" w:fill="BECBBB" w:themeFill="accent4" w:themeFillTint="7F"/>
      </w:tcPr>
    </w:tblStylePr>
    <w:tblStylePr w:type="nwCell">
      <w:tblPr/>
      <w:tcPr>
        <w:shd w:val="clear" w:color="auto" w:fill="F5F0E7"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4D6E7F" w:themeColor="accent5"/>
        <w:left w:val="single" w:sz="8" w:space="0" w:color="4D6E7F" w:themeColor="accent5"/>
        <w:bottom w:val="single" w:sz="8" w:space="0" w:color="4D6E7F" w:themeColor="accent5"/>
        <w:right w:val="single" w:sz="8" w:space="0" w:color="4D6E7F" w:themeColor="accent5"/>
        <w:insideH w:val="single" w:sz="8" w:space="0" w:color="4D6E7F" w:themeColor="accent5"/>
        <w:insideV w:val="single" w:sz="8" w:space="0" w:color="4D6E7F" w:themeColor="accent5"/>
      </w:tblBorders>
    </w:tblPr>
    <w:tcPr>
      <w:shd w:val="clear" w:color="auto" w:fill="CFDCE2" w:themeFill="accent5" w:themeFillTint="3F"/>
    </w:tcPr>
    <w:tblStylePr w:type="firstRow">
      <w:rPr>
        <w:b/>
        <w:bCs/>
        <w:color w:val="2A2622" w:themeColor="text1"/>
      </w:rPr>
      <w:tblPr/>
      <w:tcPr>
        <w:shd w:val="clear" w:color="auto" w:fill="ECF1F3" w:themeFill="accent5" w:themeFillTint="19"/>
      </w:tcPr>
    </w:tblStylePr>
    <w:tblStylePr w:type="lastRow">
      <w:rPr>
        <w:b/>
        <w:bCs/>
        <w:color w:val="2A2622" w:themeColor="text1"/>
      </w:rPr>
      <w:tblPr/>
      <w:tcPr>
        <w:tcBorders>
          <w:top w:val="single" w:sz="12" w:space="0" w:color="2A2622" w:themeColor="text1"/>
          <w:left w:val="nil"/>
          <w:bottom w:val="nil"/>
          <w:right w:val="nil"/>
          <w:insideH w:val="nil"/>
          <w:insideV w:val="nil"/>
        </w:tcBorders>
        <w:shd w:val="clear" w:color="auto" w:fill="F5F0E7" w:themeFill="background1"/>
      </w:tcPr>
    </w:tblStylePr>
    <w:tblStylePr w:type="firstCol">
      <w:rPr>
        <w:b/>
        <w:bCs/>
        <w:color w:val="2A2622" w:themeColor="text1"/>
      </w:rPr>
      <w:tblPr/>
      <w:tcPr>
        <w:tcBorders>
          <w:top w:val="nil"/>
          <w:left w:val="nil"/>
          <w:bottom w:val="nil"/>
          <w:right w:val="nil"/>
          <w:insideH w:val="nil"/>
          <w:insideV w:val="nil"/>
        </w:tcBorders>
        <w:shd w:val="clear" w:color="auto" w:fill="F5F0E7" w:themeFill="background1"/>
      </w:tcPr>
    </w:tblStylePr>
    <w:tblStylePr w:type="lastCol">
      <w:rPr>
        <w:b w:val="0"/>
        <w:bCs w:val="0"/>
        <w:color w:val="2A2622" w:themeColor="text1"/>
      </w:rPr>
      <w:tblPr/>
      <w:tcPr>
        <w:tcBorders>
          <w:top w:val="nil"/>
          <w:left w:val="nil"/>
          <w:bottom w:val="nil"/>
          <w:right w:val="nil"/>
          <w:insideH w:val="nil"/>
          <w:insideV w:val="nil"/>
        </w:tcBorders>
        <w:shd w:val="clear" w:color="auto" w:fill="D8E2E8" w:themeFill="accent5" w:themeFillTint="33"/>
      </w:tcPr>
    </w:tblStylePr>
    <w:tblStylePr w:type="band1Vert">
      <w:tblPr/>
      <w:tcPr>
        <w:shd w:val="clear" w:color="auto" w:fill="9FB8C5" w:themeFill="accent5" w:themeFillTint="7F"/>
      </w:tcPr>
    </w:tblStylePr>
    <w:tblStylePr w:type="band1Horz">
      <w:tblPr/>
      <w:tcPr>
        <w:tcBorders>
          <w:insideH w:val="single" w:sz="6" w:space="0" w:color="4D6E7F" w:themeColor="accent5"/>
          <w:insideV w:val="single" w:sz="6" w:space="0" w:color="4D6E7F" w:themeColor="accent5"/>
        </w:tcBorders>
        <w:shd w:val="clear" w:color="auto" w:fill="9FB8C5" w:themeFill="accent5" w:themeFillTint="7F"/>
      </w:tcPr>
    </w:tblStylePr>
    <w:tblStylePr w:type="nwCell">
      <w:tblPr/>
      <w:tcPr>
        <w:shd w:val="clear" w:color="auto" w:fill="F5F0E7"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2A2622" w:themeColor="text1"/>
    </w:rPr>
    <w:tblPr>
      <w:tblStyleRowBandSize w:val="1"/>
      <w:tblStyleColBandSize w:val="1"/>
      <w:tblBorders>
        <w:top w:val="single" w:sz="8" w:space="0" w:color="9A9795" w:themeColor="accent6"/>
        <w:left w:val="single" w:sz="8" w:space="0" w:color="9A9795" w:themeColor="accent6"/>
        <w:bottom w:val="single" w:sz="8" w:space="0" w:color="9A9795" w:themeColor="accent6"/>
        <w:right w:val="single" w:sz="8" w:space="0" w:color="9A9795" w:themeColor="accent6"/>
        <w:insideH w:val="single" w:sz="8" w:space="0" w:color="9A9795" w:themeColor="accent6"/>
        <w:insideV w:val="single" w:sz="8" w:space="0" w:color="9A9795" w:themeColor="accent6"/>
      </w:tblBorders>
    </w:tblPr>
    <w:tcPr>
      <w:shd w:val="clear" w:color="auto" w:fill="E6E5E4" w:themeFill="accent6" w:themeFillTint="3F"/>
    </w:tcPr>
    <w:tblStylePr w:type="firstRow">
      <w:rPr>
        <w:b/>
        <w:bCs/>
        <w:color w:val="2A2622" w:themeColor="text1"/>
      </w:rPr>
      <w:tblPr/>
      <w:tcPr>
        <w:shd w:val="clear" w:color="auto" w:fill="F5F4F4" w:themeFill="accent6" w:themeFillTint="19"/>
      </w:tcPr>
    </w:tblStylePr>
    <w:tblStylePr w:type="lastRow">
      <w:rPr>
        <w:b/>
        <w:bCs/>
        <w:color w:val="2A2622" w:themeColor="text1"/>
      </w:rPr>
      <w:tblPr/>
      <w:tcPr>
        <w:tcBorders>
          <w:top w:val="single" w:sz="12" w:space="0" w:color="2A2622" w:themeColor="text1"/>
          <w:left w:val="nil"/>
          <w:bottom w:val="nil"/>
          <w:right w:val="nil"/>
          <w:insideH w:val="nil"/>
          <w:insideV w:val="nil"/>
        </w:tcBorders>
        <w:shd w:val="clear" w:color="auto" w:fill="F5F0E7" w:themeFill="background1"/>
      </w:tcPr>
    </w:tblStylePr>
    <w:tblStylePr w:type="firstCol">
      <w:rPr>
        <w:b/>
        <w:bCs/>
        <w:color w:val="2A2622" w:themeColor="text1"/>
      </w:rPr>
      <w:tblPr/>
      <w:tcPr>
        <w:tcBorders>
          <w:top w:val="nil"/>
          <w:left w:val="nil"/>
          <w:bottom w:val="nil"/>
          <w:right w:val="nil"/>
          <w:insideH w:val="nil"/>
          <w:insideV w:val="nil"/>
        </w:tcBorders>
        <w:shd w:val="clear" w:color="auto" w:fill="F5F0E7" w:themeFill="background1"/>
      </w:tcPr>
    </w:tblStylePr>
    <w:tblStylePr w:type="lastCol">
      <w:rPr>
        <w:b w:val="0"/>
        <w:bCs w:val="0"/>
        <w:color w:val="2A2622" w:themeColor="text1"/>
      </w:rPr>
      <w:tblPr/>
      <w:tcPr>
        <w:tcBorders>
          <w:top w:val="nil"/>
          <w:left w:val="nil"/>
          <w:bottom w:val="nil"/>
          <w:right w:val="nil"/>
          <w:insideH w:val="nil"/>
          <w:insideV w:val="nil"/>
        </w:tcBorders>
        <w:shd w:val="clear" w:color="auto" w:fill="EAEAE9" w:themeFill="accent6" w:themeFillTint="33"/>
      </w:tcPr>
    </w:tblStylePr>
    <w:tblStylePr w:type="band1Vert">
      <w:tblPr/>
      <w:tcPr>
        <w:shd w:val="clear" w:color="auto" w:fill="CCCBCA" w:themeFill="accent6" w:themeFillTint="7F"/>
      </w:tcPr>
    </w:tblStylePr>
    <w:tblStylePr w:type="band1Horz">
      <w:tblPr/>
      <w:tcPr>
        <w:tcBorders>
          <w:insideH w:val="single" w:sz="6" w:space="0" w:color="9A9795" w:themeColor="accent6"/>
          <w:insideV w:val="single" w:sz="6" w:space="0" w:color="9A9795" w:themeColor="accent6"/>
        </w:tcBorders>
        <w:shd w:val="clear" w:color="auto" w:fill="CCCBCA" w:themeFill="accent6" w:themeFillTint="7F"/>
      </w:tcPr>
    </w:tblStylePr>
    <w:tblStylePr w:type="nwCell">
      <w:tblPr/>
      <w:tcPr>
        <w:shd w:val="clear" w:color="auto" w:fill="F5F0E7"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6" w:space="0" w:color="F5F0E7" w:themeColor="background1"/>
        <w:insideV w:val="single" w:sz="6" w:space="0" w:color="F5F0E7" w:themeColor="background1"/>
      </w:tblBorders>
    </w:tblPr>
    <w:tcPr>
      <w:shd w:val="clear" w:color="auto" w:fill="CFC9C3" w:themeFill="text1" w:themeFillTint="3F"/>
    </w:tcPr>
    <w:tblStylePr w:type="firstRow">
      <w:rPr>
        <w:b/>
        <w:bCs/>
        <w:i w:val="0"/>
        <w:iCs w:val="0"/>
        <w:color w:val="F5F0E7" w:themeColor="background1"/>
      </w:rPr>
      <w:tblPr/>
      <w:tcPr>
        <w:tcBorders>
          <w:top w:val="single" w:sz="8" w:space="0" w:color="F5F0E7" w:themeColor="background1"/>
          <w:left w:val="single" w:sz="8" w:space="0" w:color="F5F0E7" w:themeColor="background1"/>
          <w:bottom w:val="single" w:sz="24" w:space="0" w:color="F5F0E7" w:themeColor="background1"/>
          <w:right w:val="single" w:sz="8" w:space="0" w:color="F5F0E7" w:themeColor="background1"/>
          <w:insideH w:val="nil"/>
          <w:insideV w:val="single" w:sz="8" w:space="0" w:color="F5F0E7" w:themeColor="background1"/>
        </w:tcBorders>
        <w:shd w:val="clear" w:color="auto" w:fill="2A2622" w:themeFill="text1"/>
      </w:tcPr>
    </w:tblStylePr>
    <w:tblStylePr w:type="lastRow">
      <w:rPr>
        <w:b/>
        <w:bCs/>
        <w:i w:val="0"/>
        <w:iCs w:val="0"/>
        <w:color w:val="F5F0E7" w:themeColor="background1"/>
      </w:rPr>
      <w:tblPr/>
      <w:tcPr>
        <w:tcBorders>
          <w:top w:val="single" w:sz="24" w:space="0" w:color="F5F0E7" w:themeColor="background1"/>
          <w:left w:val="single" w:sz="8" w:space="0" w:color="F5F0E7" w:themeColor="background1"/>
          <w:bottom w:val="single" w:sz="8" w:space="0" w:color="F5F0E7" w:themeColor="background1"/>
          <w:right w:val="single" w:sz="8" w:space="0" w:color="F5F0E7" w:themeColor="background1"/>
          <w:insideH w:val="nil"/>
          <w:insideV w:val="single" w:sz="8" w:space="0" w:color="F5F0E7" w:themeColor="background1"/>
        </w:tcBorders>
        <w:shd w:val="clear" w:color="auto" w:fill="2A2622" w:themeFill="text1"/>
      </w:tcPr>
    </w:tblStylePr>
    <w:tblStylePr w:type="firstCol">
      <w:rPr>
        <w:b/>
        <w:bCs/>
        <w:i w:val="0"/>
        <w:iCs w:val="0"/>
        <w:color w:val="F5F0E7" w:themeColor="background1"/>
      </w:rPr>
      <w:tblPr/>
      <w:tcPr>
        <w:tcBorders>
          <w:left w:val="single" w:sz="8" w:space="0" w:color="F5F0E7" w:themeColor="background1"/>
          <w:right w:val="single" w:sz="24" w:space="0" w:color="F5F0E7" w:themeColor="background1"/>
          <w:insideH w:val="nil"/>
          <w:insideV w:val="nil"/>
        </w:tcBorders>
        <w:shd w:val="clear" w:color="auto" w:fill="2A2622" w:themeFill="text1"/>
      </w:tcPr>
    </w:tblStylePr>
    <w:tblStylePr w:type="lastCol">
      <w:rPr>
        <w:b/>
        <w:bCs/>
        <w:i w:val="0"/>
        <w:iCs w:val="0"/>
        <w:color w:val="F5F0E7" w:themeColor="background1"/>
      </w:rPr>
      <w:tblPr/>
      <w:tcPr>
        <w:tcBorders>
          <w:top w:val="nil"/>
          <w:left w:val="single" w:sz="24" w:space="0" w:color="F5F0E7" w:themeColor="background1"/>
          <w:bottom w:val="nil"/>
          <w:right w:val="nil"/>
          <w:insideH w:val="nil"/>
          <w:insideV w:val="nil"/>
        </w:tcBorders>
        <w:shd w:val="clear" w:color="auto" w:fill="2A2622" w:themeFill="text1"/>
      </w:tcPr>
    </w:tblStylePr>
    <w:tblStylePr w:type="band1Vert">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nil"/>
          <w:insideV w:val="nil"/>
        </w:tcBorders>
        <w:shd w:val="clear" w:color="auto" w:fill="9E9287" w:themeFill="text1" w:themeFillTint="7F"/>
      </w:tcPr>
    </w:tblStylePr>
    <w:tblStylePr w:type="band1Horz">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8" w:space="0" w:color="F5F0E7" w:themeColor="background1"/>
          <w:insideV w:val="single" w:sz="8" w:space="0" w:color="F5F0E7" w:themeColor="background1"/>
        </w:tcBorders>
        <w:shd w:val="clear" w:color="auto" w:fill="9E9287"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6" w:space="0" w:color="F5F0E7" w:themeColor="background1"/>
        <w:insideV w:val="single" w:sz="6" w:space="0" w:color="F5F0E7" w:themeColor="background1"/>
      </w:tblBorders>
    </w:tblPr>
    <w:tcPr>
      <w:shd w:val="clear" w:color="auto" w:fill="E3EEEC" w:themeFill="accent1" w:themeFillTint="3F"/>
    </w:tcPr>
    <w:tblStylePr w:type="firstRow">
      <w:rPr>
        <w:b/>
        <w:bCs/>
        <w:i w:val="0"/>
        <w:iCs w:val="0"/>
        <w:color w:val="F5F0E7" w:themeColor="background1"/>
      </w:rPr>
      <w:tblPr/>
      <w:tcPr>
        <w:tcBorders>
          <w:top w:val="single" w:sz="8" w:space="0" w:color="F5F0E7" w:themeColor="background1"/>
          <w:left w:val="single" w:sz="8" w:space="0" w:color="F5F0E7" w:themeColor="background1"/>
          <w:bottom w:val="single" w:sz="24" w:space="0" w:color="F5F0E7" w:themeColor="background1"/>
          <w:right w:val="single" w:sz="8" w:space="0" w:color="F5F0E7" w:themeColor="background1"/>
          <w:insideH w:val="nil"/>
          <w:insideV w:val="single" w:sz="8" w:space="0" w:color="F5F0E7" w:themeColor="background1"/>
        </w:tcBorders>
        <w:shd w:val="clear" w:color="auto" w:fill="8FBDB3" w:themeFill="accent1"/>
      </w:tcPr>
    </w:tblStylePr>
    <w:tblStylePr w:type="lastRow">
      <w:rPr>
        <w:b/>
        <w:bCs/>
        <w:i w:val="0"/>
        <w:iCs w:val="0"/>
        <w:color w:val="F5F0E7" w:themeColor="background1"/>
      </w:rPr>
      <w:tblPr/>
      <w:tcPr>
        <w:tcBorders>
          <w:top w:val="single" w:sz="24" w:space="0" w:color="F5F0E7" w:themeColor="background1"/>
          <w:left w:val="single" w:sz="8" w:space="0" w:color="F5F0E7" w:themeColor="background1"/>
          <w:bottom w:val="single" w:sz="8" w:space="0" w:color="F5F0E7" w:themeColor="background1"/>
          <w:right w:val="single" w:sz="8" w:space="0" w:color="F5F0E7" w:themeColor="background1"/>
          <w:insideH w:val="nil"/>
          <w:insideV w:val="single" w:sz="8" w:space="0" w:color="F5F0E7" w:themeColor="background1"/>
        </w:tcBorders>
        <w:shd w:val="clear" w:color="auto" w:fill="8FBDB3" w:themeFill="accent1"/>
      </w:tcPr>
    </w:tblStylePr>
    <w:tblStylePr w:type="firstCol">
      <w:rPr>
        <w:b/>
        <w:bCs/>
        <w:i w:val="0"/>
        <w:iCs w:val="0"/>
        <w:color w:val="F5F0E7" w:themeColor="background1"/>
      </w:rPr>
      <w:tblPr/>
      <w:tcPr>
        <w:tcBorders>
          <w:left w:val="single" w:sz="8" w:space="0" w:color="F5F0E7" w:themeColor="background1"/>
          <w:right w:val="single" w:sz="24" w:space="0" w:color="F5F0E7" w:themeColor="background1"/>
          <w:insideH w:val="nil"/>
          <w:insideV w:val="nil"/>
        </w:tcBorders>
        <w:shd w:val="clear" w:color="auto" w:fill="8FBDB3" w:themeFill="accent1"/>
      </w:tcPr>
    </w:tblStylePr>
    <w:tblStylePr w:type="lastCol">
      <w:rPr>
        <w:b/>
        <w:bCs/>
        <w:i w:val="0"/>
        <w:iCs w:val="0"/>
        <w:color w:val="F5F0E7" w:themeColor="background1"/>
      </w:rPr>
      <w:tblPr/>
      <w:tcPr>
        <w:tcBorders>
          <w:top w:val="nil"/>
          <w:left w:val="single" w:sz="24" w:space="0" w:color="F5F0E7" w:themeColor="background1"/>
          <w:bottom w:val="nil"/>
          <w:right w:val="nil"/>
          <w:insideH w:val="nil"/>
          <w:insideV w:val="nil"/>
        </w:tcBorders>
        <w:shd w:val="clear" w:color="auto" w:fill="8FBDB3" w:themeFill="accent1"/>
      </w:tcPr>
    </w:tblStylePr>
    <w:tblStylePr w:type="band1Vert">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nil"/>
          <w:insideV w:val="nil"/>
        </w:tcBorders>
        <w:shd w:val="clear" w:color="auto" w:fill="C7DED9" w:themeFill="accent1" w:themeFillTint="7F"/>
      </w:tcPr>
    </w:tblStylePr>
    <w:tblStylePr w:type="band1Horz">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8" w:space="0" w:color="F5F0E7" w:themeColor="background1"/>
          <w:insideV w:val="single" w:sz="8" w:space="0" w:color="F5F0E7" w:themeColor="background1"/>
        </w:tcBorders>
        <w:shd w:val="clear" w:color="auto" w:fill="C7DED9"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6" w:space="0" w:color="F5F0E7" w:themeColor="background1"/>
        <w:insideV w:val="single" w:sz="6" w:space="0" w:color="F5F0E7" w:themeColor="background1"/>
      </w:tblBorders>
    </w:tblPr>
    <w:tcPr>
      <w:shd w:val="clear" w:color="auto" w:fill="F3DAD9" w:themeFill="accent2" w:themeFillTint="3F"/>
    </w:tcPr>
    <w:tblStylePr w:type="firstRow">
      <w:rPr>
        <w:b/>
        <w:bCs/>
        <w:i w:val="0"/>
        <w:iCs w:val="0"/>
        <w:color w:val="F5F0E7" w:themeColor="background1"/>
      </w:rPr>
      <w:tblPr/>
      <w:tcPr>
        <w:tcBorders>
          <w:top w:val="single" w:sz="8" w:space="0" w:color="F5F0E7" w:themeColor="background1"/>
          <w:left w:val="single" w:sz="8" w:space="0" w:color="F5F0E7" w:themeColor="background1"/>
          <w:bottom w:val="single" w:sz="24" w:space="0" w:color="F5F0E7" w:themeColor="background1"/>
          <w:right w:val="single" w:sz="8" w:space="0" w:color="F5F0E7" w:themeColor="background1"/>
          <w:insideH w:val="nil"/>
          <w:insideV w:val="single" w:sz="8" w:space="0" w:color="F5F0E7" w:themeColor="background1"/>
        </w:tcBorders>
        <w:shd w:val="clear" w:color="auto" w:fill="D16E66" w:themeFill="accent2"/>
      </w:tcPr>
    </w:tblStylePr>
    <w:tblStylePr w:type="lastRow">
      <w:rPr>
        <w:b/>
        <w:bCs/>
        <w:i w:val="0"/>
        <w:iCs w:val="0"/>
        <w:color w:val="F5F0E7" w:themeColor="background1"/>
      </w:rPr>
      <w:tblPr/>
      <w:tcPr>
        <w:tcBorders>
          <w:top w:val="single" w:sz="24" w:space="0" w:color="F5F0E7" w:themeColor="background1"/>
          <w:left w:val="single" w:sz="8" w:space="0" w:color="F5F0E7" w:themeColor="background1"/>
          <w:bottom w:val="single" w:sz="8" w:space="0" w:color="F5F0E7" w:themeColor="background1"/>
          <w:right w:val="single" w:sz="8" w:space="0" w:color="F5F0E7" w:themeColor="background1"/>
          <w:insideH w:val="nil"/>
          <w:insideV w:val="single" w:sz="8" w:space="0" w:color="F5F0E7" w:themeColor="background1"/>
        </w:tcBorders>
        <w:shd w:val="clear" w:color="auto" w:fill="D16E66" w:themeFill="accent2"/>
      </w:tcPr>
    </w:tblStylePr>
    <w:tblStylePr w:type="firstCol">
      <w:rPr>
        <w:b/>
        <w:bCs/>
        <w:i w:val="0"/>
        <w:iCs w:val="0"/>
        <w:color w:val="F5F0E7" w:themeColor="background1"/>
      </w:rPr>
      <w:tblPr/>
      <w:tcPr>
        <w:tcBorders>
          <w:left w:val="single" w:sz="8" w:space="0" w:color="F5F0E7" w:themeColor="background1"/>
          <w:right w:val="single" w:sz="24" w:space="0" w:color="F5F0E7" w:themeColor="background1"/>
          <w:insideH w:val="nil"/>
          <w:insideV w:val="nil"/>
        </w:tcBorders>
        <w:shd w:val="clear" w:color="auto" w:fill="D16E66" w:themeFill="accent2"/>
      </w:tcPr>
    </w:tblStylePr>
    <w:tblStylePr w:type="lastCol">
      <w:rPr>
        <w:b/>
        <w:bCs/>
        <w:i w:val="0"/>
        <w:iCs w:val="0"/>
        <w:color w:val="F5F0E7" w:themeColor="background1"/>
      </w:rPr>
      <w:tblPr/>
      <w:tcPr>
        <w:tcBorders>
          <w:top w:val="nil"/>
          <w:left w:val="single" w:sz="24" w:space="0" w:color="F5F0E7" w:themeColor="background1"/>
          <w:bottom w:val="nil"/>
          <w:right w:val="nil"/>
          <w:insideH w:val="nil"/>
          <w:insideV w:val="nil"/>
        </w:tcBorders>
        <w:shd w:val="clear" w:color="auto" w:fill="D16E66" w:themeFill="accent2"/>
      </w:tcPr>
    </w:tblStylePr>
    <w:tblStylePr w:type="band1Vert">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nil"/>
          <w:insideV w:val="nil"/>
        </w:tcBorders>
        <w:shd w:val="clear" w:color="auto" w:fill="E8B6B2" w:themeFill="accent2" w:themeFillTint="7F"/>
      </w:tcPr>
    </w:tblStylePr>
    <w:tblStylePr w:type="band1Horz">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8" w:space="0" w:color="F5F0E7" w:themeColor="background1"/>
          <w:insideV w:val="single" w:sz="8" w:space="0" w:color="F5F0E7" w:themeColor="background1"/>
        </w:tcBorders>
        <w:shd w:val="clear" w:color="auto" w:fill="E8B6B2"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6" w:space="0" w:color="F5F0E7" w:themeColor="background1"/>
        <w:insideV w:val="single" w:sz="6" w:space="0" w:color="F5F0E7" w:themeColor="background1"/>
      </w:tblBorders>
    </w:tblPr>
    <w:tcPr>
      <w:shd w:val="clear" w:color="auto" w:fill="FAF7F2" w:themeFill="accent3" w:themeFillTint="3F"/>
    </w:tcPr>
    <w:tblStylePr w:type="firstRow">
      <w:rPr>
        <w:b/>
        <w:bCs/>
        <w:i w:val="0"/>
        <w:iCs w:val="0"/>
        <w:color w:val="F5F0E7" w:themeColor="background1"/>
      </w:rPr>
      <w:tblPr/>
      <w:tcPr>
        <w:tcBorders>
          <w:top w:val="single" w:sz="8" w:space="0" w:color="F5F0E7" w:themeColor="background1"/>
          <w:left w:val="single" w:sz="8" w:space="0" w:color="F5F0E7" w:themeColor="background1"/>
          <w:bottom w:val="single" w:sz="24" w:space="0" w:color="F5F0E7" w:themeColor="background1"/>
          <w:right w:val="single" w:sz="8" w:space="0" w:color="F5F0E7" w:themeColor="background1"/>
          <w:insideH w:val="nil"/>
          <w:insideV w:val="single" w:sz="8" w:space="0" w:color="F5F0E7" w:themeColor="background1"/>
        </w:tcBorders>
        <w:shd w:val="clear" w:color="auto" w:fill="ECE1CD" w:themeFill="accent3"/>
      </w:tcPr>
    </w:tblStylePr>
    <w:tblStylePr w:type="lastRow">
      <w:rPr>
        <w:b/>
        <w:bCs/>
        <w:i w:val="0"/>
        <w:iCs w:val="0"/>
        <w:color w:val="F5F0E7" w:themeColor="background1"/>
      </w:rPr>
      <w:tblPr/>
      <w:tcPr>
        <w:tcBorders>
          <w:top w:val="single" w:sz="24" w:space="0" w:color="F5F0E7" w:themeColor="background1"/>
          <w:left w:val="single" w:sz="8" w:space="0" w:color="F5F0E7" w:themeColor="background1"/>
          <w:bottom w:val="single" w:sz="8" w:space="0" w:color="F5F0E7" w:themeColor="background1"/>
          <w:right w:val="single" w:sz="8" w:space="0" w:color="F5F0E7" w:themeColor="background1"/>
          <w:insideH w:val="nil"/>
          <w:insideV w:val="single" w:sz="8" w:space="0" w:color="F5F0E7" w:themeColor="background1"/>
        </w:tcBorders>
        <w:shd w:val="clear" w:color="auto" w:fill="ECE1CD" w:themeFill="accent3"/>
      </w:tcPr>
    </w:tblStylePr>
    <w:tblStylePr w:type="firstCol">
      <w:rPr>
        <w:b/>
        <w:bCs/>
        <w:i w:val="0"/>
        <w:iCs w:val="0"/>
        <w:color w:val="F5F0E7" w:themeColor="background1"/>
      </w:rPr>
      <w:tblPr/>
      <w:tcPr>
        <w:tcBorders>
          <w:left w:val="single" w:sz="8" w:space="0" w:color="F5F0E7" w:themeColor="background1"/>
          <w:right w:val="single" w:sz="24" w:space="0" w:color="F5F0E7" w:themeColor="background1"/>
          <w:insideH w:val="nil"/>
          <w:insideV w:val="nil"/>
        </w:tcBorders>
        <w:shd w:val="clear" w:color="auto" w:fill="ECE1CD" w:themeFill="accent3"/>
      </w:tcPr>
    </w:tblStylePr>
    <w:tblStylePr w:type="lastCol">
      <w:rPr>
        <w:b/>
        <w:bCs/>
        <w:i w:val="0"/>
        <w:iCs w:val="0"/>
        <w:color w:val="F5F0E7" w:themeColor="background1"/>
      </w:rPr>
      <w:tblPr/>
      <w:tcPr>
        <w:tcBorders>
          <w:top w:val="nil"/>
          <w:left w:val="single" w:sz="24" w:space="0" w:color="F5F0E7" w:themeColor="background1"/>
          <w:bottom w:val="nil"/>
          <w:right w:val="nil"/>
          <w:insideH w:val="nil"/>
          <w:insideV w:val="nil"/>
        </w:tcBorders>
        <w:shd w:val="clear" w:color="auto" w:fill="ECE1CD" w:themeFill="accent3"/>
      </w:tcPr>
    </w:tblStylePr>
    <w:tblStylePr w:type="band1Vert">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nil"/>
          <w:insideV w:val="nil"/>
        </w:tcBorders>
        <w:shd w:val="clear" w:color="auto" w:fill="F5EFE5" w:themeFill="accent3" w:themeFillTint="7F"/>
      </w:tcPr>
    </w:tblStylePr>
    <w:tblStylePr w:type="band1Horz">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8" w:space="0" w:color="F5F0E7" w:themeColor="background1"/>
          <w:insideV w:val="single" w:sz="8" w:space="0" w:color="F5F0E7" w:themeColor="background1"/>
        </w:tcBorders>
        <w:shd w:val="clear" w:color="auto" w:fill="F5EFE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6" w:space="0" w:color="F5F0E7" w:themeColor="background1"/>
        <w:insideV w:val="single" w:sz="6" w:space="0" w:color="F5F0E7" w:themeColor="background1"/>
      </w:tblBorders>
    </w:tblPr>
    <w:tcPr>
      <w:shd w:val="clear" w:color="auto" w:fill="DFE5DD" w:themeFill="accent4" w:themeFillTint="3F"/>
    </w:tcPr>
    <w:tblStylePr w:type="firstRow">
      <w:rPr>
        <w:b/>
        <w:bCs/>
        <w:i w:val="0"/>
        <w:iCs w:val="0"/>
        <w:color w:val="F5F0E7" w:themeColor="background1"/>
      </w:rPr>
      <w:tblPr/>
      <w:tcPr>
        <w:tcBorders>
          <w:top w:val="single" w:sz="8" w:space="0" w:color="F5F0E7" w:themeColor="background1"/>
          <w:left w:val="single" w:sz="8" w:space="0" w:color="F5F0E7" w:themeColor="background1"/>
          <w:bottom w:val="single" w:sz="24" w:space="0" w:color="F5F0E7" w:themeColor="background1"/>
          <w:right w:val="single" w:sz="8" w:space="0" w:color="F5F0E7" w:themeColor="background1"/>
          <w:insideH w:val="nil"/>
          <w:insideV w:val="single" w:sz="8" w:space="0" w:color="F5F0E7" w:themeColor="background1"/>
        </w:tcBorders>
        <w:shd w:val="clear" w:color="auto" w:fill="7E9777" w:themeFill="accent4"/>
      </w:tcPr>
    </w:tblStylePr>
    <w:tblStylePr w:type="lastRow">
      <w:rPr>
        <w:b/>
        <w:bCs/>
        <w:i w:val="0"/>
        <w:iCs w:val="0"/>
        <w:color w:val="F5F0E7" w:themeColor="background1"/>
      </w:rPr>
      <w:tblPr/>
      <w:tcPr>
        <w:tcBorders>
          <w:top w:val="single" w:sz="24" w:space="0" w:color="F5F0E7" w:themeColor="background1"/>
          <w:left w:val="single" w:sz="8" w:space="0" w:color="F5F0E7" w:themeColor="background1"/>
          <w:bottom w:val="single" w:sz="8" w:space="0" w:color="F5F0E7" w:themeColor="background1"/>
          <w:right w:val="single" w:sz="8" w:space="0" w:color="F5F0E7" w:themeColor="background1"/>
          <w:insideH w:val="nil"/>
          <w:insideV w:val="single" w:sz="8" w:space="0" w:color="F5F0E7" w:themeColor="background1"/>
        </w:tcBorders>
        <w:shd w:val="clear" w:color="auto" w:fill="7E9777" w:themeFill="accent4"/>
      </w:tcPr>
    </w:tblStylePr>
    <w:tblStylePr w:type="firstCol">
      <w:rPr>
        <w:b/>
        <w:bCs/>
        <w:i w:val="0"/>
        <w:iCs w:val="0"/>
        <w:color w:val="F5F0E7" w:themeColor="background1"/>
      </w:rPr>
      <w:tblPr/>
      <w:tcPr>
        <w:tcBorders>
          <w:left w:val="single" w:sz="8" w:space="0" w:color="F5F0E7" w:themeColor="background1"/>
          <w:right w:val="single" w:sz="24" w:space="0" w:color="F5F0E7" w:themeColor="background1"/>
          <w:insideH w:val="nil"/>
          <w:insideV w:val="nil"/>
        </w:tcBorders>
        <w:shd w:val="clear" w:color="auto" w:fill="7E9777" w:themeFill="accent4"/>
      </w:tcPr>
    </w:tblStylePr>
    <w:tblStylePr w:type="lastCol">
      <w:rPr>
        <w:b/>
        <w:bCs/>
        <w:i w:val="0"/>
        <w:iCs w:val="0"/>
        <w:color w:val="F5F0E7" w:themeColor="background1"/>
      </w:rPr>
      <w:tblPr/>
      <w:tcPr>
        <w:tcBorders>
          <w:top w:val="nil"/>
          <w:left w:val="single" w:sz="24" w:space="0" w:color="F5F0E7" w:themeColor="background1"/>
          <w:bottom w:val="nil"/>
          <w:right w:val="nil"/>
          <w:insideH w:val="nil"/>
          <w:insideV w:val="nil"/>
        </w:tcBorders>
        <w:shd w:val="clear" w:color="auto" w:fill="7E9777" w:themeFill="accent4"/>
      </w:tcPr>
    </w:tblStylePr>
    <w:tblStylePr w:type="band1Vert">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nil"/>
          <w:insideV w:val="nil"/>
        </w:tcBorders>
        <w:shd w:val="clear" w:color="auto" w:fill="BECBBB" w:themeFill="accent4" w:themeFillTint="7F"/>
      </w:tcPr>
    </w:tblStylePr>
    <w:tblStylePr w:type="band1Horz">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8" w:space="0" w:color="F5F0E7" w:themeColor="background1"/>
          <w:insideV w:val="single" w:sz="8" w:space="0" w:color="F5F0E7" w:themeColor="background1"/>
        </w:tcBorders>
        <w:shd w:val="clear" w:color="auto" w:fill="BECBBB"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6" w:space="0" w:color="F5F0E7" w:themeColor="background1"/>
        <w:insideV w:val="single" w:sz="6" w:space="0" w:color="F5F0E7" w:themeColor="background1"/>
      </w:tblBorders>
    </w:tblPr>
    <w:tcPr>
      <w:shd w:val="clear" w:color="auto" w:fill="CFDCE2" w:themeFill="accent5" w:themeFillTint="3F"/>
    </w:tcPr>
    <w:tblStylePr w:type="firstRow">
      <w:rPr>
        <w:b/>
        <w:bCs/>
        <w:i w:val="0"/>
        <w:iCs w:val="0"/>
        <w:color w:val="F5F0E7" w:themeColor="background1"/>
      </w:rPr>
      <w:tblPr/>
      <w:tcPr>
        <w:tcBorders>
          <w:top w:val="single" w:sz="8" w:space="0" w:color="F5F0E7" w:themeColor="background1"/>
          <w:left w:val="single" w:sz="8" w:space="0" w:color="F5F0E7" w:themeColor="background1"/>
          <w:bottom w:val="single" w:sz="24" w:space="0" w:color="F5F0E7" w:themeColor="background1"/>
          <w:right w:val="single" w:sz="8" w:space="0" w:color="F5F0E7" w:themeColor="background1"/>
          <w:insideH w:val="nil"/>
          <w:insideV w:val="single" w:sz="8" w:space="0" w:color="F5F0E7" w:themeColor="background1"/>
        </w:tcBorders>
        <w:shd w:val="clear" w:color="auto" w:fill="4D6E7F" w:themeFill="accent5"/>
      </w:tcPr>
    </w:tblStylePr>
    <w:tblStylePr w:type="lastRow">
      <w:rPr>
        <w:b/>
        <w:bCs/>
        <w:i w:val="0"/>
        <w:iCs w:val="0"/>
        <w:color w:val="F5F0E7" w:themeColor="background1"/>
      </w:rPr>
      <w:tblPr/>
      <w:tcPr>
        <w:tcBorders>
          <w:top w:val="single" w:sz="24" w:space="0" w:color="F5F0E7" w:themeColor="background1"/>
          <w:left w:val="single" w:sz="8" w:space="0" w:color="F5F0E7" w:themeColor="background1"/>
          <w:bottom w:val="single" w:sz="8" w:space="0" w:color="F5F0E7" w:themeColor="background1"/>
          <w:right w:val="single" w:sz="8" w:space="0" w:color="F5F0E7" w:themeColor="background1"/>
          <w:insideH w:val="nil"/>
          <w:insideV w:val="single" w:sz="8" w:space="0" w:color="F5F0E7" w:themeColor="background1"/>
        </w:tcBorders>
        <w:shd w:val="clear" w:color="auto" w:fill="4D6E7F" w:themeFill="accent5"/>
      </w:tcPr>
    </w:tblStylePr>
    <w:tblStylePr w:type="firstCol">
      <w:rPr>
        <w:b/>
        <w:bCs/>
        <w:i w:val="0"/>
        <w:iCs w:val="0"/>
        <w:color w:val="F5F0E7" w:themeColor="background1"/>
      </w:rPr>
      <w:tblPr/>
      <w:tcPr>
        <w:tcBorders>
          <w:left w:val="single" w:sz="8" w:space="0" w:color="F5F0E7" w:themeColor="background1"/>
          <w:right w:val="single" w:sz="24" w:space="0" w:color="F5F0E7" w:themeColor="background1"/>
          <w:insideH w:val="nil"/>
          <w:insideV w:val="nil"/>
        </w:tcBorders>
        <w:shd w:val="clear" w:color="auto" w:fill="4D6E7F" w:themeFill="accent5"/>
      </w:tcPr>
    </w:tblStylePr>
    <w:tblStylePr w:type="lastCol">
      <w:rPr>
        <w:b/>
        <w:bCs/>
        <w:i w:val="0"/>
        <w:iCs w:val="0"/>
        <w:color w:val="F5F0E7" w:themeColor="background1"/>
      </w:rPr>
      <w:tblPr/>
      <w:tcPr>
        <w:tcBorders>
          <w:top w:val="nil"/>
          <w:left w:val="single" w:sz="24" w:space="0" w:color="F5F0E7" w:themeColor="background1"/>
          <w:bottom w:val="nil"/>
          <w:right w:val="nil"/>
          <w:insideH w:val="nil"/>
          <w:insideV w:val="nil"/>
        </w:tcBorders>
        <w:shd w:val="clear" w:color="auto" w:fill="4D6E7F" w:themeFill="accent5"/>
      </w:tcPr>
    </w:tblStylePr>
    <w:tblStylePr w:type="band1Vert">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nil"/>
          <w:insideV w:val="nil"/>
        </w:tcBorders>
        <w:shd w:val="clear" w:color="auto" w:fill="9FB8C5" w:themeFill="accent5" w:themeFillTint="7F"/>
      </w:tcPr>
    </w:tblStylePr>
    <w:tblStylePr w:type="band1Horz">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8" w:space="0" w:color="F5F0E7" w:themeColor="background1"/>
          <w:insideV w:val="single" w:sz="8" w:space="0" w:color="F5F0E7" w:themeColor="background1"/>
        </w:tcBorders>
        <w:shd w:val="clear" w:color="auto" w:fill="9FB8C5"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6" w:space="0" w:color="F5F0E7" w:themeColor="background1"/>
        <w:insideV w:val="single" w:sz="6" w:space="0" w:color="F5F0E7" w:themeColor="background1"/>
      </w:tblBorders>
    </w:tblPr>
    <w:tcPr>
      <w:shd w:val="clear" w:color="auto" w:fill="E6E5E4" w:themeFill="accent6" w:themeFillTint="3F"/>
    </w:tcPr>
    <w:tblStylePr w:type="firstRow">
      <w:rPr>
        <w:b/>
        <w:bCs/>
        <w:i w:val="0"/>
        <w:iCs w:val="0"/>
        <w:color w:val="F5F0E7" w:themeColor="background1"/>
      </w:rPr>
      <w:tblPr/>
      <w:tcPr>
        <w:tcBorders>
          <w:top w:val="single" w:sz="8" w:space="0" w:color="F5F0E7" w:themeColor="background1"/>
          <w:left w:val="single" w:sz="8" w:space="0" w:color="F5F0E7" w:themeColor="background1"/>
          <w:bottom w:val="single" w:sz="24" w:space="0" w:color="F5F0E7" w:themeColor="background1"/>
          <w:right w:val="single" w:sz="8" w:space="0" w:color="F5F0E7" w:themeColor="background1"/>
          <w:insideH w:val="nil"/>
          <w:insideV w:val="single" w:sz="8" w:space="0" w:color="F5F0E7" w:themeColor="background1"/>
        </w:tcBorders>
        <w:shd w:val="clear" w:color="auto" w:fill="9A9795" w:themeFill="accent6"/>
      </w:tcPr>
    </w:tblStylePr>
    <w:tblStylePr w:type="lastRow">
      <w:rPr>
        <w:b/>
        <w:bCs/>
        <w:i w:val="0"/>
        <w:iCs w:val="0"/>
        <w:color w:val="F5F0E7" w:themeColor="background1"/>
      </w:rPr>
      <w:tblPr/>
      <w:tcPr>
        <w:tcBorders>
          <w:top w:val="single" w:sz="24" w:space="0" w:color="F5F0E7" w:themeColor="background1"/>
          <w:left w:val="single" w:sz="8" w:space="0" w:color="F5F0E7" w:themeColor="background1"/>
          <w:bottom w:val="single" w:sz="8" w:space="0" w:color="F5F0E7" w:themeColor="background1"/>
          <w:right w:val="single" w:sz="8" w:space="0" w:color="F5F0E7" w:themeColor="background1"/>
          <w:insideH w:val="nil"/>
          <w:insideV w:val="single" w:sz="8" w:space="0" w:color="F5F0E7" w:themeColor="background1"/>
        </w:tcBorders>
        <w:shd w:val="clear" w:color="auto" w:fill="9A9795" w:themeFill="accent6"/>
      </w:tcPr>
    </w:tblStylePr>
    <w:tblStylePr w:type="firstCol">
      <w:rPr>
        <w:b/>
        <w:bCs/>
        <w:i w:val="0"/>
        <w:iCs w:val="0"/>
        <w:color w:val="F5F0E7" w:themeColor="background1"/>
      </w:rPr>
      <w:tblPr/>
      <w:tcPr>
        <w:tcBorders>
          <w:left w:val="single" w:sz="8" w:space="0" w:color="F5F0E7" w:themeColor="background1"/>
          <w:right w:val="single" w:sz="24" w:space="0" w:color="F5F0E7" w:themeColor="background1"/>
          <w:insideH w:val="nil"/>
          <w:insideV w:val="nil"/>
        </w:tcBorders>
        <w:shd w:val="clear" w:color="auto" w:fill="9A9795" w:themeFill="accent6"/>
      </w:tcPr>
    </w:tblStylePr>
    <w:tblStylePr w:type="lastCol">
      <w:rPr>
        <w:b/>
        <w:bCs/>
        <w:i w:val="0"/>
        <w:iCs w:val="0"/>
        <w:color w:val="F5F0E7" w:themeColor="background1"/>
      </w:rPr>
      <w:tblPr/>
      <w:tcPr>
        <w:tcBorders>
          <w:top w:val="nil"/>
          <w:left w:val="single" w:sz="24" w:space="0" w:color="F5F0E7" w:themeColor="background1"/>
          <w:bottom w:val="nil"/>
          <w:right w:val="nil"/>
          <w:insideH w:val="nil"/>
          <w:insideV w:val="nil"/>
        </w:tcBorders>
        <w:shd w:val="clear" w:color="auto" w:fill="9A9795" w:themeFill="accent6"/>
      </w:tcPr>
    </w:tblStylePr>
    <w:tblStylePr w:type="band1Vert">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nil"/>
          <w:insideV w:val="nil"/>
        </w:tcBorders>
        <w:shd w:val="clear" w:color="auto" w:fill="CCCBCA" w:themeFill="accent6" w:themeFillTint="7F"/>
      </w:tcPr>
    </w:tblStylePr>
    <w:tblStylePr w:type="band1Horz">
      <w:tblPr/>
      <w:tcPr>
        <w:tcBorders>
          <w:top w:val="single" w:sz="8" w:space="0" w:color="F5F0E7" w:themeColor="background1"/>
          <w:left w:val="single" w:sz="8" w:space="0" w:color="F5F0E7" w:themeColor="background1"/>
          <w:bottom w:val="single" w:sz="8" w:space="0" w:color="F5F0E7" w:themeColor="background1"/>
          <w:right w:val="single" w:sz="8" w:space="0" w:color="F5F0E7" w:themeColor="background1"/>
          <w:insideH w:val="single" w:sz="8" w:space="0" w:color="F5F0E7" w:themeColor="background1"/>
          <w:insideV w:val="single" w:sz="8" w:space="0" w:color="F5F0E7" w:themeColor="background1"/>
        </w:tcBorders>
        <w:shd w:val="clear" w:color="auto" w:fill="CCCBCA" w:themeFill="accent6" w:themeFillTint="7F"/>
      </w:tcPr>
    </w:tblStylePr>
  </w:style>
  <w:style w:type="table" w:styleId="DarkList">
    <w:name w:val="Dark List"/>
    <w:basedOn w:val="TableNormal"/>
    <w:uiPriority w:val="70"/>
    <w:rsid w:val="00CB0664"/>
    <w:pPr>
      <w:spacing w:after="0" w:line="240" w:lineRule="auto"/>
    </w:pPr>
    <w:rPr>
      <w:color w:val="F5F0E7" w:themeColor="background1"/>
    </w:rPr>
    <w:tblPr>
      <w:tblStyleRowBandSize w:val="1"/>
      <w:tblStyleColBandSize w:val="1"/>
    </w:tblPr>
    <w:tcPr>
      <w:shd w:val="clear" w:color="auto" w:fill="2A2622" w:themeFill="text1"/>
    </w:tcPr>
    <w:tblStylePr w:type="firstRow">
      <w:rPr>
        <w:b/>
        <w:bCs/>
      </w:rPr>
      <w:tblPr/>
      <w:tcPr>
        <w:tcBorders>
          <w:top w:val="nil"/>
          <w:left w:val="nil"/>
          <w:bottom w:val="single" w:sz="18" w:space="0" w:color="F5F0E7" w:themeColor="background1"/>
          <w:right w:val="nil"/>
          <w:insideH w:val="nil"/>
          <w:insideV w:val="nil"/>
        </w:tcBorders>
        <w:shd w:val="clear" w:color="auto" w:fill="2A2622" w:themeFill="text1"/>
      </w:tcPr>
    </w:tblStylePr>
    <w:tblStylePr w:type="lastRow">
      <w:tblPr/>
      <w:tcPr>
        <w:tcBorders>
          <w:top w:val="single" w:sz="18" w:space="0" w:color="F5F0E7" w:themeColor="background1"/>
          <w:left w:val="nil"/>
          <w:bottom w:val="nil"/>
          <w:right w:val="nil"/>
          <w:insideH w:val="nil"/>
          <w:insideV w:val="nil"/>
        </w:tcBorders>
        <w:shd w:val="clear" w:color="auto" w:fill="141211" w:themeFill="text1" w:themeFillShade="7F"/>
      </w:tcPr>
    </w:tblStylePr>
    <w:tblStylePr w:type="firstCol">
      <w:tblPr/>
      <w:tcPr>
        <w:tcBorders>
          <w:top w:val="nil"/>
          <w:left w:val="nil"/>
          <w:bottom w:val="nil"/>
          <w:right w:val="single" w:sz="18" w:space="0" w:color="F5F0E7" w:themeColor="background1"/>
          <w:insideH w:val="nil"/>
          <w:insideV w:val="nil"/>
        </w:tcBorders>
        <w:shd w:val="clear" w:color="auto" w:fill="1F1C19" w:themeFill="text1" w:themeFillShade="BF"/>
      </w:tcPr>
    </w:tblStylePr>
    <w:tblStylePr w:type="lastCol">
      <w:tblPr/>
      <w:tcPr>
        <w:tcBorders>
          <w:top w:val="nil"/>
          <w:left w:val="single" w:sz="18" w:space="0" w:color="F5F0E7" w:themeColor="background1"/>
          <w:bottom w:val="nil"/>
          <w:right w:val="nil"/>
          <w:insideH w:val="nil"/>
          <w:insideV w:val="nil"/>
        </w:tcBorders>
        <w:shd w:val="clear" w:color="auto" w:fill="1F1C19" w:themeFill="text1" w:themeFillShade="BF"/>
      </w:tcPr>
    </w:tblStylePr>
    <w:tblStylePr w:type="band1Vert">
      <w:tblPr/>
      <w:tcPr>
        <w:tcBorders>
          <w:top w:val="nil"/>
          <w:left w:val="nil"/>
          <w:bottom w:val="nil"/>
          <w:right w:val="nil"/>
          <w:insideH w:val="nil"/>
          <w:insideV w:val="nil"/>
        </w:tcBorders>
        <w:shd w:val="clear" w:color="auto" w:fill="1F1C19" w:themeFill="text1" w:themeFillShade="BF"/>
      </w:tcPr>
    </w:tblStylePr>
    <w:tblStylePr w:type="band1Horz">
      <w:tblPr/>
      <w:tcPr>
        <w:tcBorders>
          <w:top w:val="nil"/>
          <w:left w:val="nil"/>
          <w:bottom w:val="nil"/>
          <w:right w:val="nil"/>
          <w:insideH w:val="nil"/>
          <w:insideV w:val="nil"/>
        </w:tcBorders>
        <w:shd w:val="clear" w:color="auto" w:fill="1F1C19" w:themeFill="text1" w:themeFillShade="BF"/>
      </w:tcPr>
    </w:tblStylePr>
  </w:style>
  <w:style w:type="table" w:styleId="DarkList-Accent1">
    <w:name w:val="Dark List Accent 1"/>
    <w:basedOn w:val="TableNormal"/>
    <w:uiPriority w:val="70"/>
    <w:rsid w:val="00CB0664"/>
    <w:pPr>
      <w:spacing w:after="0" w:line="240" w:lineRule="auto"/>
    </w:pPr>
    <w:rPr>
      <w:color w:val="F5F0E7" w:themeColor="background1"/>
    </w:rPr>
    <w:tblPr>
      <w:tblStyleRowBandSize w:val="1"/>
      <w:tblStyleColBandSize w:val="1"/>
    </w:tblPr>
    <w:tcPr>
      <w:shd w:val="clear" w:color="auto" w:fill="8FBDB3" w:themeFill="accent1"/>
    </w:tcPr>
    <w:tblStylePr w:type="firstRow">
      <w:rPr>
        <w:b/>
        <w:bCs/>
      </w:rPr>
      <w:tblPr/>
      <w:tcPr>
        <w:tcBorders>
          <w:top w:val="nil"/>
          <w:left w:val="nil"/>
          <w:bottom w:val="single" w:sz="18" w:space="0" w:color="F5F0E7" w:themeColor="background1"/>
          <w:right w:val="nil"/>
          <w:insideH w:val="nil"/>
          <w:insideV w:val="nil"/>
        </w:tcBorders>
        <w:shd w:val="clear" w:color="auto" w:fill="2A2622" w:themeFill="text1"/>
      </w:tcPr>
    </w:tblStylePr>
    <w:tblStylePr w:type="lastRow">
      <w:tblPr/>
      <w:tcPr>
        <w:tcBorders>
          <w:top w:val="single" w:sz="18" w:space="0" w:color="F5F0E7" w:themeColor="background1"/>
          <w:left w:val="nil"/>
          <w:bottom w:val="nil"/>
          <w:right w:val="nil"/>
          <w:insideH w:val="nil"/>
          <w:insideV w:val="nil"/>
        </w:tcBorders>
        <w:shd w:val="clear" w:color="auto" w:fill="3D685E" w:themeFill="accent1" w:themeFillShade="7F"/>
      </w:tcPr>
    </w:tblStylePr>
    <w:tblStylePr w:type="firstCol">
      <w:tblPr/>
      <w:tcPr>
        <w:tcBorders>
          <w:top w:val="nil"/>
          <w:left w:val="nil"/>
          <w:bottom w:val="nil"/>
          <w:right w:val="single" w:sz="18" w:space="0" w:color="F5F0E7" w:themeColor="background1"/>
          <w:insideH w:val="nil"/>
          <w:insideV w:val="nil"/>
        </w:tcBorders>
        <w:shd w:val="clear" w:color="auto" w:fill="5C9C8E" w:themeFill="accent1" w:themeFillShade="BF"/>
      </w:tcPr>
    </w:tblStylePr>
    <w:tblStylePr w:type="lastCol">
      <w:tblPr/>
      <w:tcPr>
        <w:tcBorders>
          <w:top w:val="nil"/>
          <w:left w:val="single" w:sz="18" w:space="0" w:color="F5F0E7" w:themeColor="background1"/>
          <w:bottom w:val="nil"/>
          <w:right w:val="nil"/>
          <w:insideH w:val="nil"/>
          <w:insideV w:val="nil"/>
        </w:tcBorders>
        <w:shd w:val="clear" w:color="auto" w:fill="5C9C8E" w:themeFill="accent1" w:themeFillShade="BF"/>
      </w:tcPr>
    </w:tblStylePr>
    <w:tblStylePr w:type="band1Vert">
      <w:tblPr/>
      <w:tcPr>
        <w:tcBorders>
          <w:top w:val="nil"/>
          <w:left w:val="nil"/>
          <w:bottom w:val="nil"/>
          <w:right w:val="nil"/>
          <w:insideH w:val="nil"/>
          <w:insideV w:val="nil"/>
        </w:tcBorders>
        <w:shd w:val="clear" w:color="auto" w:fill="5C9C8E" w:themeFill="accent1" w:themeFillShade="BF"/>
      </w:tcPr>
    </w:tblStylePr>
    <w:tblStylePr w:type="band1Horz">
      <w:tblPr/>
      <w:tcPr>
        <w:tcBorders>
          <w:top w:val="nil"/>
          <w:left w:val="nil"/>
          <w:bottom w:val="nil"/>
          <w:right w:val="nil"/>
          <w:insideH w:val="nil"/>
          <w:insideV w:val="nil"/>
        </w:tcBorders>
        <w:shd w:val="clear" w:color="auto" w:fill="5C9C8E" w:themeFill="accent1" w:themeFillShade="BF"/>
      </w:tcPr>
    </w:tblStylePr>
  </w:style>
  <w:style w:type="table" w:styleId="DarkList-Accent2">
    <w:name w:val="Dark List Accent 2"/>
    <w:basedOn w:val="TableNormal"/>
    <w:uiPriority w:val="70"/>
    <w:rsid w:val="00CB0664"/>
    <w:pPr>
      <w:spacing w:after="0" w:line="240" w:lineRule="auto"/>
    </w:pPr>
    <w:rPr>
      <w:color w:val="F5F0E7" w:themeColor="background1"/>
    </w:rPr>
    <w:tblPr>
      <w:tblStyleRowBandSize w:val="1"/>
      <w:tblStyleColBandSize w:val="1"/>
    </w:tblPr>
    <w:tcPr>
      <w:shd w:val="clear" w:color="auto" w:fill="D16E66" w:themeFill="accent2"/>
    </w:tcPr>
    <w:tblStylePr w:type="firstRow">
      <w:rPr>
        <w:b/>
        <w:bCs/>
      </w:rPr>
      <w:tblPr/>
      <w:tcPr>
        <w:tcBorders>
          <w:top w:val="nil"/>
          <w:left w:val="nil"/>
          <w:bottom w:val="single" w:sz="18" w:space="0" w:color="F5F0E7" w:themeColor="background1"/>
          <w:right w:val="nil"/>
          <w:insideH w:val="nil"/>
          <w:insideV w:val="nil"/>
        </w:tcBorders>
        <w:shd w:val="clear" w:color="auto" w:fill="2A2622" w:themeFill="text1"/>
      </w:tcPr>
    </w:tblStylePr>
    <w:tblStylePr w:type="lastRow">
      <w:tblPr/>
      <w:tcPr>
        <w:tcBorders>
          <w:top w:val="single" w:sz="18" w:space="0" w:color="F5F0E7" w:themeColor="background1"/>
          <w:left w:val="nil"/>
          <w:bottom w:val="nil"/>
          <w:right w:val="nil"/>
          <w:insideH w:val="nil"/>
          <w:insideV w:val="nil"/>
        </w:tcBorders>
        <w:shd w:val="clear" w:color="auto" w:fill="762A23" w:themeFill="accent2" w:themeFillShade="7F"/>
      </w:tcPr>
    </w:tblStylePr>
    <w:tblStylePr w:type="firstCol">
      <w:tblPr/>
      <w:tcPr>
        <w:tcBorders>
          <w:top w:val="nil"/>
          <w:left w:val="nil"/>
          <w:bottom w:val="nil"/>
          <w:right w:val="single" w:sz="18" w:space="0" w:color="F5F0E7" w:themeColor="background1"/>
          <w:insideH w:val="nil"/>
          <w:insideV w:val="nil"/>
        </w:tcBorders>
        <w:shd w:val="clear" w:color="auto" w:fill="B23F35" w:themeFill="accent2" w:themeFillShade="BF"/>
      </w:tcPr>
    </w:tblStylePr>
    <w:tblStylePr w:type="lastCol">
      <w:tblPr/>
      <w:tcPr>
        <w:tcBorders>
          <w:top w:val="nil"/>
          <w:left w:val="single" w:sz="18" w:space="0" w:color="F5F0E7" w:themeColor="background1"/>
          <w:bottom w:val="nil"/>
          <w:right w:val="nil"/>
          <w:insideH w:val="nil"/>
          <w:insideV w:val="nil"/>
        </w:tcBorders>
        <w:shd w:val="clear" w:color="auto" w:fill="B23F35" w:themeFill="accent2" w:themeFillShade="BF"/>
      </w:tcPr>
    </w:tblStylePr>
    <w:tblStylePr w:type="band1Vert">
      <w:tblPr/>
      <w:tcPr>
        <w:tcBorders>
          <w:top w:val="nil"/>
          <w:left w:val="nil"/>
          <w:bottom w:val="nil"/>
          <w:right w:val="nil"/>
          <w:insideH w:val="nil"/>
          <w:insideV w:val="nil"/>
        </w:tcBorders>
        <w:shd w:val="clear" w:color="auto" w:fill="B23F35" w:themeFill="accent2" w:themeFillShade="BF"/>
      </w:tcPr>
    </w:tblStylePr>
    <w:tblStylePr w:type="band1Horz">
      <w:tblPr/>
      <w:tcPr>
        <w:tcBorders>
          <w:top w:val="nil"/>
          <w:left w:val="nil"/>
          <w:bottom w:val="nil"/>
          <w:right w:val="nil"/>
          <w:insideH w:val="nil"/>
          <w:insideV w:val="nil"/>
        </w:tcBorders>
        <w:shd w:val="clear" w:color="auto" w:fill="B23F35" w:themeFill="accent2" w:themeFillShade="BF"/>
      </w:tcPr>
    </w:tblStylePr>
  </w:style>
  <w:style w:type="table" w:styleId="DarkList-Accent3">
    <w:name w:val="Dark List Accent 3"/>
    <w:basedOn w:val="TableNormal"/>
    <w:uiPriority w:val="70"/>
    <w:rsid w:val="00CB0664"/>
    <w:pPr>
      <w:spacing w:after="0" w:line="240" w:lineRule="auto"/>
    </w:pPr>
    <w:rPr>
      <w:color w:val="F5F0E7" w:themeColor="background1"/>
    </w:rPr>
    <w:tblPr>
      <w:tblStyleRowBandSize w:val="1"/>
      <w:tblStyleColBandSize w:val="1"/>
    </w:tblPr>
    <w:tcPr>
      <w:shd w:val="clear" w:color="auto" w:fill="ECE1CD" w:themeFill="accent3"/>
    </w:tcPr>
    <w:tblStylePr w:type="firstRow">
      <w:rPr>
        <w:b/>
        <w:bCs/>
      </w:rPr>
      <w:tblPr/>
      <w:tcPr>
        <w:tcBorders>
          <w:top w:val="nil"/>
          <w:left w:val="nil"/>
          <w:bottom w:val="single" w:sz="18" w:space="0" w:color="F5F0E7" w:themeColor="background1"/>
          <w:right w:val="nil"/>
          <w:insideH w:val="nil"/>
          <w:insideV w:val="nil"/>
        </w:tcBorders>
        <w:shd w:val="clear" w:color="auto" w:fill="2A2622" w:themeFill="text1"/>
      </w:tcPr>
    </w:tblStylePr>
    <w:tblStylePr w:type="lastRow">
      <w:tblPr/>
      <w:tcPr>
        <w:tcBorders>
          <w:top w:val="single" w:sz="18" w:space="0" w:color="F5F0E7" w:themeColor="background1"/>
          <w:left w:val="nil"/>
          <w:bottom w:val="nil"/>
          <w:right w:val="nil"/>
          <w:insideH w:val="nil"/>
          <w:insideV w:val="nil"/>
        </w:tcBorders>
        <w:shd w:val="clear" w:color="auto" w:fill="9E7B3C" w:themeFill="accent3" w:themeFillShade="7F"/>
      </w:tcPr>
    </w:tblStylePr>
    <w:tblStylePr w:type="firstCol">
      <w:tblPr/>
      <w:tcPr>
        <w:tcBorders>
          <w:top w:val="nil"/>
          <w:left w:val="nil"/>
          <w:bottom w:val="nil"/>
          <w:right w:val="single" w:sz="18" w:space="0" w:color="F5F0E7" w:themeColor="background1"/>
          <w:insideH w:val="nil"/>
          <w:insideV w:val="nil"/>
        </w:tcBorders>
        <w:shd w:val="clear" w:color="auto" w:fill="CDB07C" w:themeFill="accent3" w:themeFillShade="BF"/>
      </w:tcPr>
    </w:tblStylePr>
    <w:tblStylePr w:type="lastCol">
      <w:tblPr/>
      <w:tcPr>
        <w:tcBorders>
          <w:top w:val="nil"/>
          <w:left w:val="single" w:sz="18" w:space="0" w:color="F5F0E7" w:themeColor="background1"/>
          <w:bottom w:val="nil"/>
          <w:right w:val="nil"/>
          <w:insideH w:val="nil"/>
          <w:insideV w:val="nil"/>
        </w:tcBorders>
        <w:shd w:val="clear" w:color="auto" w:fill="CDB07C" w:themeFill="accent3" w:themeFillShade="BF"/>
      </w:tcPr>
    </w:tblStylePr>
    <w:tblStylePr w:type="band1Vert">
      <w:tblPr/>
      <w:tcPr>
        <w:tcBorders>
          <w:top w:val="nil"/>
          <w:left w:val="nil"/>
          <w:bottom w:val="nil"/>
          <w:right w:val="nil"/>
          <w:insideH w:val="nil"/>
          <w:insideV w:val="nil"/>
        </w:tcBorders>
        <w:shd w:val="clear" w:color="auto" w:fill="CDB07C" w:themeFill="accent3" w:themeFillShade="BF"/>
      </w:tcPr>
    </w:tblStylePr>
    <w:tblStylePr w:type="band1Horz">
      <w:tblPr/>
      <w:tcPr>
        <w:tcBorders>
          <w:top w:val="nil"/>
          <w:left w:val="nil"/>
          <w:bottom w:val="nil"/>
          <w:right w:val="nil"/>
          <w:insideH w:val="nil"/>
          <w:insideV w:val="nil"/>
        </w:tcBorders>
        <w:shd w:val="clear" w:color="auto" w:fill="CDB07C" w:themeFill="accent3" w:themeFillShade="BF"/>
      </w:tcPr>
    </w:tblStylePr>
  </w:style>
  <w:style w:type="table" w:styleId="DarkList-Accent4">
    <w:name w:val="Dark List Accent 4"/>
    <w:basedOn w:val="TableNormal"/>
    <w:uiPriority w:val="70"/>
    <w:rsid w:val="00CB0664"/>
    <w:pPr>
      <w:spacing w:after="0" w:line="240" w:lineRule="auto"/>
    </w:pPr>
    <w:rPr>
      <w:color w:val="F5F0E7" w:themeColor="background1"/>
    </w:rPr>
    <w:tblPr>
      <w:tblStyleRowBandSize w:val="1"/>
      <w:tblStyleColBandSize w:val="1"/>
    </w:tblPr>
    <w:tcPr>
      <w:shd w:val="clear" w:color="auto" w:fill="7E9777" w:themeFill="accent4"/>
    </w:tcPr>
    <w:tblStylePr w:type="firstRow">
      <w:rPr>
        <w:b/>
        <w:bCs/>
      </w:rPr>
      <w:tblPr/>
      <w:tcPr>
        <w:tcBorders>
          <w:top w:val="nil"/>
          <w:left w:val="nil"/>
          <w:bottom w:val="single" w:sz="18" w:space="0" w:color="F5F0E7" w:themeColor="background1"/>
          <w:right w:val="nil"/>
          <w:insideH w:val="nil"/>
          <w:insideV w:val="nil"/>
        </w:tcBorders>
        <w:shd w:val="clear" w:color="auto" w:fill="2A2622" w:themeFill="text1"/>
      </w:tcPr>
    </w:tblStylePr>
    <w:tblStylePr w:type="lastRow">
      <w:tblPr/>
      <w:tcPr>
        <w:tcBorders>
          <w:top w:val="single" w:sz="18" w:space="0" w:color="F5F0E7" w:themeColor="background1"/>
          <w:left w:val="nil"/>
          <w:bottom w:val="nil"/>
          <w:right w:val="nil"/>
          <w:insideH w:val="nil"/>
          <w:insideV w:val="nil"/>
        </w:tcBorders>
        <w:shd w:val="clear" w:color="auto" w:fill="3E4C3A" w:themeFill="accent4" w:themeFillShade="7F"/>
      </w:tcPr>
    </w:tblStylePr>
    <w:tblStylePr w:type="firstCol">
      <w:tblPr/>
      <w:tcPr>
        <w:tcBorders>
          <w:top w:val="nil"/>
          <w:left w:val="nil"/>
          <w:bottom w:val="nil"/>
          <w:right w:val="single" w:sz="18" w:space="0" w:color="F5F0E7" w:themeColor="background1"/>
          <w:insideH w:val="nil"/>
          <w:insideV w:val="nil"/>
        </w:tcBorders>
        <w:shd w:val="clear" w:color="auto" w:fill="5D7257" w:themeFill="accent4" w:themeFillShade="BF"/>
      </w:tcPr>
    </w:tblStylePr>
    <w:tblStylePr w:type="lastCol">
      <w:tblPr/>
      <w:tcPr>
        <w:tcBorders>
          <w:top w:val="nil"/>
          <w:left w:val="single" w:sz="18" w:space="0" w:color="F5F0E7" w:themeColor="background1"/>
          <w:bottom w:val="nil"/>
          <w:right w:val="nil"/>
          <w:insideH w:val="nil"/>
          <w:insideV w:val="nil"/>
        </w:tcBorders>
        <w:shd w:val="clear" w:color="auto" w:fill="5D7257" w:themeFill="accent4" w:themeFillShade="BF"/>
      </w:tcPr>
    </w:tblStylePr>
    <w:tblStylePr w:type="band1Vert">
      <w:tblPr/>
      <w:tcPr>
        <w:tcBorders>
          <w:top w:val="nil"/>
          <w:left w:val="nil"/>
          <w:bottom w:val="nil"/>
          <w:right w:val="nil"/>
          <w:insideH w:val="nil"/>
          <w:insideV w:val="nil"/>
        </w:tcBorders>
        <w:shd w:val="clear" w:color="auto" w:fill="5D7257" w:themeFill="accent4" w:themeFillShade="BF"/>
      </w:tcPr>
    </w:tblStylePr>
    <w:tblStylePr w:type="band1Horz">
      <w:tblPr/>
      <w:tcPr>
        <w:tcBorders>
          <w:top w:val="nil"/>
          <w:left w:val="nil"/>
          <w:bottom w:val="nil"/>
          <w:right w:val="nil"/>
          <w:insideH w:val="nil"/>
          <w:insideV w:val="nil"/>
        </w:tcBorders>
        <w:shd w:val="clear" w:color="auto" w:fill="5D7257" w:themeFill="accent4" w:themeFillShade="BF"/>
      </w:tcPr>
    </w:tblStylePr>
  </w:style>
  <w:style w:type="table" w:styleId="DarkList-Accent5">
    <w:name w:val="Dark List Accent 5"/>
    <w:basedOn w:val="TableNormal"/>
    <w:uiPriority w:val="70"/>
    <w:rsid w:val="00CB0664"/>
    <w:pPr>
      <w:spacing w:after="0" w:line="240" w:lineRule="auto"/>
    </w:pPr>
    <w:rPr>
      <w:color w:val="F5F0E7" w:themeColor="background1"/>
    </w:rPr>
    <w:tblPr>
      <w:tblStyleRowBandSize w:val="1"/>
      <w:tblStyleColBandSize w:val="1"/>
    </w:tblPr>
    <w:tcPr>
      <w:shd w:val="clear" w:color="auto" w:fill="4D6E7F" w:themeFill="accent5"/>
    </w:tcPr>
    <w:tblStylePr w:type="firstRow">
      <w:rPr>
        <w:b/>
        <w:bCs/>
      </w:rPr>
      <w:tblPr/>
      <w:tcPr>
        <w:tcBorders>
          <w:top w:val="nil"/>
          <w:left w:val="nil"/>
          <w:bottom w:val="single" w:sz="18" w:space="0" w:color="F5F0E7" w:themeColor="background1"/>
          <w:right w:val="nil"/>
          <w:insideH w:val="nil"/>
          <w:insideV w:val="nil"/>
        </w:tcBorders>
        <w:shd w:val="clear" w:color="auto" w:fill="2A2622" w:themeFill="text1"/>
      </w:tcPr>
    </w:tblStylePr>
    <w:tblStylePr w:type="lastRow">
      <w:tblPr/>
      <w:tcPr>
        <w:tcBorders>
          <w:top w:val="single" w:sz="18" w:space="0" w:color="F5F0E7" w:themeColor="background1"/>
          <w:left w:val="nil"/>
          <w:bottom w:val="nil"/>
          <w:right w:val="nil"/>
          <w:insideH w:val="nil"/>
          <w:insideV w:val="nil"/>
        </w:tcBorders>
        <w:shd w:val="clear" w:color="auto" w:fill="26363F" w:themeFill="accent5" w:themeFillShade="7F"/>
      </w:tcPr>
    </w:tblStylePr>
    <w:tblStylePr w:type="firstCol">
      <w:tblPr/>
      <w:tcPr>
        <w:tcBorders>
          <w:top w:val="nil"/>
          <w:left w:val="nil"/>
          <w:bottom w:val="nil"/>
          <w:right w:val="single" w:sz="18" w:space="0" w:color="F5F0E7" w:themeColor="background1"/>
          <w:insideH w:val="nil"/>
          <w:insideV w:val="nil"/>
        </w:tcBorders>
        <w:shd w:val="clear" w:color="auto" w:fill="39525F" w:themeFill="accent5" w:themeFillShade="BF"/>
      </w:tcPr>
    </w:tblStylePr>
    <w:tblStylePr w:type="lastCol">
      <w:tblPr/>
      <w:tcPr>
        <w:tcBorders>
          <w:top w:val="nil"/>
          <w:left w:val="single" w:sz="18" w:space="0" w:color="F5F0E7" w:themeColor="background1"/>
          <w:bottom w:val="nil"/>
          <w:right w:val="nil"/>
          <w:insideH w:val="nil"/>
          <w:insideV w:val="nil"/>
        </w:tcBorders>
        <w:shd w:val="clear" w:color="auto" w:fill="39525F" w:themeFill="accent5" w:themeFillShade="BF"/>
      </w:tcPr>
    </w:tblStylePr>
    <w:tblStylePr w:type="band1Vert">
      <w:tblPr/>
      <w:tcPr>
        <w:tcBorders>
          <w:top w:val="nil"/>
          <w:left w:val="nil"/>
          <w:bottom w:val="nil"/>
          <w:right w:val="nil"/>
          <w:insideH w:val="nil"/>
          <w:insideV w:val="nil"/>
        </w:tcBorders>
        <w:shd w:val="clear" w:color="auto" w:fill="39525F" w:themeFill="accent5" w:themeFillShade="BF"/>
      </w:tcPr>
    </w:tblStylePr>
    <w:tblStylePr w:type="band1Horz">
      <w:tblPr/>
      <w:tcPr>
        <w:tcBorders>
          <w:top w:val="nil"/>
          <w:left w:val="nil"/>
          <w:bottom w:val="nil"/>
          <w:right w:val="nil"/>
          <w:insideH w:val="nil"/>
          <w:insideV w:val="nil"/>
        </w:tcBorders>
        <w:shd w:val="clear" w:color="auto" w:fill="39525F" w:themeFill="accent5" w:themeFillShade="BF"/>
      </w:tcPr>
    </w:tblStylePr>
  </w:style>
  <w:style w:type="table" w:styleId="DarkList-Accent6">
    <w:name w:val="Dark List Accent 6"/>
    <w:basedOn w:val="TableNormal"/>
    <w:uiPriority w:val="70"/>
    <w:rsid w:val="00CB0664"/>
    <w:pPr>
      <w:spacing w:after="0" w:line="240" w:lineRule="auto"/>
    </w:pPr>
    <w:rPr>
      <w:color w:val="F5F0E7" w:themeColor="background1"/>
    </w:rPr>
    <w:tblPr>
      <w:tblStyleRowBandSize w:val="1"/>
      <w:tblStyleColBandSize w:val="1"/>
    </w:tblPr>
    <w:tcPr>
      <w:shd w:val="clear" w:color="auto" w:fill="9A9795" w:themeFill="accent6"/>
    </w:tcPr>
    <w:tblStylePr w:type="firstRow">
      <w:rPr>
        <w:b/>
        <w:bCs/>
      </w:rPr>
      <w:tblPr/>
      <w:tcPr>
        <w:tcBorders>
          <w:top w:val="nil"/>
          <w:left w:val="nil"/>
          <w:bottom w:val="single" w:sz="18" w:space="0" w:color="F5F0E7" w:themeColor="background1"/>
          <w:right w:val="nil"/>
          <w:insideH w:val="nil"/>
          <w:insideV w:val="nil"/>
        </w:tcBorders>
        <w:shd w:val="clear" w:color="auto" w:fill="2A2622" w:themeFill="text1"/>
      </w:tcPr>
    </w:tblStylePr>
    <w:tblStylePr w:type="lastRow">
      <w:tblPr/>
      <w:tcPr>
        <w:tcBorders>
          <w:top w:val="single" w:sz="18" w:space="0" w:color="F5F0E7" w:themeColor="background1"/>
          <w:left w:val="nil"/>
          <w:bottom w:val="nil"/>
          <w:right w:val="nil"/>
          <w:insideH w:val="nil"/>
          <w:insideV w:val="nil"/>
        </w:tcBorders>
        <w:shd w:val="clear" w:color="auto" w:fill="4D4B49" w:themeFill="accent6" w:themeFillShade="7F"/>
      </w:tcPr>
    </w:tblStylePr>
    <w:tblStylePr w:type="firstCol">
      <w:tblPr/>
      <w:tcPr>
        <w:tcBorders>
          <w:top w:val="nil"/>
          <w:left w:val="nil"/>
          <w:bottom w:val="nil"/>
          <w:right w:val="single" w:sz="18" w:space="0" w:color="F5F0E7" w:themeColor="background1"/>
          <w:insideH w:val="nil"/>
          <w:insideV w:val="nil"/>
        </w:tcBorders>
        <w:shd w:val="clear" w:color="auto" w:fill="74706E" w:themeFill="accent6" w:themeFillShade="BF"/>
      </w:tcPr>
    </w:tblStylePr>
    <w:tblStylePr w:type="lastCol">
      <w:tblPr/>
      <w:tcPr>
        <w:tcBorders>
          <w:top w:val="nil"/>
          <w:left w:val="single" w:sz="18" w:space="0" w:color="F5F0E7" w:themeColor="background1"/>
          <w:bottom w:val="nil"/>
          <w:right w:val="nil"/>
          <w:insideH w:val="nil"/>
          <w:insideV w:val="nil"/>
        </w:tcBorders>
        <w:shd w:val="clear" w:color="auto" w:fill="74706E" w:themeFill="accent6" w:themeFillShade="BF"/>
      </w:tcPr>
    </w:tblStylePr>
    <w:tblStylePr w:type="band1Vert">
      <w:tblPr/>
      <w:tcPr>
        <w:tcBorders>
          <w:top w:val="nil"/>
          <w:left w:val="nil"/>
          <w:bottom w:val="nil"/>
          <w:right w:val="nil"/>
          <w:insideH w:val="nil"/>
          <w:insideV w:val="nil"/>
        </w:tcBorders>
        <w:shd w:val="clear" w:color="auto" w:fill="74706E" w:themeFill="accent6" w:themeFillShade="BF"/>
      </w:tcPr>
    </w:tblStylePr>
    <w:tblStylePr w:type="band1Horz">
      <w:tblPr/>
      <w:tcPr>
        <w:tcBorders>
          <w:top w:val="nil"/>
          <w:left w:val="nil"/>
          <w:bottom w:val="nil"/>
          <w:right w:val="nil"/>
          <w:insideH w:val="nil"/>
          <w:insideV w:val="nil"/>
        </w:tcBorders>
        <w:shd w:val="clear" w:color="auto" w:fill="74706E" w:themeFill="accent6" w:themeFillShade="BF"/>
      </w:tcPr>
    </w:tblStylePr>
  </w:style>
  <w:style w:type="table" w:styleId="ColorfulShading">
    <w:name w:val="Colorful Shading"/>
    <w:basedOn w:val="TableNormal"/>
    <w:uiPriority w:val="71"/>
    <w:rsid w:val="00CB0664"/>
    <w:pPr>
      <w:spacing w:after="0" w:line="240" w:lineRule="auto"/>
    </w:pPr>
    <w:rPr>
      <w:color w:val="2A2622" w:themeColor="text1"/>
    </w:rPr>
    <w:tblPr>
      <w:tblStyleRowBandSize w:val="1"/>
      <w:tblStyleColBandSize w:val="1"/>
      <w:tblBorders>
        <w:top w:val="single" w:sz="24" w:space="0" w:color="D16E66" w:themeColor="accent2"/>
        <w:left w:val="single" w:sz="4" w:space="0" w:color="2A2622" w:themeColor="text1"/>
        <w:bottom w:val="single" w:sz="4" w:space="0" w:color="2A2622" w:themeColor="text1"/>
        <w:right w:val="single" w:sz="4" w:space="0" w:color="2A2622" w:themeColor="text1"/>
        <w:insideH w:val="single" w:sz="4" w:space="0" w:color="F5F0E7" w:themeColor="background1"/>
        <w:insideV w:val="single" w:sz="4" w:space="0" w:color="F5F0E7" w:themeColor="background1"/>
      </w:tblBorders>
    </w:tblPr>
    <w:tcPr>
      <w:shd w:val="clear" w:color="auto" w:fill="ECE9E7" w:themeFill="text1" w:themeFillTint="19"/>
    </w:tcPr>
    <w:tblStylePr w:type="firstRow">
      <w:rPr>
        <w:b/>
        <w:bCs/>
      </w:rPr>
      <w:tblPr/>
      <w:tcPr>
        <w:tcBorders>
          <w:top w:val="nil"/>
          <w:left w:val="nil"/>
          <w:bottom w:val="single" w:sz="24" w:space="0" w:color="D16E66" w:themeColor="accent2"/>
          <w:right w:val="nil"/>
          <w:insideH w:val="nil"/>
          <w:insideV w:val="nil"/>
        </w:tcBorders>
        <w:shd w:val="clear" w:color="auto" w:fill="F5F0E7" w:themeFill="background1"/>
      </w:tcPr>
    </w:tblStylePr>
    <w:tblStylePr w:type="lastRow">
      <w:rPr>
        <w:b/>
        <w:bCs/>
        <w:color w:val="F5F0E7" w:themeColor="background1"/>
      </w:rPr>
      <w:tblPr/>
      <w:tcPr>
        <w:tcBorders>
          <w:top w:val="single" w:sz="6" w:space="0" w:color="F5F0E7" w:themeColor="background1"/>
        </w:tcBorders>
        <w:shd w:val="clear" w:color="auto" w:fill="191614" w:themeFill="text1" w:themeFillShade="99"/>
      </w:tcPr>
    </w:tblStylePr>
    <w:tblStylePr w:type="firstCol">
      <w:rPr>
        <w:color w:val="F5F0E7" w:themeColor="background1"/>
      </w:rPr>
      <w:tblPr/>
      <w:tcPr>
        <w:tcBorders>
          <w:top w:val="nil"/>
          <w:left w:val="nil"/>
          <w:bottom w:val="nil"/>
          <w:right w:val="nil"/>
          <w:insideH w:val="single" w:sz="4" w:space="0" w:color="191614" w:themeColor="text1" w:themeShade="99"/>
          <w:insideV w:val="nil"/>
        </w:tcBorders>
        <w:shd w:val="clear" w:color="auto" w:fill="191614" w:themeFill="text1" w:themeFillShade="99"/>
      </w:tcPr>
    </w:tblStylePr>
    <w:tblStylePr w:type="lastCol">
      <w:rPr>
        <w:color w:val="F5F0E7" w:themeColor="background1"/>
      </w:rPr>
      <w:tblPr/>
      <w:tcPr>
        <w:tcBorders>
          <w:top w:val="nil"/>
          <w:left w:val="nil"/>
          <w:bottom w:val="nil"/>
          <w:right w:val="nil"/>
          <w:insideH w:val="nil"/>
          <w:insideV w:val="nil"/>
        </w:tcBorders>
        <w:shd w:val="clear" w:color="auto" w:fill="1F1C19" w:themeFill="text1" w:themeFillShade="BF"/>
      </w:tcPr>
    </w:tblStylePr>
    <w:tblStylePr w:type="band1Vert">
      <w:tblPr/>
      <w:tcPr>
        <w:shd w:val="clear" w:color="auto" w:fill="B1A89F" w:themeFill="text1" w:themeFillTint="66"/>
      </w:tcPr>
    </w:tblStylePr>
    <w:tblStylePr w:type="band1Horz">
      <w:tblPr/>
      <w:tcPr>
        <w:shd w:val="clear" w:color="auto" w:fill="9E9287" w:themeFill="text1" w:themeFillTint="7F"/>
      </w:tcPr>
    </w:tblStylePr>
    <w:tblStylePr w:type="neCell">
      <w:rPr>
        <w:color w:val="2A2622" w:themeColor="text1"/>
      </w:rPr>
    </w:tblStylePr>
    <w:tblStylePr w:type="nwCell">
      <w:rPr>
        <w:color w:val="2A2622" w:themeColor="text1"/>
      </w:rPr>
    </w:tblStylePr>
  </w:style>
  <w:style w:type="table" w:styleId="ColorfulShading-Accent1">
    <w:name w:val="Colorful Shading Accent 1"/>
    <w:basedOn w:val="TableNormal"/>
    <w:uiPriority w:val="71"/>
    <w:rsid w:val="00CB0664"/>
    <w:pPr>
      <w:spacing w:after="0" w:line="240" w:lineRule="auto"/>
    </w:pPr>
    <w:rPr>
      <w:color w:val="2A2622" w:themeColor="text1"/>
    </w:rPr>
    <w:tblPr>
      <w:tblStyleRowBandSize w:val="1"/>
      <w:tblStyleColBandSize w:val="1"/>
      <w:tblBorders>
        <w:top w:val="single" w:sz="24" w:space="0" w:color="D16E66" w:themeColor="accent2"/>
        <w:left w:val="single" w:sz="4" w:space="0" w:color="8FBDB3" w:themeColor="accent1"/>
        <w:bottom w:val="single" w:sz="4" w:space="0" w:color="8FBDB3" w:themeColor="accent1"/>
        <w:right w:val="single" w:sz="4" w:space="0" w:color="8FBDB3" w:themeColor="accent1"/>
        <w:insideH w:val="single" w:sz="4" w:space="0" w:color="F5F0E7" w:themeColor="background1"/>
        <w:insideV w:val="single" w:sz="4" w:space="0" w:color="F5F0E7" w:themeColor="background1"/>
      </w:tblBorders>
    </w:tblPr>
    <w:tcPr>
      <w:shd w:val="clear" w:color="auto" w:fill="F3F8F7" w:themeFill="accent1" w:themeFillTint="19"/>
    </w:tcPr>
    <w:tblStylePr w:type="firstRow">
      <w:rPr>
        <w:b/>
        <w:bCs/>
      </w:rPr>
      <w:tblPr/>
      <w:tcPr>
        <w:tcBorders>
          <w:top w:val="nil"/>
          <w:left w:val="nil"/>
          <w:bottom w:val="single" w:sz="24" w:space="0" w:color="D16E66" w:themeColor="accent2"/>
          <w:right w:val="nil"/>
          <w:insideH w:val="nil"/>
          <w:insideV w:val="nil"/>
        </w:tcBorders>
        <w:shd w:val="clear" w:color="auto" w:fill="F5F0E7" w:themeFill="background1"/>
      </w:tcPr>
    </w:tblStylePr>
    <w:tblStylePr w:type="lastRow">
      <w:rPr>
        <w:b/>
        <w:bCs/>
        <w:color w:val="F5F0E7" w:themeColor="background1"/>
      </w:rPr>
      <w:tblPr/>
      <w:tcPr>
        <w:tcBorders>
          <w:top w:val="single" w:sz="6" w:space="0" w:color="F5F0E7" w:themeColor="background1"/>
        </w:tcBorders>
        <w:shd w:val="clear" w:color="auto" w:fill="497D71" w:themeFill="accent1" w:themeFillShade="99"/>
      </w:tcPr>
    </w:tblStylePr>
    <w:tblStylePr w:type="firstCol">
      <w:rPr>
        <w:color w:val="F5F0E7" w:themeColor="background1"/>
      </w:rPr>
      <w:tblPr/>
      <w:tcPr>
        <w:tcBorders>
          <w:top w:val="nil"/>
          <w:left w:val="nil"/>
          <w:bottom w:val="nil"/>
          <w:right w:val="nil"/>
          <w:insideH w:val="single" w:sz="4" w:space="0" w:color="497D71" w:themeColor="accent1" w:themeShade="99"/>
          <w:insideV w:val="nil"/>
        </w:tcBorders>
        <w:shd w:val="clear" w:color="auto" w:fill="497D71" w:themeFill="accent1" w:themeFillShade="99"/>
      </w:tcPr>
    </w:tblStylePr>
    <w:tblStylePr w:type="lastCol">
      <w:rPr>
        <w:color w:val="F5F0E7" w:themeColor="background1"/>
      </w:rPr>
      <w:tblPr/>
      <w:tcPr>
        <w:tcBorders>
          <w:top w:val="nil"/>
          <w:left w:val="nil"/>
          <w:bottom w:val="nil"/>
          <w:right w:val="nil"/>
          <w:insideH w:val="nil"/>
          <w:insideV w:val="nil"/>
        </w:tcBorders>
        <w:shd w:val="clear" w:color="auto" w:fill="497D71" w:themeFill="accent1" w:themeFillShade="99"/>
      </w:tcPr>
    </w:tblStylePr>
    <w:tblStylePr w:type="band1Vert">
      <w:tblPr/>
      <w:tcPr>
        <w:shd w:val="clear" w:color="auto" w:fill="D2E4E0" w:themeFill="accent1" w:themeFillTint="66"/>
      </w:tcPr>
    </w:tblStylePr>
    <w:tblStylePr w:type="band1Horz">
      <w:tblPr/>
      <w:tcPr>
        <w:shd w:val="clear" w:color="auto" w:fill="C7DED9" w:themeFill="accent1" w:themeFillTint="7F"/>
      </w:tcPr>
    </w:tblStylePr>
    <w:tblStylePr w:type="neCell">
      <w:rPr>
        <w:color w:val="2A2622" w:themeColor="text1"/>
      </w:rPr>
    </w:tblStylePr>
    <w:tblStylePr w:type="nwCell">
      <w:rPr>
        <w:color w:val="2A2622" w:themeColor="text1"/>
      </w:rPr>
    </w:tblStylePr>
  </w:style>
  <w:style w:type="table" w:styleId="ColorfulShading-Accent2">
    <w:name w:val="Colorful Shading Accent 2"/>
    <w:basedOn w:val="TableNormal"/>
    <w:uiPriority w:val="71"/>
    <w:rsid w:val="00CB0664"/>
    <w:pPr>
      <w:spacing w:after="0" w:line="240" w:lineRule="auto"/>
    </w:pPr>
    <w:rPr>
      <w:color w:val="2A2622" w:themeColor="text1"/>
    </w:rPr>
    <w:tblPr>
      <w:tblStyleRowBandSize w:val="1"/>
      <w:tblStyleColBandSize w:val="1"/>
      <w:tblBorders>
        <w:top w:val="single" w:sz="24" w:space="0" w:color="D16E66" w:themeColor="accent2"/>
        <w:left w:val="single" w:sz="4" w:space="0" w:color="D16E66" w:themeColor="accent2"/>
        <w:bottom w:val="single" w:sz="4" w:space="0" w:color="D16E66" w:themeColor="accent2"/>
        <w:right w:val="single" w:sz="4" w:space="0" w:color="D16E66" w:themeColor="accent2"/>
        <w:insideH w:val="single" w:sz="4" w:space="0" w:color="F5F0E7" w:themeColor="background1"/>
        <w:insideV w:val="single" w:sz="4" w:space="0" w:color="F5F0E7" w:themeColor="background1"/>
      </w:tblBorders>
    </w:tblPr>
    <w:tcPr>
      <w:shd w:val="clear" w:color="auto" w:fill="FAF0EF" w:themeFill="accent2" w:themeFillTint="19"/>
    </w:tcPr>
    <w:tblStylePr w:type="firstRow">
      <w:rPr>
        <w:b/>
        <w:bCs/>
      </w:rPr>
      <w:tblPr/>
      <w:tcPr>
        <w:tcBorders>
          <w:top w:val="nil"/>
          <w:left w:val="nil"/>
          <w:bottom w:val="single" w:sz="24" w:space="0" w:color="D16E66" w:themeColor="accent2"/>
          <w:right w:val="nil"/>
          <w:insideH w:val="nil"/>
          <w:insideV w:val="nil"/>
        </w:tcBorders>
        <w:shd w:val="clear" w:color="auto" w:fill="F5F0E7" w:themeFill="background1"/>
      </w:tcPr>
    </w:tblStylePr>
    <w:tblStylePr w:type="lastRow">
      <w:rPr>
        <w:b/>
        <w:bCs/>
        <w:color w:val="F5F0E7" w:themeColor="background1"/>
      </w:rPr>
      <w:tblPr/>
      <w:tcPr>
        <w:tcBorders>
          <w:top w:val="single" w:sz="6" w:space="0" w:color="F5F0E7" w:themeColor="background1"/>
        </w:tcBorders>
        <w:shd w:val="clear" w:color="auto" w:fill="8F322B" w:themeFill="accent2" w:themeFillShade="99"/>
      </w:tcPr>
    </w:tblStylePr>
    <w:tblStylePr w:type="firstCol">
      <w:rPr>
        <w:color w:val="F5F0E7" w:themeColor="background1"/>
      </w:rPr>
      <w:tblPr/>
      <w:tcPr>
        <w:tcBorders>
          <w:top w:val="nil"/>
          <w:left w:val="nil"/>
          <w:bottom w:val="nil"/>
          <w:right w:val="nil"/>
          <w:insideH w:val="single" w:sz="4" w:space="0" w:color="8F322B" w:themeColor="accent2" w:themeShade="99"/>
          <w:insideV w:val="nil"/>
        </w:tcBorders>
        <w:shd w:val="clear" w:color="auto" w:fill="8F322B" w:themeFill="accent2" w:themeFillShade="99"/>
      </w:tcPr>
    </w:tblStylePr>
    <w:tblStylePr w:type="lastCol">
      <w:rPr>
        <w:color w:val="F5F0E7" w:themeColor="background1"/>
      </w:rPr>
      <w:tblPr/>
      <w:tcPr>
        <w:tcBorders>
          <w:top w:val="nil"/>
          <w:left w:val="nil"/>
          <w:bottom w:val="nil"/>
          <w:right w:val="nil"/>
          <w:insideH w:val="nil"/>
          <w:insideV w:val="nil"/>
        </w:tcBorders>
        <w:shd w:val="clear" w:color="auto" w:fill="8F322B" w:themeFill="accent2" w:themeFillShade="99"/>
      </w:tcPr>
    </w:tblStylePr>
    <w:tblStylePr w:type="band1Vert">
      <w:tblPr/>
      <w:tcPr>
        <w:shd w:val="clear" w:color="auto" w:fill="ECC4C1" w:themeFill="accent2" w:themeFillTint="66"/>
      </w:tcPr>
    </w:tblStylePr>
    <w:tblStylePr w:type="band1Horz">
      <w:tblPr/>
      <w:tcPr>
        <w:shd w:val="clear" w:color="auto" w:fill="E8B6B2" w:themeFill="accent2" w:themeFillTint="7F"/>
      </w:tcPr>
    </w:tblStylePr>
    <w:tblStylePr w:type="neCell">
      <w:rPr>
        <w:color w:val="2A2622" w:themeColor="text1"/>
      </w:rPr>
    </w:tblStylePr>
    <w:tblStylePr w:type="nwCell">
      <w:rPr>
        <w:color w:val="2A2622" w:themeColor="text1"/>
      </w:rPr>
    </w:tblStylePr>
  </w:style>
  <w:style w:type="table" w:styleId="ColorfulShading-Accent3">
    <w:name w:val="Colorful Shading Accent 3"/>
    <w:basedOn w:val="TableNormal"/>
    <w:uiPriority w:val="71"/>
    <w:rsid w:val="00CB0664"/>
    <w:pPr>
      <w:spacing w:after="0" w:line="240" w:lineRule="auto"/>
    </w:pPr>
    <w:rPr>
      <w:color w:val="2A2622" w:themeColor="text1"/>
    </w:rPr>
    <w:tblPr>
      <w:tblStyleRowBandSize w:val="1"/>
      <w:tblStyleColBandSize w:val="1"/>
      <w:tblBorders>
        <w:top w:val="single" w:sz="24" w:space="0" w:color="7E9777" w:themeColor="accent4"/>
        <w:left w:val="single" w:sz="4" w:space="0" w:color="ECE1CD" w:themeColor="accent3"/>
        <w:bottom w:val="single" w:sz="4" w:space="0" w:color="ECE1CD" w:themeColor="accent3"/>
        <w:right w:val="single" w:sz="4" w:space="0" w:color="ECE1CD" w:themeColor="accent3"/>
        <w:insideH w:val="single" w:sz="4" w:space="0" w:color="F5F0E7" w:themeColor="background1"/>
        <w:insideV w:val="single" w:sz="4" w:space="0" w:color="F5F0E7" w:themeColor="background1"/>
      </w:tblBorders>
    </w:tblPr>
    <w:tcPr>
      <w:shd w:val="clear" w:color="auto" w:fill="FDFBF9" w:themeFill="accent3" w:themeFillTint="19"/>
    </w:tcPr>
    <w:tblStylePr w:type="firstRow">
      <w:rPr>
        <w:b/>
        <w:bCs/>
      </w:rPr>
      <w:tblPr/>
      <w:tcPr>
        <w:tcBorders>
          <w:top w:val="nil"/>
          <w:left w:val="nil"/>
          <w:bottom w:val="single" w:sz="24" w:space="0" w:color="7E9777" w:themeColor="accent4"/>
          <w:right w:val="nil"/>
          <w:insideH w:val="nil"/>
          <w:insideV w:val="nil"/>
        </w:tcBorders>
        <w:shd w:val="clear" w:color="auto" w:fill="F5F0E7" w:themeFill="background1"/>
      </w:tcPr>
    </w:tblStylePr>
    <w:tblStylePr w:type="lastRow">
      <w:rPr>
        <w:b/>
        <w:bCs/>
        <w:color w:val="F5F0E7" w:themeColor="background1"/>
      </w:rPr>
      <w:tblPr/>
      <w:tcPr>
        <w:tcBorders>
          <w:top w:val="single" w:sz="6" w:space="0" w:color="F5F0E7" w:themeColor="background1"/>
        </w:tcBorders>
        <w:shd w:val="clear" w:color="auto" w:fill="BB934D" w:themeFill="accent3" w:themeFillShade="99"/>
      </w:tcPr>
    </w:tblStylePr>
    <w:tblStylePr w:type="firstCol">
      <w:rPr>
        <w:color w:val="F5F0E7" w:themeColor="background1"/>
      </w:rPr>
      <w:tblPr/>
      <w:tcPr>
        <w:tcBorders>
          <w:top w:val="nil"/>
          <w:left w:val="nil"/>
          <w:bottom w:val="nil"/>
          <w:right w:val="nil"/>
          <w:insideH w:val="single" w:sz="4" w:space="0" w:color="BB934D" w:themeColor="accent3" w:themeShade="99"/>
          <w:insideV w:val="nil"/>
        </w:tcBorders>
        <w:shd w:val="clear" w:color="auto" w:fill="BB934D" w:themeFill="accent3" w:themeFillShade="99"/>
      </w:tcPr>
    </w:tblStylePr>
    <w:tblStylePr w:type="lastCol">
      <w:rPr>
        <w:color w:val="F5F0E7" w:themeColor="background1"/>
      </w:rPr>
      <w:tblPr/>
      <w:tcPr>
        <w:tcBorders>
          <w:top w:val="nil"/>
          <w:left w:val="nil"/>
          <w:bottom w:val="nil"/>
          <w:right w:val="nil"/>
          <w:insideH w:val="nil"/>
          <w:insideV w:val="nil"/>
        </w:tcBorders>
        <w:shd w:val="clear" w:color="auto" w:fill="BB934D" w:themeFill="accent3" w:themeFillShade="99"/>
      </w:tcPr>
    </w:tblStylePr>
    <w:tblStylePr w:type="band1Vert">
      <w:tblPr/>
      <w:tcPr>
        <w:shd w:val="clear" w:color="auto" w:fill="F7F2EA" w:themeFill="accent3" w:themeFillTint="66"/>
      </w:tcPr>
    </w:tblStylePr>
    <w:tblStylePr w:type="band1Horz">
      <w:tblPr/>
      <w:tcPr>
        <w:shd w:val="clear" w:color="auto" w:fill="F5EFE5" w:themeFill="accent3" w:themeFillTint="7F"/>
      </w:tcPr>
    </w:tblStylePr>
  </w:style>
  <w:style w:type="table" w:styleId="ColorfulShading-Accent4">
    <w:name w:val="Colorful Shading Accent 4"/>
    <w:basedOn w:val="TableNormal"/>
    <w:uiPriority w:val="71"/>
    <w:rsid w:val="00CB0664"/>
    <w:pPr>
      <w:spacing w:after="0" w:line="240" w:lineRule="auto"/>
    </w:pPr>
    <w:rPr>
      <w:color w:val="2A2622" w:themeColor="text1"/>
    </w:rPr>
    <w:tblPr>
      <w:tblStyleRowBandSize w:val="1"/>
      <w:tblStyleColBandSize w:val="1"/>
      <w:tblBorders>
        <w:top w:val="single" w:sz="24" w:space="0" w:color="ECE1CD" w:themeColor="accent3"/>
        <w:left w:val="single" w:sz="4" w:space="0" w:color="7E9777" w:themeColor="accent4"/>
        <w:bottom w:val="single" w:sz="4" w:space="0" w:color="7E9777" w:themeColor="accent4"/>
        <w:right w:val="single" w:sz="4" w:space="0" w:color="7E9777" w:themeColor="accent4"/>
        <w:insideH w:val="single" w:sz="4" w:space="0" w:color="F5F0E7" w:themeColor="background1"/>
        <w:insideV w:val="single" w:sz="4" w:space="0" w:color="F5F0E7" w:themeColor="background1"/>
      </w:tblBorders>
    </w:tblPr>
    <w:tcPr>
      <w:shd w:val="clear" w:color="auto" w:fill="F2F4F1" w:themeFill="accent4" w:themeFillTint="19"/>
    </w:tcPr>
    <w:tblStylePr w:type="firstRow">
      <w:rPr>
        <w:b/>
        <w:bCs/>
      </w:rPr>
      <w:tblPr/>
      <w:tcPr>
        <w:tcBorders>
          <w:top w:val="nil"/>
          <w:left w:val="nil"/>
          <w:bottom w:val="single" w:sz="24" w:space="0" w:color="ECE1CD" w:themeColor="accent3"/>
          <w:right w:val="nil"/>
          <w:insideH w:val="nil"/>
          <w:insideV w:val="nil"/>
        </w:tcBorders>
        <w:shd w:val="clear" w:color="auto" w:fill="F5F0E7" w:themeFill="background1"/>
      </w:tcPr>
    </w:tblStylePr>
    <w:tblStylePr w:type="lastRow">
      <w:rPr>
        <w:b/>
        <w:bCs/>
        <w:color w:val="F5F0E7" w:themeColor="background1"/>
      </w:rPr>
      <w:tblPr/>
      <w:tcPr>
        <w:tcBorders>
          <w:top w:val="single" w:sz="6" w:space="0" w:color="F5F0E7" w:themeColor="background1"/>
        </w:tcBorders>
        <w:shd w:val="clear" w:color="auto" w:fill="4A5B46" w:themeFill="accent4" w:themeFillShade="99"/>
      </w:tcPr>
    </w:tblStylePr>
    <w:tblStylePr w:type="firstCol">
      <w:rPr>
        <w:color w:val="F5F0E7" w:themeColor="background1"/>
      </w:rPr>
      <w:tblPr/>
      <w:tcPr>
        <w:tcBorders>
          <w:top w:val="nil"/>
          <w:left w:val="nil"/>
          <w:bottom w:val="nil"/>
          <w:right w:val="nil"/>
          <w:insideH w:val="single" w:sz="4" w:space="0" w:color="4A5B46" w:themeColor="accent4" w:themeShade="99"/>
          <w:insideV w:val="nil"/>
        </w:tcBorders>
        <w:shd w:val="clear" w:color="auto" w:fill="4A5B46" w:themeFill="accent4" w:themeFillShade="99"/>
      </w:tcPr>
    </w:tblStylePr>
    <w:tblStylePr w:type="lastCol">
      <w:rPr>
        <w:color w:val="F5F0E7" w:themeColor="background1"/>
      </w:rPr>
      <w:tblPr/>
      <w:tcPr>
        <w:tcBorders>
          <w:top w:val="nil"/>
          <w:left w:val="nil"/>
          <w:bottom w:val="nil"/>
          <w:right w:val="nil"/>
          <w:insideH w:val="nil"/>
          <w:insideV w:val="nil"/>
        </w:tcBorders>
        <w:shd w:val="clear" w:color="auto" w:fill="4A5B46" w:themeFill="accent4" w:themeFillShade="99"/>
      </w:tcPr>
    </w:tblStylePr>
    <w:tblStylePr w:type="band1Vert">
      <w:tblPr/>
      <w:tcPr>
        <w:shd w:val="clear" w:color="auto" w:fill="CBD5C8" w:themeFill="accent4" w:themeFillTint="66"/>
      </w:tcPr>
    </w:tblStylePr>
    <w:tblStylePr w:type="band1Horz">
      <w:tblPr/>
      <w:tcPr>
        <w:shd w:val="clear" w:color="auto" w:fill="BECBBB" w:themeFill="accent4" w:themeFillTint="7F"/>
      </w:tcPr>
    </w:tblStylePr>
    <w:tblStylePr w:type="neCell">
      <w:rPr>
        <w:color w:val="2A2622" w:themeColor="text1"/>
      </w:rPr>
    </w:tblStylePr>
    <w:tblStylePr w:type="nwCell">
      <w:rPr>
        <w:color w:val="2A2622" w:themeColor="text1"/>
      </w:rPr>
    </w:tblStylePr>
  </w:style>
  <w:style w:type="table" w:styleId="ColorfulShading-Accent5">
    <w:name w:val="Colorful Shading Accent 5"/>
    <w:basedOn w:val="TableNormal"/>
    <w:uiPriority w:val="71"/>
    <w:rsid w:val="00CB0664"/>
    <w:pPr>
      <w:spacing w:after="0" w:line="240" w:lineRule="auto"/>
    </w:pPr>
    <w:rPr>
      <w:color w:val="2A2622" w:themeColor="text1"/>
    </w:rPr>
    <w:tblPr>
      <w:tblStyleRowBandSize w:val="1"/>
      <w:tblStyleColBandSize w:val="1"/>
      <w:tblBorders>
        <w:top w:val="single" w:sz="24" w:space="0" w:color="9A9795" w:themeColor="accent6"/>
        <w:left w:val="single" w:sz="4" w:space="0" w:color="4D6E7F" w:themeColor="accent5"/>
        <w:bottom w:val="single" w:sz="4" w:space="0" w:color="4D6E7F" w:themeColor="accent5"/>
        <w:right w:val="single" w:sz="4" w:space="0" w:color="4D6E7F" w:themeColor="accent5"/>
        <w:insideH w:val="single" w:sz="4" w:space="0" w:color="F5F0E7" w:themeColor="background1"/>
        <w:insideV w:val="single" w:sz="4" w:space="0" w:color="F5F0E7" w:themeColor="background1"/>
      </w:tblBorders>
    </w:tblPr>
    <w:tcPr>
      <w:shd w:val="clear" w:color="auto" w:fill="ECF1F3" w:themeFill="accent5" w:themeFillTint="19"/>
    </w:tcPr>
    <w:tblStylePr w:type="firstRow">
      <w:rPr>
        <w:b/>
        <w:bCs/>
      </w:rPr>
      <w:tblPr/>
      <w:tcPr>
        <w:tcBorders>
          <w:top w:val="nil"/>
          <w:left w:val="nil"/>
          <w:bottom w:val="single" w:sz="24" w:space="0" w:color="9A9795" w:themeColor="accent6"/>
          <w:right w:val="nil"/>
          <w:insideH w:val="nil"/>
          <w:insideV w:val="nil"/>
        </w:tcBorders>
        <w:shd w:val="clear" w:color="auto" w:fill="F5F0E7" w:themeFill="background1"/>
      </w:tcPr>
    </w:tblStylePr>
    <w:tblStylePr w:type="lastRow">
      <w:rPr>
        <w:b/>
        <w:bCs/>
        <w:color w:val="F5F0E7" w:themeColor="background1"/>
      </w:rPr>
      <w:tblPr/>
      <w:tcPr>
        <w:tcBorders>
          <w:top w:val="single" w:sz="6" w:space="0" w:color="F5F0E7" w:themeColor="background1"/>
        </w:tcBorders>
        <w:shd w:val="clear" w:color="auto" w:fill="2E414C" w:themeFill="accent5" w:themeFillShade="99"/>
      </w:tcPr>
    </w:tblStylePr>
    <w:tblStylePr w:type="firstCol">
      <w:rPr>
        <w:color w:val="F5F0E7" w:themeColor="background1"/>
      </w:rPr>
      <w:tblPr/>
      <w:tcPr>
        <w:tcBorders>
          <w:top w:val="nil"/>
          <w:left w:val="nil"/>
          <w:bottom w:val="nil"/>
          <w:right w:val="nil"/>
          <w:insideH w:val="single" w:sz="4" w:space="0" w:color="2E414C" w:themeColor="accent5" w:themeShade="99"/>
          <w:insideV w:val="nil"/>
        </w:tcBorders>
        <w:shd w:val="clear" w:color="auto" w:fill="2E414C" w:themeFill="accent5" w:themeFillShade="99"/>
      </w:tcPr>
    </w:tblStylePr>
    <w:tblStylePr w:type="lastCol">
      <w:rPr>
        <w:color w:val="F5F0E7" w:themeColor="background1"/>
      </w:rPr>
      <w:tblPr/>
      <w:tcPr>
        <w:tcBorders>
          <w:top w:val="nil"/>
          <w:left w:val="nil"/>
          <w:bottom w:val="nil"/>
          <w:right w:val="nil"/>
          <w:insideH w:val="nil"/>
          <w:insideV w:val="nil"/>
        </w:tcBorders>
        <w:shd w:val="clear" w:color="auto" w:fill="2E414C" w:themeFill="accent5" w:themeFillShade="99"/>
      </w:tcPr>
    </w:tblStylePr>
    <w:tblStylePr w:type="band1Vert">
      <w:tblPr/>
      <w:tcPr>
        <w:shd w:val="clear" w:color="auto" w:fill="B2C6D0" w:themeFill="accent5" w:themeFillTint="66"/>
      </w:tcPr>
    </w:tblStylePr>
    <w:tblStylePr w:type="band1Horz">
      <w:tblPr/>
      <w:tcPr>
        <w:shd w:val="clear" w:color="auto" w:fill="9FB8C5" w:themeFill="accent5" w:themeFillTint="7F"/>
      </w:tcPr>
    </w:tblStylePr>
    <w:tblStylePr w:type="neCell">
      <w:rPr>
        <w:color w:val="2A2622" w:themeColor="text1"/>
      </w:rPr>
    </w:tblStylePr>
    <w:tblStylePr w:type="nwCell">
      <w:rPr>
        <w:color w:val="2A2622" w:themeColor="text1"/>
      </w:rPr>
    </w:tblStylePr>
  </w:style>
  <w:style w:type="table" w:styleId="ColorfulShading-Accent6">
    <w:name w:val="Colorful Shading Accent 6"/>
    <w:basedOn w:val="TableNormal"/>
    <w:uiPriority w:val="71"/>
    <w:rsid w:val="00CB0664"/>
    <w:pPr>
      <w:spacing w:after="0" w:line="240" w:lineRule="auto"/>
    </w:pPr>
    <w:rPr>
      <w:color w:val="2A2622" w:themeColor="text1"/>
    </w:rPr>
    <w:tblPr>
      <w:tblStyleRowBandSize w:val="1"/>
      <w:tblStyleColBandSize w:val="1"/>
      <w:tblBorders>
        <w:top w:val="single" w:sz="24" w:space="0" w:color="4D6E7F" w:themeColor="accent5"/>
        <w:left w:val="single" w:sz="4" w:space="0" w:color="9A9795" w:themeColor="accent6"/>
        <w:bottom w:val="single" w:sz="4" w:space="0" w:color="9A9795" w:themeColor="accent6"/>
        <w:right w:val="single" w:sz="4" w:space="0" w:color="9A9795" w:themeColor="accent6"/>
        <w:insideH w:val="single" w:sz="4" w:space="0" w:color="F5F0E7" w:themeColor="background1"/>
        <w:insideV w:val="single" w:sz="4" w:space="0" w:color="F5F0E7" w:themeColor="background1"/>
      </w:tblBorders>
    </w:tblPr>
    <w:tcPr>
      <w:shd w:val="clear" w:color="auto" w:fill="F5F4F4" w:themeFill="accent6" w:themeFillTint="19"/>
    </w:tcPr>
    <w:tblStylePr w:type="firstRow">
      <w:rPr>
        <w:b/>
        <w:bCs/>
      </w:rPr>
      <w:tblPr/>
      <w:tcPr>
        <w:tcBorders>
          <w:top w:val="nil"/>
          <w:left w:val="nil"/>
          <w:bottom w:val="single" w:sz="24" w:space="0" w:color="4D6E7F" w:themeColor="accent5"/>
          <w:right w:val="nil"/>
          <w:insideH w:val="nil"/>
          <w:insideV w:val="nil"/>
        </w:tcBorders>
        <w:shd w:val="clear" w:color="auto" w:fill="F5F0E7" w:themeFill="background1"/>
      </w:tcPr>
    </w:tblStylePr>
    <w:tblStylePr w:type="lastRow">
      <w:rPr>
        <w:b/>
        <w:bCs/>
        <w:color w:val="F5F0E7" w:themeColor="background1"/>
      </w:rPr>
      <w:tblPr/>
      <w:tcPr>
        <w:tcBorders>
          <w:top w:val="single" w:sz="6" w:space="0" w:color="F5F0E7" w:themeColor="background1"/>
        </w:tcBorders>
        <w:shd w:val="clear" w:color="auto" w:fill="5C5A58" w:themeFill="accent6" w:themeFillShade="99"/>
      </w:tcPr>
    </w:tblStylePr>
    <w:tblStylePr w:type="firstCol">
      <w:rPr>
        <w:color w:val="F5F0E7" w:themeColor="background1"/>
      </w:rPr>
      <w:tblPr/>
      <w:tcPr>
        <w:tcBorders>
          <w:top w:val="nil"/>
          <w:left w:val="nil"/>
          <w:bottom w:val="nil"/>
          <w:right w:val="nil"/>
          <w:insideH w:val="single" w:sz="4" w:space="0" w:color="5C5A58" w:themeColor="accent6" w:themeShade="99"/>
          <w:insideV w:val="nil"/>
        </w:tcBorders>
        <w:shd w:val="clear" w:color="auto" w:fill="5C5A58" w:themeFill="accent6" w:themeFillShade="99"/>
      </w:tcPr>
    </w:tblStylePr>
    <w:tblStylePr w:type="lastCol">
      <w:rPr>
        <w:color w:val="F5F0E7" w:themeColor="background1"/>
      </w:rPr>
      <w:tblPr/>
      <w:tcPr>
        <w:tcBorders>
          <w:top w:val="nil"/>
          <w:left w:val="nil"/>
          <w:bottom w:val="nil"/>
          <w:right w:val="nil"/>
          <w:insideH w:val="nil"/>
          <w:insideV w:val="nil"/>
        </w:tcBorders>
        <w:shd w:val="clear" w:color="auto" w:fill="5C5A58" w:themeFill="accent6" w:themeFillShade="99"/>
      </w:tcPr>
    </w:tblStylePr>
    <w:tblStylePr w:type="band1Vert">
      <w:tblPr/>
      <w:tcPr>
        <w:shd w:val="clear" w:color="auto" w:fill="D6D5D4" w:themeFill="accent6" w:themeFillTint="66"/>
      </w:tcPr>
    </w:tblStylePr>
    <w:tblStylePr w:type="band1Horz">
      <w:tblPr/>
      <w:tcPr>
        <w:shd w:val="clear" w:color="auto" w:fill="CCCBCA" w:themeFill="accent6" w:themeFillTint="7F"/>
      </w:tcPr>
    </w:tblStylePr>
    <w:tblStylePr w:type="neCell">
      <w:rPr>
        <w:color w:val="2A2622" w:themeColor="text1"/>
      </w:rPr>
    </w:tblStylePr>
    <w:tblStylePr w:type="nwCell">
      <w:rPr>
        <w:color w:val="2A2622" w:themeColor="text1"/>
      </w:rPr>
    </w:tblStylePr>
  </w:style>
  <w:style w:type="table" w:styleId="ColorfulList">
    <w:name w:val="Colorful List"/>
    <w:basedOn w:val="TableNormal"/>
    <w:uiPriority w:val="72"/>
    <w:rsid w:val="00CB0664"/>
    <w:pPr>
      <w:spacing w:after="0" w:line="240" w:lineRule="auto"/>
    </w:pPr>
    <w:rPr>
      <w:color w:val="2A2622" w:themeColor="text1"/>
    </w:rPr>
    <w:tblPr>
      <w:tblStyleRowBandSize w:val="1"/>
      <w:tblStyleColBandSize w:val="1"/>
    </w:tblPr>
    <w:tcPr>
      <w:shd w:val="clear" w:color="auto" w:fill="ECE9E7" w:themeFill="text1" w:themeFillTint="19"/>
    </w:tcPr>
    <w:tblStylePr w:type="firstRow">
      <w:rPr>
        <w:b/>
        <w:bCs/>
        <w:color w:val="F5F0E7" w:themeColor="background1"/>
      </w:rPr>
      <w:tblPr/>
      <w:tcPr>
        <w:tcBorders>
          <w:bottom w:val="single" w:sz="12" w:space="0" w:color="F5F0E7" w:themeColor="background1"/>
        </w:tcBorders>
        <w:shd w:val="clear" w:color="auto" w:fill="BF4339" w:themeFill="accent2" w:themeFillShade="CC"/>
      </w:tcPr>
    </w:tblStylePr>
    <w:tblStylePr w:type="lastRow">
      <w:rPr>
        <w:b/>
        <w:bCs/>
        <w:color w:val="BF4339" w:themeColor="accent2" w:themeShade="CC"/>
      </w:rPr>
      <w:tblPr/>
      <w:tcPr>
        <w:tcBorders>
          <w:top w:val="single" w:sz="12" w:space="0" w:color="2A2622" w:themeColor="text1"/>
        </w:tcBorders>
        <w:shd w:val="clear" w:color="auto" w:fill="F5F0E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C9C3" w:themeFill="text1" w:themeFillTint="3F"/>
      </w:tcPr>
    </w:tblStylePr>
    <w:tblStylePr w:type="band1Horz">
      <w:tblPr/>
      <w:tcPr>
        <w:shd w:val="clear" w:color="auto" w:fill="D8D3CE" w:themeFill="text1" w:themeFillTint="33"/>
      </w:tcPr>
    </w:tblStylePr>
  </w:style>
  <w:style w:type="table" w:styleId="ColorfulList-Accent1">
    <w:name w:val="Colorful List Accent 1"/>
    <w:basedOn w:val="TableNormal"/>
    <w:uiPriority w:val="72"/>
    <w:rsid w:val="00CB0664"/>
    <w:pPr>
      <w:spacing w:after="0" w:line="240" w:lineRule="auto"/>
    </w:pPr>
    <w:rPr>
      <w:color w:val="2A2622" w:themeColor="text1"/>
    </w:rPr>
    <w:tblPr>
      <w:tblStyleRowBandSize w:val="1"/>
      <w:tblStyleColBandSize w:val="1"/>
    </w:tblPr>
    <w:tcPr>
      <w:shd w:val="clear" w:color="auto" w:fill="F3F8F7" w:themeFill="accent1" w:themeFillTint="19"/>
    </w:tcPr>
    <w:tblStylePr w:type="firstRow">
      <w:rPr>
        <w:b/>
        <w:bCs/>
        <w:color w:val="F5F0E7" w:themeColor="background1"/>
      </w:rPr>
      <w:tblPr/>
      <w:tcPr>
        <w:tcBorders>
          <w:bottom w:val="single" w:sz="12" w:space="0" w:color="F5F0E7" w:themeColor="background1"/>
        </w:tcBorders>
        <w:shd w:val="clear" w:color="auto" w:fill="BF4339" w:themeFill="accent2" w:themeFillShade="CC"/>
      </w:tcPr>
    </w:tblStylePr>
    <w:tblStylePr w:type="lastRow">
      <w:rPr>
        <w:b/>
        <w:bCs/>
        <w:color w:val="BF4339" w:themeColor="accent2" w:themeShade="CC"/>
      </w:rPr>
      <w:tblPr/>
      <w:tcPr>
        <w:tcBorders>
          <w:top w:val="single" w:sz="12" w:space="0" w:color="2A2622" w:themeColor="text1"/>
        </w:tcBorders>
        <w:shd w:val="clear" w:color="auto" w:fill="F5F0E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EEC" w:themeFill="accent1" w:themeFillTint="3F"/>
      </w:tcPr>
    </w:tblStylePr>
    <w:tblStylePr w:type="band1Horz">
      <w:tblPr/>
      <w:tcPr>
        <w:shd w:val="clear" w:color="auto" w:fill="E8F1EF" w:themeFill="accent1" w:themeFillTint="33"/>
      </w:tcPr>
    </w:tblStylePr>
  </w:style>
  <w:style w:type="table" w:styleId="ColorfulList-Accent2">
    <w:name w:val="Colorful List Accent 2"/>
    <w:basedOn w:val="TableNormal"/>
    <w:uiPriority w:val="72"/>
    <w:rsid w:val="00CB0664"/>
    <w:pPr>
      <w:spacing w:after="0" w:line="240" w:lineRule="auto"/>
    </w:pPr>
    <w:rPr>
      <w:color w:val="2A2622" w:themeColor="text1"/>
    </w:rPr>
    <w:tblPr>
      <w:tblStyleRowBandSize w:val="1"/>
      <w:tblStyleColBandSize w:val="1"/>
    </w:tblPr>
    <w:tcPr>
      <w:shd w:val="clear" w:color="auto" w:fill="FAF0EF" w:themeFill="accent2" w:themeFillTint="19"/>
    </w:tcPr>
    <w:tblStylePr w:type="firstRow">
      <w:rPr>
        <w:b/>
        <w:bCs/>
        <w:color w:val="F5F0E7" w:themeColor="background1"/>
      </w:rPr>
      <w:tblPr/>
      <w:tcPr>
        <w:tcBorders>
          <w:bottom w:val="single" w:sz="12" w:space="0" w:color="F5F0E7" w:themeColor="background1"/>
        </w:tcBorders>
        <w:shd w:val="clear" w:color="auto" w:fill="BF4339" w:themeFill="accent2" w:themeFillShade="CC"/>
      </w:tcPr>
    </w:tblStylePr>
    <w:tblStylePr w:type="lastRow">
      <w:rPr>
        <w:b/>
        <w:bCs/>
        <w:color w:val="BF4339" w:themeColor="accent2" w:themeShade="CC"/>
      </w:rPr>
      <w:tblPr/>
      <w:tcPr>
        <w:tcBorders>
          <w:top w:val="single" w:sz="12" w:space="0" w:color="2A2622" w:themeColor="text1"/>
        </w:tcBorders>
        <w:shd w:val="clear" w:color="auto" w:fill="F5F0E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DAD9" w:themeFill="accent2" w:themeFillTint="3F"/>
      </w:tcPr>
    </w:tblStylePr>
    <w:tblStylePr w:type="band1Horz">
      <w:tblPr/>
      <w:tcPr>
        <w:shd w:val="clear" w:color="auto" w:fill="F5E1E0" w:themeFill="accent2" w:themeFillTint="33"/>
      </w:tcPr>
    </w:tblStylePr>
  </w:style>
  <w:style w:type="table" w:styleId="ColorfulList-Accent3">
    <w:name w:val="Colorful List Accent 3"/>
    <w:basedOn w:val="TableNormal"/>
    <w:uiPriority w:val="72"/>
    <w:rsid w:val="00CB0664"/>
    <w:pPr>
      <w:spacing w:after="0" w:line="240" w:lineRule="auto"/>
    </w:pPr>
    <w:rPr>
      <w:color w:val="2A2622" w:themeColor="text1"/>
    </w:rPr>
    <w:tblPr>
      <w:tblStyleRowBandSize w:val="1"/>
      <w:tblStyleColBandSize w:val="1"/>
    </w:tblPr>
    <w:tcPr>
      <w:shd w:val="clear" w:color="auto" w:fill="FDFBF9" w:themeFill="accent3" w:themeFillTint="19"/>
    </w:tcPr>
    <w:tblStylePr w:type="firstRow">
      <w:rPr>
        <w:b/>
        <w:bCs/>
        <w:color w:val="F5F0E7" w:themeColor="background1"/>
      </w:rPr>
      <w:tblPr/>
      <w:tcPr>
        <w:tcBorders>
          <w:bottom w:val="single" w:sz="12" w:space="0" w:color="F5F0E7" w:themeColor="background1"/>
        </w:tcBorders>
        <w:shd w:val="clear" w:color="auto" w:fill="637A5D" w:themeFill="accent4" w:themeFillShade="CC"/>
      </w:tcPr>
    </w:tblStylePr>
    <w:tblStylePr w:type="lastRow">
      <w:rPr>
        <w:b/>
        <w:bCs/>
        <w:color w:val="637A5D" w:themeColor="accent4" w:themeShade="CC"/>
      </w:rPr>
      <w:tblPr/>
      <w:tcPr>
        <w:tcBorders>
          <w:top w:val="single" w:sz="12" w:space="0" w:color="2A2622" w:themeColor="text1"/>
        </w:tcBorders>
        <w:shd w:val="clear" w:color="auto" w:fill="F5F0E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7F2" w:themeFill="accent3" w:themeFillTint="3F"/>
      </w:tcPr>
    </w:tblStylePr>
    <w:tblStylePr w:type="band1Horz">
      <w:tblPr/>
      <w:tcPr>
        <w:shd w:val="clear" w:color="auto" w:fill="FBF8F4" w:themeFill="accent3" w:themeFillTint="33"/>
      </w:tcPr>
    </w:tblStylePr>
  </w:style>
  <w:style w:type="table" w:styleId="ColorfulList-Accent4">
    <w:name w:val="Colorful List Accent 4"/>
    <w:basedOn w:val="TableNormal"/>
    <w:uiPriority w:val="72"/>
    <w:rsid w:val="00CB0664"/>
    <w:pPr>
      <w:spacing w:after="0" w:line="240" w:lineRule="auto"/>
    </w:pPr>
    <w:rPr>
      <w:color w:val="2A2622" w:themeColor="text1"/>
    </w:rPr>
    <w:tblPr>
      <w:tblStyleRowBandSize w:val="1"/>
      <w:tblStyleColBandSize w:val="1"/>
    </w:tblPr>
    <w:tcPr>
      <w:shd w:val="clear" w:color="auto" w:fill="F2F4F1" w:themeFill="accent4" w:themeFillTint="19"/>
    </w:tcPr>
    <w:tblStylePr w:type="firstRow">
      <w:rPr>
        <w:b/>
        <w:bCs/>
        <w:color w:val="F5F0E7" w:themeColor="background1"/>
      </w:rPr>
      <w:tblPr/>
      <w:tcPr>
        <w:tcBorders>
          <w:bottom w:val="single" w:sz="12" w:space="0" w:color="F5F0E7" w:themeColor="background1"/>
        </w:tcBorders>
        <w:shd w:val="clear" w:color="auto" w:fill="D3BA8D" w:themeFill="accent3" w:themeFillShade="CC"/>
      </w:tcPr>
    </w:tblStylePr>
    <w:tblStylePr w:type="lastRow">
      <w:rPr>
        <w:b/>
        <w:bCs/>
        <w:color w:val="D3BA8D" w:themeColor="accent3" w:themeShade="CC"/>
      </w:rPr>
      <w:tblPr/>
      <w:tcPr>
        <w:tcBorders>
          <w:top w:val="single" w:sz="12" w:space="0" w:color="2A2622" w:themeColor="text1"/>
        </w:tcBorders>
        <w:shd w:val="clear" w:color="auto" w:fill="F5F0E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5DD" w:themeFill="accent4" w:themeFillTint="3F"/>
      </w:tcPr>
    </w:tblStylePr>
    <w:tblStylePr w:type="band1Horz">
      <w:tblPr/>
      <w:tcPr>
        <w:shd w:val="clear" w:color="auto" w:fill="E5EAE3" w:themeFill="accent4" w:themeFillTint="33"/>
      </w:tcPr>
    </w:tblStylePr>
  </w:style>
  <w:style w:type="table" w:styleId="ColorfulList-Accent5">
    <w:name w:val="Colorful List Accent 5"/>
    <w:basedOn w:val="TableNormal"/>
    <w:uiPriority w:val="72"/>
    <w:rsid w:val="00CB0664"/>
    <w:pPr>
      <w:spacing w:after="0" w:line="240" w:lineRule="auto"/>
    </w:pPr>
    <w:rPr>
      <w:color w:val="2A2622" w:themeColor="text1"/>
    </w:rPr>
    <w:tblPr>
      <w:tblStyleRowBandSize w:val="1"/>
      <w:tblStyleColBandSize w:val="1"/>
    </w:tblPr>
    <w:tcPr>
      <w:shd w:val="clear" w:color="auto" w:fill="ECF1F3" w:themeFill="accent5" w:themeFillTint="19"/>
    </w:tcPr>
    <w:tblStylePr w:type="firstRow">
      <w:rPr>
        <w:b/>
        <w:bCs/>
        <w:color w:val="F5F0E7" w:themeColor="background1"/>
      </w:rPr>
      <w:tblPr/>
      <w:tcPr>
        <w:tcBorders>
          <w:bottom w:val="single" w:sz="12" w:space="0" w:color="F5F0E7" w:themeColor="background1"/>
        </w:tcBorders>
        <w:shd w:val="clear" w:color="auto" w:fill="7C7876" w:themeFill="accent6" w:themeFillShade="CC"/>
      </w:tcPr>
    </w:tblStylePr>
    <w:tblStylePr w:type="lastRow">
      <w:rPr>
        <w:b/>
        <w:bCs/>
        <w:color w:val="7C7876" w:themeColor="accent6" w:themeShade="CC"/>
      </w:rPr>
      <w:tblPr/>
      <w:tcPr>
        <w:tcBorders>
          <w:top w:val="single" w:sz="12" w:space="0" w:color="2A2622" w:themeColor="text1"/>
        </w:tcBorders>
        <w:shd w:val="clear" w:color="auto" w:fill="F5F0E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DCE2" w:themeFill="accent5" w:themeFillTint="3F"/>
      </w:tcPr>
    </w:tblStylePr>
    <w:tblStylePr w:type="band1Horz">
      <w:tblPr/>
      <w:tcPr>
        <w:shd w:val="clear" w:color="auto" w:fill="D8E2E8" w:themeFill="accent5" w:themeFillTint="33"/>
      </w:tcPr>
    </w:tblStylePr>
  </w:style>
  <w:style w:type="table" w:styleId="ColorfulList-Accent6">
    <w:name w:val="Colorful List Accent 6"/>
    <w:basedOn w:val="TableNormal"/>
    <w:uiPriority w:val="72"/>
    <w:rsid w:val="00CB0664"/>
    <w:pPr>
      <w:spacing w:after="0" w:line="240" w:lineRule="auto"/>
    </w:pPr>
    <w:rPr>
      <w:color w:val="2A2622" w:themeColor="text1"/>
    </w:rPr>
    <w:tblPr>
      <w:tblStyleRowBandSize w:val="1"/>
      <w:tblStyleColBandSize w:val="1"/>
    </w:tblPr>
    <w:tcPr>
      <w:shd w:val="clear" w:color="auto" w:fill="F5F4F4" w:themeFill="accent6" w:themeFillTint="19"/>
    </w:tcPr>
    <w:tblStylePr w:type="firstRow">
      <w:rPr>
        <w:b/>
        <w:bCs/>
        <w:color w:val="F5F0E7" w:themeColor="background1"/>
      </w:rPr>
      <w:tblPr/>
      <w:tcPr>
        <w:tcBorders>
          <w:bottom w:val="single" w:sz="12" w:space="0" w:color="F5F0E7" w:themeColor="background1"/>
        </w:tcBorders>
        <w:shd w:val="clear" w:color="auto" w:fill="3D5765" w:themeFill="accent5" w:themeFillShade="CC"/>
      </w:tcPr>
    </w:tblStylePr>
    <w:tblStylePr w:type="lastRow">
      <w:rPr>
        <w:b/>
        <w:bCs/>
        <w:color w:val="3D5765" w:themeColor="accent5" w:themeShade="CC"/>
      </w:rPr>
      <w:tblPr/>
      <w:tcPr>
        <w:tcBorders>
          <w:top w:val="single" w:sz="12" w:space="0" w:color="2A2622" w:themeColor="text1"/>
        </w:tcBorders>
        <w:shd w:val="clear" w:color="auto" w:fill="F5F0E7"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5E4" w:themeFill="accent6" w:themeFillTint="3F"/>
      </w:tcPr>
    </w:tblStylePr>
    <w:tblStylePr w:type="band1Horz">
      <w:tblPr/>
      <w:tcPr>
        <w:shd w:val="clear" w:color="auto" w:fill="EAEAE9" w:themeFill="accent6" w:themeFillTint="33"/>
      </w:tcPr>
    </w:tblStylePr>
  </w:style>
  <w:style w:type="table" w:styleId="ColorfulGrid">
    <w:name w:val="Colorful Grid"/>
    <w:basedOn w:val="TableNormal"/>
    <w:uiPriority w:val="73"/>
    <w:rsid w:val="00CB0664"/>
    <w:pPr>
      <w:spacing w:after="0" w:line="240" w:lineRule="auto"/>
    </w:pPr>
    <w:rPr>
      <w:color w:val="2A2622" w:themeColor="text1"/>
    </w:rPr>
    <w:tblPr>
      <w:tblStyleRowBandSize w:val="1"/>
      <w:tblStyleColBandSize w:val="1"/>
      <w:tblBorders>
        <w:insideH w:val="single" w:sz="4" w:space="0" w:color="F5F0E7" w:themeColor="background1"/>
      </w:tblBorders>
    </w:tblPr>
    <w:tcPr>
      <w:shd w:val="clear" w:color="auto" w:fill="D8D3CE" w:themeFill="text1" w:themeFillTint="33"/>
    </w:tcPr>
    <w:tblStylePr w:type="firstRow">
      <w:rPr>
        <w:b/>
        <w:bCs/>
      </w:rPr>
      <w:tblPr/>
      <w:tcPr>
        <w:shd w:val="clear" w:color="auto" w:fill="B1A89F" w:themeFill="text1" w:themeFillTint="66"/>
      </w:tcPr>
    </w:tblStylePr>
    <w:tblStylePr w:type="lastRow">
      <w:rPr>
        <w:b/>
        <w:bCs/>
        <w:color w:val="2A2622" w:themeColor="text1"/>
      </w:rPr>
      <w:tblPr/>
      <w:tcPr>
        <w:shd w:val="clear" w:color="auto" w:fill="B1A89F" w:themeFill="text1" w:themeFillTint="66"/>
      </w:tcPr>
    </w:tblStylePr>
    <w:tblStylePr w:type="firstCol">
      <w:rPr>
        <w:color w:val="F5F0E7" w:themeColor="background1"/>
      </w:rPr>
      <w:tblPr/>
      <w:tcPr>
        <w:shd w:val="clear" w:color="auto" w:fill="1F1C19" w:themeFill="text1" w:themeFillShade="BF"/>
      </w:tcPr>
    </w:tblStylePr>
    <w:tblStylePr w:type="lastCol">
      <w:rPr>
        <w:color w:val="F5F0E7" w:themeColor="background1"/>
      </w:rPr>
      <w:tblPr/>
      <w:tcPr>
        <w:shd w:val="clear" w:color="auto" w:fill="1F1C19" w:themeFill="text1" w:themeFillShade="BF"/>
      </w:tcPr>
    </w:tblStylePr>
    <w:tblStylePr w:type="band1Vert">
      <w:tblPr/>
      <w:tcPr>
        <w:shd w:val="clear" w:color="auto" w:fill="9E9287" w:themeFill="text1" w:themeFillTint="7F"/>
      </w:tcPr>
    </w:tblStylePr>
    <w:tblStylePr w:type="band1Horz">
      <w:tblPr/>
      <w:tcPr>
        <w:shd w:val="clear" w:color="auto" w:fill="9E9287" w:themeFill="text1" w:themeFillTint="7F"/>
      </w:tcPr>
    </w:tblStylePr>
  </w:style>
  <w:style w:type="table" w:styleId="ColorfulGrid-Accent1">
    <w:name w:val="Colorful Grid Accent 1"/>
    <w:basedOn w:val="TableNormal"/>
    <w:uiPriority w:val="73"/>
    <w:rsid w:val="00CB0664"/>
    <w:pPr>
      <w:spacing w:after="0" w:line="240" w:lineRule="auto"/>
    </w:pPr>
    <w:rPr>
      <w:color w:val="2A2622" w:themeColor="text1"/>
    </w:rPr>
    <w:tblPr>
      <w:tblStyleRowBandSize w:val="1"/>
      <w:tblStyleColBandSize w:val="1"/>
      <w:tblBorders>
        <w:insideH w:val="single" w:sz="4" w:space="0" w:color="F5F0E7" w:themeColor="background1"/>
      </w:tblBorders>
    </w:tblPr>
    <w:tcPr>
      <w:shd w:val="clear" w:color="auto" w:fill="E8F1EF" w:themeFill="accent1" w:themeFillTint="33"/>
    </w:tcPr>
    <w:tblStylePr w:type="firstRow">
      <w:rPr>
        <w:b/>
        <w:bCs/>
      </w:rPr>
      <w:tblPr/>
      <w:tcPr>
        <w:shd w:val="clear" w:color="auto" w:fill="D2E4E0" w:themeFill="accent1" w:themeFillTint="66"/>
      </w:tcPr>
    </w:tblStylePr>
    <w:tblStylePr w:type="lastRow">
      <w:rPr>
        <w:b/>
        <w:bCs/>
        <w:color w:val="2A2622" w:themeColor="text1"/>
      </w:rPr>
      <w:tblPr/>
      <w:tcPr>
        <w:shd w:val="clear" w:color="auto" w:fill="D2E4E0" w:themeFill="accent1" w:themeFillTint="66"/>
      </w:tcPr>
    </w:tblStylePr>
    <w:tblStylePr w:type="firstCol">
      <w:rPr>
        <w:color w:val="F5F0E7" w:themeColor="background1"/>
      </w:rPr>
      <w:tblPr/>
      <w:tcPr>
        <w:shd w:val="clear" w:color="auto" w:fill="5C9C8E" w:themeFill="accent1" w:themeFillShade="BF"/>
      </w:tcPr>
    </w:tblStylePr>
    <w:tblStylePr w:type="lastCol">
      <w:rPr>
        <w:color w:val="F5F0E7" w:themeColor="background1"/>
      </w:rPr>
      <w:tblPr/>
      <w:tcPr>
        <w:shd w:val="clear" w:color="auto" w:fill="5C9C8E" w:themeFill="accent1" w:themeFillShade="BF"/>
      </w:tcPr>
    </w:tblStylePr>
    <w:tblStylePr w:type="band1Vert">
      <w:tblPr/>
      <w:tcPr>
        <w:shd w:val="clear" w:color="auto" w:fill="C7DED9" w:themeFill="accent1" w:themeFillTint="7F"/>
      </w:tcPr>
    </w:tblStylePr>
    <w:tblStylePr w:type="band1Horz">
      <w:tblPr/>
      <w:tcPr>
        <w:shd w:val="clear" w:color="auto" w:fill="C7DED9" w:themeFill="accent1" w:themeFillTint="7F"/>
      </w:tcPr>
    </w:tblStylePr>
  </w:style>
  <w:style w:type="table" w:styleId="ColorfulGrid-Accent2">
    <w:name w:val="Colorful Grid Accent 2"/>
    <w:basedOn w:val="TableNormal"/>
    <w:uiPriority w:val="73"/>
    <w:rsid w:val="00CB0664"/>
    <w:pPr>
      <w:spacing w:after="0" w:line="240" w:lineRule="auto"/>
    </w:pPr>
    <w:rPr>
      <w:color w:val="2A2622" w:themeColor="text1"/>
    </w:rPr>
    <w:tblPr>
      <w:tblStyleRowBandSize w:val="1"/>
      <w:tblStyleColBandSize w:val="1"/>
      <w:tblBorders>
        <w:insideH w:val="single" w:sz="4" w:space="0" w:color="F5F0E7" w:themeColor="background1"/>
      </w:tblBorders>
    </w:tblPr>
    <w:tcPr>
      <w:shd w:val="clear" w:color="auto" w:fill="F5E1E0" w:themeFill="accent2" w:themeFillTint="33"/>
    </w:tcPr>
    <w:tblStylePr w:type="firstRow">
      <w:rPr>
        <w:b/>
        <w:bCs/>
      </w:rPr>
      <w:tblPr/>
      <w:tcPr>
        <w:shd w:val="clear" w:color="auto" w:fill="ECC4C1" w:themeFill="accent2" w:themeFillTint="66"/>
      </w:tcPr>
    </w:tblStylePr>
    <w:tblStylePr w:type="lastRow">
      <w:rPr>
        <w:b/>
        <w:bCs/>
        <w:color w:val="2A2622" w:themeColor="text1"/>
      </w:rPr>
      <w:tblPr/>
      <w:tcPr>
        <w:shd w:val="clear" w:color="auto" w:fill="ECC4C1" w:themeFill="accent2" w:themeFillTint="66"/>
      </w:tcPr>
    </w:tblStylePr>
    <w:tblStylePr w:type="firstCol">
      <w:rPr>
        <w:color w:val="F5F0E7" w:themeColor="background1"/>
      </w:rPr>
      <w:tblPr/>
      <w:tcPr>
        <w:shd w:val="clear" w:color="auto" w:fill="B23F35" w:themeFill="accent2" w:themeFillShade="BF"/>
      </w:tcPr>
    </w:tblStylePr>
    <w:tblStylePr w:type="lastCol">
      <w:rPr>
        <w:color w:val="F5F0E7" w:themeColor="background1"/>
      </w:rPr>
      <w:tblPr/>
      <w:tcPr>
        <w:shd w:val="clear" w:color="auto" w:fill="B23F35" w:themeFill="accent2" w:themeFillShade="BF"/>
      </w:tcPr>
    </w:tblStylePr>
    <w:tblStylePr w:type="band1Vert">
      <w:tblPr/>
      <w:tcPr>
        <w:shd w:val="clear" w:color="auto" w:fill="E8B6B2" w:themeFill="accent2" w:themeFillTint="7F"/>
      </w:tcPr>
    </w:tblStylePr>
    <w:tblStylePr w:type="band1Horz">
      <w:tblPr/>
      <w:tcPr>
        <w:shd w:val="clear" w:color="auto" w:fill="E8B6B2" w:themeFill="accent2" w:themeFillTint="7F"/>
      </w:tcPr>
    </w:tblStylePr>
  </w:style>
  <w:style w:type="table" w:styleId="ColorfulGrid-Accent3">
    <w:name w:val="Colorful Grid Accent 3"/>
    <w:basedOn w:val="TableNormal"/>
    <w:uiPriority w:val="73"/>
    <w:rsid w:val="00CB0664"/>
    <w:pPr>
      <w:spacing w:after="0" w:line="240" w:lineRule="auto"/>
    </w:pPr>
    <w:rPr>
      <w:color w:val="2A2622" w:themeColor="text1"/>
    </w:rPr>
    <w:tblPr>
      <w:tblStyleRowBandSize w:val="1"/>
      <w:tblStyleColBandSize w:val="1"/>
      <w:tblBorders>
        <w:insideH w:val="single" w:sz="4" w:space="0" w:color="F5F0E7" w:themeColor="background1"/>
      </w:tblBorders>
    </w:tblPr>
    <w:tcPr>
      <w:shd w:val="clear" w:color="auto" w:fill="FBF8F4" w:themeFill="accent3" w:themeFillTint="33"/>
    </w:tcPr>
    <w:tblStylePr w:type="firstRow">
      <w:rPr>
        <w:b/>
        <w:bCs/>
      </w:rPr>
      <w:tblPr/>
      <w:tcPr>
        <w:shd w:val="clear" w:color="auto" w:fill="F7F2EA" w:themeFill="accent3" w:themeFillTint="66"/>
      </w:tcPr>
    </w:tblStylePr>
    <w:tblStylePr w:type="lastRow">
      <w:rPr>
        <w:b/>
        <w:bCs/>
        <w:color w:val="2A2622" w:themeColor="text1"/>
      </w:rPr>
      <w:tblPr/>
      <w:tcPr>
        <w:shd w:val="clear" w:color="auto" w:fill="F7F2EA" w:themeFill="accent3" w:themeFillTint="66"/>
      </w:tcPr>
    </w:tblStylePr>
    <w:tblStylePr w:type="firstCol">
      <w:rPr>
        <w:color w:val="F5F0E7" w:themeColor="background1"/>
      </w:rPr>
      <w:tblPr/>
      <w:tcPr>
        <w:shd w:val="clear" w:color="auto" w:fill="CDB07C" w:themeFill="accent3" w:themeFillShade="BF"/>
      </w:tcPr>
    </w:tblStylePr>
    <w:tblStylePr w:type="lastCol">
      <w:rPr>
        <w:color w:val="F5F0E7" w:themeColor="background1"/>
      </w:rPr>
      <w:tblPr/>
      <w:tcPr>
        <w:shd w:val="clear" w:color="auto" w:fill="CDB07C" w:themeFill="accent3" w:themeFillShade="BF"/>
      </w:tcPr>
    </w:tblStylePr>
    <w:tblStylePr w:type="band1Vert">
      <w:tblPr/>
      <w:tcPr>
        <w:shd w:val="clear" w:color="auto" w:fill="F5EFE5" w:themeFill="accent3" w:themeFillTint="7F"/>
      </w:tcPr>
    </w:tblStylePr>
    <w:tblStylePr w:type="band1Horz">
      <w:tblPr/>
      <w:tcPr>
        <w:shd w:val="clear" w:color="auto" w:fill="F5EFE5" w:themeFill="accent3" w:themeFillTint="7F"/>
      </w:tcPr>
    </w:tblStylePr>
  </w:style>
  <w:style w:type="table" w:styleId="ColorfulGrid-Accent4">
    <w:name w:val="Colorful Grid Accent 4"/>
    <w:basedOn w:val="TableNormal"/>
    <w:uiPriority w:val="73"/>
    <w:rsid w:val="00CB0664"/>
    <w:pPr>
      <w:spacing w:after="0" w:line="240" w:lineRule="auto"/>
    </w:pPr>
    <w:rPr>
      <w:color w:val="2A2622" w:themeColor="text1"/>
    </w:rPr>
    <w:tblPr>
      <w:tblStyleRowBandSize w:val="1"/>
      <w:tblStyleColBandSize w:val="1"/>
      <w:tblBorders>
        <w:insideH w:val="single" w:sz="4" w:space="0" w:color="F5F0E7" w:themeColor="background1"/>
      </w:tblBorders>
    </w:tblPr>
    <w:tcPr>
      <w:shd w:val="clear" w:color="auto" w:fill="E5EAE3" w:themeFill="accent4" w:themeFillTint="33"/>
    </w:tcPr>
    <w:tblStylePr w:type="firstRow">
      <w:rPr>
        <w:b/>
        <w:bCs/>
      </w:rPr>
      <w:tblPr/>
      <w:tcPr>
        <w:shd w:val="clear" w:color="auto" w:fill="CBD5C8" w:themeFill="accent4" w:themeFillTint="66"/>
      </w:tcPr>
    </w:tblStylePr>
    <w:tblStylePr w:type="lastRow">
      <w:rPr>
        <w:b/>
        <w:bCs/>
        <w:color w:val="2A2622" w:themeColor="text1"/>
      </w:rPr>
      <w:tblPr/>
      <w:tcPr>
        <w:shd w:val="clear" w:color="auto" w:fill="CBD5C8" w:themeFill="accent4" w:themeFillTint="66"/>
      </w:tcPr>
    </w:tblStylePr>
    <w:tblStylePr w:type="firstCol">
      <w:rPr>
        <w:color w:val="F5F0E7" w:themeColor="background1"/>
      </w:rPr>
      <w:tblPr/>
      <w:tcPr>
        <w:shd w:val="clear" w:color="auto" w:fill="5D7257" w:themeFill="accent4" w:themeFillShade="BF"/>
      </w:tcPr>
    </w:tblStylePr>
    <w:tblStylePr w:type="lastCol">
      <w:rPr>
        <w:color w:val="F5F0E7" w:themeColor="background1"/>
      </w:rPr>
      <w:tblPr/>
      <w:tcPr>
        <w:shd w:val="clear" w:color="auto" w:fill="5D7257" w:themeFill="accent4" w:themeFillShade="BF"/>
      </w:tcPr>
    </w:tblStylePr>
    <w:tblStylePr w:type="band1Vert">
      <w:tblPr/>
      <w:tcPr>
        <w:shd w:val="clear" w:color="auto" w:fill="BECBBB" w:themeFill="accent4" w:themeFillTint="7F"/>
      </w:tcPr>
    </w:tblStylePr>
    <w:tblStylePr w:type="band1Horz">
      <w:tblPr/>
      <w:tcPr>
        <w:shd w:val="clear" w:color="auto" w:fill="BECBBB" w:themeFill="accent4" w:themeFillTint="7F"/>
      </w:tcPr>
    </w:tblStylePr>
  </w:style>
  <w:style w:type="table" w:styleId="ColorfulGrid-Accent5">
    <w:name w:val="Colorful Grid Accent 5"/>
    <w:basedOn w:val="TableNormal"/>
    <w:uiPriority w:val="73"/>
    <w:rsid w:val="00CB0664"/>
    <w:pPr>
      <w:spacing w:after="0" w:line="240" w:lineRule="auto"/>
    </w:pPr>
    <w:rPr>
      <w:color w:val="2A2622" w:themeColor="text1"/>
    </w:rPr>
    <w:tblPr>
      <w:tblStyleRowBandSize w:val="1"/>
      <w:tblStyleColBandSize w:val="1"/>
      <w:tblBorders>
        <w:insideH w:val="single" w:sz="4" w:space="0" w:color="F5F0E7" w:themeColor="background1"/>
      </w:tblBorders>
    </w:tblPr>
    <w:tcPr>
      <w:shd w:val="clear" w:color="auto" w:fill="D8E2E8" w:themeFill="accent5" w:themeFillTint="33"/>
    </w:tcPr>
    <w:tblStylePr w:type="firstRow">
      <w:rPr>
        <w:b/>
        <w:bCs/>
      </w:rPr>
      <w:tblPr/>
      <w:tcPr>
        <w:shd w:val="clear" w:color="auto" w:fill="B2C6D0" w:themeFill="accent5" w:themeFillTint="66"/>
      </w:tcPr>
    </w:tblStylePr>
    <w:tblStylePr w:type="lastRow">
      <w:rPr>
        <w:b/>
        <w:bCs/>
        <w:color w:val="2A2622" w:themeColor="text1"/>
      </w:rPr>
      <w:tblPr/>
      <w:tcPr>
        <w:shd w:val="clear" w:color="auto" w:fill="B2C6D0" w:themeFill="accent5" w:themeFillTint="66"/>
      </w:tcPr>
    </w:tblStylePr>
    <w:tblStylePr w:type="firstCol">
      <w:rPr>
        <w:color w:val="F5F0E7" w:themeColor="background1"/>
      </w:rPr>
      <w:tblPr/>
      <w:tcPr>
        <w:shd w:val="clear" w:color="auto" w:fill="39525F" w:themeFill="accent5" w:themeFillShade="BF"/>
      </w:tcPr>
    </w:tblStylePr>
    <w:tblStylePr w:type="lastCol">
      <w:rPr>
        <w:color w:val="F5F0E7" w:themeColor="background1"/>
      </w:rPr>
      <w:tblPr/>
      <w:tcPr>
        <w:shd w:val="clear" w:color="auto" w:fill="39525F" w:themeFill="accent5" w:themeFillShade="BF"/>
      </w:tcPr>
    </w:tblStylePr>
    <w:tblStylePr w:type="band1Vert">
      <w:tblPr/>
      <w:tcPr>
        <w:shd w:val="clear" w:color="auto" w:fill="9FB8C5" w:themeFill="accent5" w:themeFillTint="7F"/>
      </w:tcPr>
    </w:tblStylePr>
    <w:tblStylePr w:type="band1Horz">
      <w:tblPr/>
      <w:tcPr>
        <w:shd w:val="clear" w:color="auto" w:fill="9FB8C5" w:themeFill="accent5" w:themeFillTint="7F"/>
      </w:tcPr>
    </w:tblStylePr>
  </w:style>
  <w:style w:type="table" w:styleId="ColorfulGrid-Accent6">
    <w:name w:val="Colorful Grid Accent 6"/>
    <w:basedOn w:val="TableNormal"/>
    <w:uiPriority w:val="73"/>
    <w:rsid w:val="00CB0664"/>
    <w:pPr>
      <w:spacing w:after="0" w:line="240" w:lineRule="auto"/>
    </w:pPr>
    <w:rPr>
      <w:color w:val="2A2622" w:themeColor="text1"/>
    </w:rPr>
    <w:tblPr>
      <w:tblStyleRowBandSize w:val="1"/>
      <w:tblStyleColBandSize w:val="1"/>
      <w:tblBorders>
        <w:insideH w:val="single" w:sz="4" w:space="0" w:color="F5F0E7" w:themeColor="background1"/>
      </w:tblBorders>
    </w:tblPr>
    <w:tcPr>
      <w:shd w:val="clear" w:color="auto" w:fill="EAEAE9" w:themeFill="accent6" w:themeFillTint="33"/>
    </w:tcPr>
    <w:tblStylePr w:type="firstRow">
      <w:rPr>
        <w:b/>
        <w:bCs/>
      </w:rPr>
      <w:tblPr/>
      <w:tcPr>
        <w:shd w:val="clear" w:color="auto" w:fill="D6D5D4" w:themeFill="accent6" w:themeFillTint="66"/>
      </w:tcPr>
    </w:tblStylePr>
    <w:tblStylePr w:type="lastRow">
      <w:rPr>
        <w:b/>
        <w:bCs/>
        <w:color w:val="2A2622" w:themeColor="text1"/>
      </w:rPr>
      <w:tblPr/>
      <w:tcPr>
        <w:shd w:val="clear" w:color="auto" w:fill="D6D5D4" w:themeFill="accent6" w:themeFillTint="66"/>
      </w:tcPr>
    </w:tblStylePr>
    <w:tblStylePr w:type="firstCol">
      <w:rPr>
        <w:color w:val="F5F0E7" w:themeColor="background1"/>
      </w:rPr>
      <w:tblPr/>
      <w:tcPr>
        <w:shd w:val="clear" w:color="auto" w:fill="74706E" w:themeFill="accent6" w:themeFillShade="BF"/>
      </w:tcPr>
    </w:tblStylePr>
    <w:tblStylePr w:type="lastCol">
      <w:rPr>
        <w:color w:val="F5F0E7" w:themeColor="background1"/>
      </w:rPr>
      <w:tblPr/>
      <w:tcPr>
        <w:shd w:val="clear" w:color="auto" w:fill="74706E" w:themeFill="accent6" w:themeFillShade="BF"/>
      </w:tcPr>
    </w:tblStylePr>
    <w:tblStylePr w:type="band1Vert">
      <w:tblPr/>
      <w:tcPr>
        <w:shd w:val="clear" w:color="auto" w:fill="CCCBCA" w:themeFill="accent6" w:themeFillTint="7F"/>
      </w:tcPr>
    </w:tblStylePr>
    <w:tblStylePr w:type="band1Horz">
      <w:tblPr/>
      <w:tcPr>
        <w:shd w:val="clear" w:color="auto" w:fill="CCCBCA" w:themeFill="accent6" w:themeFillTint="7F"/>
      </w:tcPr>
    </w:tblStylePr>
  </w:style>
  <w:style w:type="paragraph" w:styleId="Revision">
    <w:name w:val="Revision"/>
    <w:hidden/>
    <w:uiPriority w:val="99"/>
    <w:semiHidden/>
    <w:rsid w:val="009E0328"/>
    <w:pPr>
      <w:spacing w:after="0" w:line="240" w:lineRule="auto"/>
    </w:pPr>
  </w:style>
  <w:style w:type="character" w:styleId="CommentReference">
    <w:name w:val="annotation reference"/>
    <w:basedOn w:val="DefaultParagraphFont"/>
    <w:uiPriority w:val="99"/>
    <w:semiHidden/>
    <w:unhideWhenUsed/>
    <w:rsid w:val="009E0328"/>
    <w:rPr>
      <w:sz w:val="16"/>
      <w:szCs w:val="16"/>
    </w:rPr>
  </w:style>
  <w:style w:type="paragraph" w:styleId="CommentText">
    <w:name w:val="annotation text"/>
    <w:basedOn w:val="Normal"/>
    <w:link w:val="CommentTextChar"/>
    <w:uiPriority w:val="99"/>
    <w:unhideWhenUsed/>
    <w:rsid w:val="009E0328"/>
    <w:pPr>
      <w:spacing w:line="240" w:lineRule="auto"/>
    </w:pPr>
    <w:rPr>
      <w:sz w:val="20"/>
      <w:szCs w:val="20"/>
    </w:rPr>
  </w:style>
  <w:style w:type="character" w:customStyle="1" w:styleId="CommentTextChar">
    <w:name w:val="Comment Text Char"/>
    <w:basedOn w:val="DefaultParagraphFont"/>
    <w:link w:val="CommentText"/>
    <w:uiPriority w:val="99"/>
    <w:rsid w:val="009E0328"/>
    <w:rPr>
      <w:sz w:val="20"/>
      <w:szCs w:val="20"/>
    </w:rPr>
  </w:style>
  <w:style w:type="paragraph" w:styleId="CommentSubject">
    <w:name w:val="annotation subject"/>
    <w:basedOn w:val="CommentText"/>
    <w:next w:val="CommentText"/>
    <w:link w:val="CommentSubjectChar"/>
    <w:uiPriority w:val="99"/>
    <w:semiHidden/>
    <w:unhideWhenUsed/>
    <w:rsid w:val="009E0328"/>
    <w:rPr>
      <w:b/>
      <w:bCs/>
    </w:rPr>
  </w:style>
  <w:style w:type="character" w:customStyle="1" w:styleId="CommentSubjectChar">
    <w:name w:val="Comment Subject Char"/>
    <w:basedOn w:val="CommentTextChar"/>
    <w:link w:val="CommentSubject"/>
    <w:uiPriority w:val="99"/>
    <w:semiHidden/>
    <w:rsid w:val="009E0328"/>
    <w:rPr>
      <w:b/>
      <w:bCs/>
      <w:sz w:val="20"/>
      <w:szCs w:val="20"/>
    </w:rPr>
  </w:style>
  <w:style w:type="paragraph" w:customStyle="1" w:styleId="NoteParagraph">
    <w:name w:val="NoteParagraph"/>
    <w:rsid w:val="002561AA"/>
    <w:pPr>
      <w:spacing w:after="60" w:line="259" w:lineRule="auto"/>
    </w:pPr>
    <w:rPr>
      <w:rFonts w:ascii="Aptos" w:hAnsi="Aptos"/>
      <w:color w:val="2B3135"/>
      <w:sz w:val="20"/>
    </w:rPr>
  </w:style>
  <w:style w:type="paragraph" w:styleId="NormalWeb">
    <w:name w:val="Normal (Web)"/>
    <w:basedOn w:val="Normal"/>
    <w:uiPriority w:val="99"/>
    <w:semiHidden/>
    <w:unhideWhenUsed/>
    <w:rsid w:val="006162AC"/>
    <w:pPr>
      <w:spacing w:before="100" w:beforeAutospacing="1" w:after="100" w:afterAutospacing="1" w:line="240" w:lineRule="auto"/>
    </w:pPr>
    <w:rPr>
      <w:rFonts w:ascii="Times New Roman" w:eastAsia="Times New Roman" w:hAnsi="Times New Roman" w:cs="Times New Roman"/>
      <w:sz w:val="24"/>
      <w:szCs w:val="24"/>
    </w:rPr>
  </w:style>
  <w:style w:type="table" w:styleId="GridTable5Dark-Accent1">
    <w:name w:val="Grid Table 5 Dark Accent 1"/>
    <w:basedOn w:val="TableNormal"/>
    <w:uiPriority w:val="50"/>
    <w:rsid w:val="006162AC"/>
    <w:pPr>
      <w:spacing w:after="0" w:line="240" w:lineRule="auto"/>
    </w:pPr>
    <w:tblPr>
      <w:tblStyleRowBandSize w:val="1"/>
      <w:tblStyleColBandSize w:val="1"/>
      <w:tblBorders>
        <w:top w:val="single" w:sz="4" w:space="0" w:color="F5F0E7" w:themeColor="background1"/>
        <w:left w:val="single" w:sz="4" w:space="0" w:color="F5F0E7" w:themeColor="background1"/>
        <w:bottom w:val="single" w:sz="4" w:space="0" w:color="F5F0E7" w:themeColor="background1"/>
        <w:right w:val="single" w:sz="4" w:space="0" w:color="F5F0E7" w:themeColor="background1"/>
        <w:insideH w:val="single" w:sz="4" w:space="0" w:color="F5F0E7" w:themeColor="background1"/>
        <w:insideV w:val="single" w:sz="4" w:space="0" w:color="F5F0E7" w:themeColor="background1"/>
      </w:tblBorders>
    </w:tblPr>
    <w:tcPr>
      <w:shd w:val="clear" w:color="auto" w:fill="E8F1EF" w:themeFill="accent1" w:themeFillTint="33"/>
    </w:tcPr>
    <w:tblStylePr w:type="firstRow">
      <w:rPr>
        <w:b/>
        <w:bCs/>
        <w:color w:val="F5F0E7" w:themeColor="background1"/>
      </w:rPr>
      <w:tblPr/>
      <w:tcPr>
        <w:tcBorders>
          <w:top w:val="single" w:sz="4" w:space="0" w:color="F5F0E7" w:themeColor="background1"/>
          <w:left w:val="single" w:sz="4" w:space="0" w:color="F5F0E7" w:themeColor="background1"/>
          <w:right w:val="single" w:sz="4" w:space="0" w:color="F5F0E7" w:themeColor="background1"/>
          <w:insideH w:val="nil"/>
          <w:insideV w:val="nil"/>
        </w:tcBorders>
        <w:shd w:val="clear" w:color="auto" w:fill="8FBDB3" w:themeFill="accent1"/>
      </w:tcPr>
    </w:tblStylePr>
    <w:tblStylePr w:type="lastRow">
      <w:rPr>
        <w:b/>
        <w:bCs/>
        <w:color w:val="F5F0E7" w:themeColor="background1"/>
      </w:rPr>
      <w:tblPr/>
      <w:tcPr>
        <w:tcBorders>
          <w:left w:val="single" w:sz="4" w:space="0" w:color="F5F0E7" w:themeColor="background1"/>
          <w:bottom w:val="single" w:sz="4" w:space="0" w:color="F5F0E7" w:themeColor="background1"/>
          <w:right w:val="single" w:sz="4" w:space="0" w:color="F5F0E7" w:themeColor="background1"/>
          <w:insideH w:val="nil"/>
          <w:insideV w:val="nil"/>
        </w:tcBorders>
        <w:shd w:val="clear" w:color="auto" w:fill="8FBDB3" w:themeFill="accent1"/>
      </w:tcPr>
    </w:tblStylePr>
    <w:tblStylePr w:type="firstCol">
      <w:rPr>
        <w:b/>
        <w:bCs/>
        <w:color w:val="F5F0E7" w:themeColor="background1"/>
      </w:rPr>
      <w:tblPr/>
      <w:tcPr>
        <w:tcBorders>
          <w:top w:val="single" w:sz="4" w:space="0" w:color="F5F0E7" w:themeColor="background1"/>
          <w:left w:val="single" w:sz="4" w:space="0" w:color="F5F0E7" w:themeColor="background1"/>
          <w:bottom w:val="single" w:sz="4" w:space="0" w:color="F5F0E7" w:themeColor="background1"/>
          <w:insideV w:val="nil"/>
        </w:tcBorders>
        <w:shd w:val="clear" w:color="auto" w:fill="8FBDB3" w:themeFill="accent1"/>
      </w:tcPr>
    </w:tblStylePr>
    <w:tblStylePr w:type="lastCol">
      <w:rPr>
        <w:b/>
        <w:bCs/>
        <w:color w:val="F5F0E7" w:themeColor="background1"/>
      </w:rPr>
      <w:tblPr/>
      <w:tcPr>
        <w:tcBorders>
          <w:top w:val="single" w:sz="4" w:space="0" w:color="F5F0E7" w:themeColor="background1"/>
          <w:bottom w:val="single" w:sz="4" w:space="0" w:color="F5F0E7" w:themeColor="background1"/>
          <w:right w:val="single" w:sz="4" w:space="0" w:color="F5F0E7" w:themeColor="background1"/>
          <w:insideV w:val="nil"/>
        </w:tcBorders>
        <w:shd w:val="clear" w:color="auto" w:fill="8FBDB3" w:themeFill="accent1"/>
      </w:tcPr>
    </w:tblStylePr>
    <w:tblStylePr w:type="band1Vert">
      <w:tblPr/>
      <w:tcPr>
        <w:shd w:val="clear" w:color="auto" w:fill="D2E4E0" w:themeFill="accent1" w:themeFillTint="66"/>
      </w:tcPr>
    </w:tblStylePr>
    <w:tblStylePr w:type="band1Horz">
      <w:tblPr/>
      <w:tcPr>
        <w:shd w:val="clear" w:color="auto" w:fill="D2E4E0" w:themeFill="accent1" w:themeFillTint="66"/>
      </w:tcPr>
    </w:tblStylePr>
  </w:style>
  <w:style w:type="table" w:styleId="GridTable5Dark-Accent2">
    <w:name w:val="Grid Table 5 Dark Accent 2"/>
    <w:basedOn w:val="TableNormal"/>
    <w:uiPriority w:val="50"/>
    <w:rsid w:val="00570E3F"/>
    <w:pPr>
      <w:spacing w:after="0" w:line="240" w:lineRule="auto"/>
    </w:pPr>
    <w:tblPr>
      <w:tblStyleRowBandSize w:val="1"/>
      <w:tblStyleColBandSize w:val="1"/>
      <w:tblBorders>
        <w:top w:val="single" w:sz="4" w:space="0" w:color="F5F0E7" w:themeColor="background1"/>
        <w:left w:val="single" w:sz="4" w:space="0" w:color="F5F0E7" w:themeColor="background1"/>
        <w:bottom w:val="single" w:sz="4" w:space="0" w:color="F5F0E7" w:themeColor="background1"/>
        <w:right w:val="single" w:sz="4" w:space="0" w:color="F5F0E7" w:themeColor="background1"/>
        <w:insideH w:val="single" w:sz="4" w:space="0" w:color="F5F0E7" w:themeColor="background1"/>
        <w:insideV w:val="single" w:sz="4" w:space="0" w:color="F5F0E7" w:themeColor="background1"/>
      </w:tblBorders>
    </w:tblPr>
    <w:tcPr>
      <w:shd w:val="clear" w:color="auto" w:fill="F5E1E0" w:themeFill="accent2" w:themeFillTint="33"/>
    </w:tcPr>
    <w:tblStylePr w:type="firstRow">
      <w:rPr>
        <w:b/>
        <w:bCs/>
        <w:color w:val="F5F0E7" w:themeColor="background1"/>
      </w:rPr>
      <w:tblPr/>
      <w:tcPr>
        <w:tcBorders>
          <w:top w:val="single" w:sz="4" w:space="0" w:color="F5F0E7" w:themeColor="background1"/>
          <w:left w:val="single" w:sz="4" w:space="0" w:color="F5F0E7" w:themeColor="background1"/>
          <w:right w:val="single" w:sz="4" w:space="0" w:color="F5F0E7" w:themeColor="background1"/>
          <w:insideH w:val="nil"/>
          <w:insideV w:val="nil"/>
        </w:tcBorders>
        <w:shd w:val="clear" w:color="auto" w:fill="D16E66" w:themeFill="accent2"/>
      </w:tcPr>
    </w:tblStylePr>
    <w:tblStylePr w:type="lastRow">
      <w:rPr>
        <w:b/>
        <w:bCs/>
        <w:color w:val="F5F0E7" w:themeColor="background1"/>
      </w:rPr>
      <w:tblPr/>
      <w:tcPr>
        <w:tcBorders>
          <w:left w:val="single" w:sz="4" w:space="0" w:color="F5F0E7" w:themeColor="background1"/>
          <w:bottom w:val="single" w:sz="4" w:space="0" w:color="F5F0E7" w:themeColor="background1"/>
          <w:right w:val="single" w:sz="4" w:space="0" w:color="F5F0E7" w:themeColor="background1"/>
          <w:insideH w:val="nil"/>
          <w:insideV w:val="nil"/>
        </w:tcBorders>
        <w:shd w:val="clear" w:color="auto" w:fill="D16E66" w:themeFill="accent2"/>
      </w:tcPr>
    </w:tblStylePr>
    <w:tblStylePr w:type="firstCol">
      <w:rPr>
        <w:b/>
        <w:bCs/>
        <w:color w:val="F5F0E7" w:themeColor="background1"/>
      </w:rPr>
      <w:tblPr/>
      <w:tcPr>
        <w:tcBorders>
          <w:top w:val="single" w:sz="4" w:space="0" w:color="F5F0E7" w:themeColor="background1"/>
          <w:left w:val="single" w:sz="4" w:space="0" w:color="F5F0E7" w:themeColor="background1"/>
          <w:bottom w:val="single" w:sz="4" w:space="0" w:color="F5F0E7" w:themeColor="background1"/>
          <w:insideV w:val="nil"/>
        </w:tcBorders>
        <w:shd w:val="clear" w:color="auto" w:fill="D16E66" w:themeFill="accent2"/>
      </w:tcPr>
    </w:tblStylePr>
    <w:tblStylePr w:type="lastCol">
      <w:rPr>
        <w:b/>
        <w:bCs/>
        <w:color w:val="F5F0E7" w:themeColor="background1"/>
      </w:rPr>
      <w:tblPr/>
      <w:tcPr>
        <w:tcBorders>
          <w:top w:val="single" w:sz="4" w:space="0" w:color="F5F0E7" w:themeColor="background1"/>
          <w:bottom w:val="single" w:sz="4" w:space="0" w:color="F5F0E7" w:themeColor="background1"/>
          <w:right w:val="single" w:sz="4" w:space="0" w:color="F5F0E7" w:themeColor="background1"/>
          <w:insideV w:val="nil"/>
        </w:tcBorders>
        <w:shd w:val="clear" w:color="auto" w:fill="D16E66" w:themeFill="accent2"/>
      </w:tcPr>
    </w:tblStylePr>
    <w:tblStylePr w:type="band1Vert">
      <w:tblPr/>
      <w:tcPr>
        <w:shd w:val="clear" w:color="auto" w:fill="ECC4C1" w:themeFill="accent2" w:themeFillTint="66"/>
      </w:tcPr>
    </w:tblStylePr>
    <w:tblStylePr w:type="band1Horz">
      <w:tblPr/>
      <w:tcPr>
        <w:shd w:val="clear" w:color="auto" w:fill="ECC4C1" w:themeFill="accent2" w:themeFillTint="66"/>
      </w:tcPr>
    </w:tblStylePr>
  </w:style>
  <w:style w:type="table" w:styleId="ListTable3-Accent5">
    <w:name w:val="List Table 3 Accent 5"/>
    <w:basedOn w:val="TableNormal"/>
    <w:uiPriority w:val="48"/>
    <w:rsid w:val="008B5FFD"/>
    <w:pPr>
      <w:spacing w:after="0" w:line="240" w:lineRule="auto"/>
    </w:pPr>
    <w:tblPr>
      <w:tblStyleRowBandSize w:val="1"/>
      <w:tblStyleColBandSize w:val="1"/>
      <w:tblBorders>
        <w:top w:val="single" w:sz="4" w:space="0" w:color="4D6E7F" w:themeColor="accent5"/>
        <w:left w:val="single" w:sz="4" w:space="0" w:color="4D6E7F" w:themeColor="accent5"/>
        <w:bottom w:val="single" w:sz="4" w:space="0" w:color="4D6E7F" w:themeColor="accent5"/>
        <w:right w:val="single" w:sz="4" w:space="0" w:color="4D6E7F" w:themeColor="accent5"/>
      </w:tblBorders>
    </w:tblPr>
    <w:tblStylePr w:type="firstRow">
      <w:rPr>
        <w:b/>
        <w:bCs/>
        <w:color w:val="F5F0E7" w:themeColor="background1"/>
      </w:rPr>
      <w:tblPr/>
      <w:tcPr>
        <w:shd w:val="clear" w:color="auto" w:fill="4D6E7F" w:themeFill="accent5"/>
      </w:tcPr>
    </w:tblStylePr>
    <w:tblStylePr w:type="lastRow">
      <w:rPr>
        <w:b/>
        <w:bCs/>
      </w:rPr>
      <w:tblPr/>
      <w:tcPr>
        <w:tcBorders>
          <w:top w:val="double" w:sz="4" w:space="0" w:color="4D6E7F" w:themeColor="accent5"/>
        </w:tcBorders>
        <w:shd w:val="clear" w:color="auto" w:fill="F5F0E7" w:themeFill="background1"/>
      </w:tcPr>
    </w:tblStylePr>
    <w:tblStylePr w:type="firstCol">
      <w:rPr>
        <w:b/>
        <w:bCs/>
      </w:rPr>
      <w:tblPr/>
      <w:tcPr>
        <w:tcBorders>
          <w:right w:val="nil"/>
        </w:tcBorders>
        <w:shd w:val="clear" w:color="auto" w:fill="F5F0E7" w:themeFill="background1"/>
      </w:tcPr>
    </w:tblStylePr>
    <w:tblStylePr w:type="lastCol">
      <w:rPr>
        <w:b/>
        <w:bCs/>
      </w:rPr>
      <w:tblPr/>
      <w:tcPr>
        <w:tcBorders>
          <w:left w:val="nil"/>
        </w:tcBorders>
        <w:shd w:val="clear" w:color="auto" w:fill="F5F0E7" w:themeFill="background1"/>
      </w:tcPr>
    </w:tblStylePr>
    <w:tblStylePr w:type="band1Vert">
      <w:tblPr/>
      <w:tcPr>
        <w:tcBorders>
          <w:left w:val="single" w:sz="4" w:space="0" w:color="4D6E7F" w:themeColor="accent5"/>
          <w:right w:val="single" w:sz="4" w:space="0" w:color="4D6E7F" w:themeColor="accent5"/>
        </w:tcBorders>
      </w:tcPr>
    </w:tblStylePr>
    <w:tblStylePr w:type="band1Horz">
      <w:tblPr/>
      <w:tcPr>
        <w:tcBorders>
          <w:top w:val="single" w:sz="4" w:space="0" w:color="4D6E7F" w:themeColor="accent5"/>
          <w:bottom w:val="single" w:sz="4" w:space="0" w:color="4D6E7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6E7F" w:themeColor="accent5"/>
          <w:left w:val="nil"/>
        </w:tcBorders>
      </w:tcPr>
    </w:tblStylePr>
    <w:tblStylePr w:type="swCell">
      <w:tblPr/>
      <w:tcPr>
        <w:tcBorders>
          <w:top w:val="double" w:sz="4" w:space="0" w:color="4D6E7F" w:themeColor="accent5"/>
          <w:right w:val="nil"/>
        </w:tcBorders>
      </w:tcPr>
    </w:tblStylePr>
  </w:style>
  <w:style w:type="table" w:styleId="ListTable4-Accent5">
    <w:name w:val="List Table 4 Accent 5"/>
    <w:basedOn w:val="TableNormal"/>
    <w:uiPriority w:val="49"/>
    <w:rsid w:val="00116319"/>
    <w:pPr>
      <w:spacing w:after="0" w:line="240" w:lineRule="auto"/>
    </w:pPr>
    <w:tblPr>
      <w:tblStyleRowBandSize w:val="1"/>
      <w:tblStyleColBandSize w:val="1"/>
      <w:tblBorders>
        <w:top w:val="single" w:sz="4" w:space="0" w:color="8CAAB9" w:themeColor="accent5" w:themeTint="99"/>
        <w:left w:val="single" w:sz="4" w:space="0" w:color="8CAAB9" w:themeColor="accent5" w:themeTint="99"/>
        <w:bottom w:val="single" w:sz="4" w:space="0" w:color="8CAAB9" w:themeColor="accent5" w:themeTint="99"/>
        <w:right w:val="single" w:sz="4" w:space="0" w:color="8CAAB9" w:themeColor="accent5" w:themeTint="99"/>
        <w:insideH w:val="single" w:sz="4" w:space="0" w:color="8CAAB9" w:themeColor="accent5" w:themeTint="99"/>
      </w:tblBorders>
    </w:tblPr>
    <w:tblStylePr w:type="firstRow">
      <w:rPr>
        <w:b/>
        <w:bCs/>
        <w:color w:val="F5F0E7" w:themeColor="background1"/>
      </w:rPr>
      <w:tblPr/>
      <w:tcPr>
        <w:tcBorders>
          <w:top w:val="single" w:sz="4" w:space="0" w:color="4D6E7F" w:themeColor="accent5"/>
          <w:left w:val="single" w:sz="4" w:space="0" w:color="4D6E7F" w:themeColor="accent5"/>
          <w:bottom w:val="single" w:sz="4" w:space="0" w:color="4D6E7F" w:themeColor="accent5"/>
          <w:right w:val="single" w:sz="4" w:space="0" w:color="4D6E7F" w:themeColor="accent5"/>
          <w:insideH w:val="nil"/>
        </w:tcBorders>
        <w:shd w:val="clear" w:color="auto" w:fill="4D6E7F" w:themeFill="accent5"/>
      </w:tcPr>
    </w:tblStylePr>
    <w:tblStylePr w:type="lastRow">
      <w:rPr>
        <w:b/>
        <w:bCs/>
      </w:rPr>
      <w:tblPr/>
      <w:tcPr>
        <w:tcBorders>
          <w:top w:val="double" w:sz="4" w:space="0" w:color="8CAAB9" w:themeColor="accent5" w:themeTint="99"/>
        </w:tcBorders>
      </w:tcPr>
    </w:tblStylePr>
    <w:tblStylePr w:type="firstCol">
      <w:rPr>
        <w:b/>
        <w:bCs/>
      </w:rPr>
    </w:tblStylePr>
    <w:tblStylePr w:type="lastCol">
      <w:rPr>
        <w:b/>
        <w:bCs/>
      </w:rPr>
    </w:tblStylePr>
    <w:tblStylePr w:type="band1Vert">
      <w:tblPr/>
      <w:tcPr>
        <w:shd w:val="clear" w:color="auto" w:fill="D8E2E8" w:themeFill="accent5" w:themeFillTint="33"/>
      </w:tcPr>
    </w:tblStylePr>
    <w:tblStylePr w:type="band1Horz">
      <w:tblPr/>
      <w:tcPr>
        <w:shd w:val="clear" w:color="auto" w:fill="D8E2E8" w:themeFill="accent5" w:themeFillTint="33"/>
      </w:tcPr>
    </w:tblStylePr>
  </w:style>
  <w:style w:type="table" w:styleId="ListTable3-Accent4">
    <w:name w:val="List Table 3 Accent 4"/>
    <w:basedOn w:val="TableNormal"/>
    <w:uiPriority w:val="48"/>
    <w:rsid w:val="00116319"/>
    <w:pPr>
      <w:spacing w:after="0" w:line="240" w:lineRule="auto"/>
    </w:pPr>
    <w:tblPr>
      <w:tblStyleRowBandSize w:val="1"/>
      <w:tblStyleColBandSize w:val="1"/>
      <w:tblBorders>
        <w:top w:val="single" w:sz="4" w:space="0" w:color="7E9777" w:themeColor="accent4"/>
        <w:left w:val="single" w:sz="4" w:space="0" w:color="7E9777" w:themeColor="accent4"/>
        <w:bottom w:val="single" w:sz="4" w:space="0" w:color="7E9777" w:themeColor="accent4"/>
        <w:right w:val="single" w:sz="4" w:space="0" w:color="7E9777" w:themeColor="accent4"/>
      </w:tblBorders>
    </w:tblPr>
    <w:tblStylePr w:type="firstRow">
      <w:rPr>
        <w:b/>
        <w:bCs/>
        <w:color w:val="F5F0E7" w:themeColor="background1"/>
      </w:rPr>
      <w:tblPr/>
      <w:tcPr>
        <w:shd w:val="clear" w:color="auto" w:fill="7E9777" w:themeFill="accent4"/>
      </w:tcPr>
    </w:tblStylePr>
    <w:tblStylePr w:type="lastRow">
      <w:rPr>
        <w:b/>
        <w:bCs/>
      </w:rPr>
      <w:tblPr/>
      <w:tcPr>
        <w:tcBorders>
          <w:top w:val="double" w:sz="4" w:space="0" w:color="7E9777" w:themeColor="accent4"/>
        </w:tcBorders>
        <w:shd w:val="clear" w:color="auto" w:fill="F5F0E7" w:themeFill="background1"/>
      </w:tcPr>
    </w:tblStylePr>
    <w:tblStylePr w:type="firstCol">
      <w:rPr>
        <w:b/>
        <w:bCs/>
      </w:rPr>
      <w:tblPr/>
      <w:tcPr>
        <w:tcBorders>
          <w:right w:val="nil"/>
        </w:tcBorders>
        <w:shd w:val="clear" w:color="auto" w:fill="F5F0E7" w:themeFill="background1"/>
      </w:tcPr>
    </w:tblStylePr>
    <w:tblStylePr w:type="lastCol">
      <w:rPr>
        <w:b/>
        <w:bCs/>
      </w:rPr>
      <w:tblPr/>
      <w:tcPr>
        <w:tcBorders>
          <w:left w:val="nil"/>
        </w:tcBorders>
        <w:shd w:val="clear" w:color="auto" w:fill="F5F0E7" w:themeFill="background1"/>
      </w:tcPr>
    </w:tblStylePr>
    <w:tblStylePr w:type="band1Vert">
      <w:tblPr/>
      <w:tcPr>
        <w:tcBorders>
          <w:left w:val="single" w:sz="4" w:space="0" w:color="7E9777" w:themeColor="accent4"/>
          <w:right w:val="single" w:sz="4" w:space="0" w:color="7E9777" w:themeColor="accent4"/>
        </w:tcBorders>
      </w:tcPr>
    </w:tblStylePr>
    <w:tblStylePr w:type="band1Horz">
      <w:tblPr/>
      <w:tcPr>
        <w:tcBorders>
          <w:top w:val="single" w:sz="4" w:space="0" w:color="7E9777" w:themeColor="accent4"/>
          <w:bottom w:val="single" w:sz="4" w:space="0" w:color="7E977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9777" w:themeColor="accent4"/>
          <w:left w:val="nil"/>
        </w:tcBorders>
      </w:tcPr>
    </w:tblStylePr>
    <w:tblStylePr w:type="swCell">
      <w:tblPr/>
      <w:tcPr>
        <w:tcBorders>
          <w:top w:val="double" w:sz="4" w:space="0" w:color="7E9777" w:themeColor="accent4"/>
          <w:right w:val="nil"/>
        </w:tcBorders>
      </w:tcPr>
    </w:tblStylePr>
  </w:style>
  <w:style w:type="paragraph" w:customStyle="1" w:styleId="TableParagraph">
    <w:name w:val="Table Paragraph"/>
    <w:basedOn w:val="Normal"/>
    <w:uiPriority w:val="1"/>
    <w:qFormat/>
    <w:rsid w:val="003C5096"/>
    <w:pPr>
      <w:widowControl w:val="0"/>
      <w:autoSpaceDE w:val="0"/>
      <w:autoSpaceDN w:val="0"/>
      <w:spacing w:after="0" w:line="240" w:lineRule="auto"/>
    </w:pPr>
    <w:rPr>
      <w:rFonts w:ascii="Calibri" w:eastAsia="Calibri" w:hAnsi="Calibri" w:cs="Calibri"/>
    </w:rPr>
  </w:style>
  <w:style w:type="table" w:styleId="GridTable5Dark-Accent3">
    <w:name w:val="Grid Table 5 Dark Accent 3"/>
    <w:basedOn w:val="TableNormal"/>
    <w:uiPriority w:val="50"/>
    <w:rsid w:val="003673F9"/>
    <w:pPr>
      <w:spacing w:after="0" w:line="240" w:lineRule="auto"/>
    </w:pPr>
    <w:rPr>
      <w:rFonts w:ascii="Times New Roman" w:eastAsia="Times New Roman" w:hAnsi="Times New Roman" w:cs="Times New Roman"/>
      <w:sz w:val="24"/>
      <w:szCs w:val="24"/>
    </w:rPr>
    <w:tblPr>
      <w:tblStyleRowBandSize w:val="1"/>
      <w:tblStyleColBandSize w:val="1"/>
      <w:tblBorders>
        <w:top w:val="single" w:sz="4" w:space="0" w:color="F5F0E7" w:themeColor="background1"/>
        <w:left w:val="single" w:sz="4" w:space="0" w:color="F5F0E7" w:themeColor="background1"/>
        <w:bottom w:val="single" w:sz="4" w:space="0" w:color="F5F0E7" w:themeColor="background1"/>
        <w:right w:val="single" w:sz="4" w:space="0" w:color="F5F0E7" w:themeColor="background1"/>
        <w:insideH w:val="single" w:sz="4" w:space="0" w:color="F5F0E7" w:themeColor="background1"/>
        <w:insideV w:val="single" w:sz="4" w:space="0" w:color="F5F0E7" w:themeColor="background1"/>
      </w:tblBorders>
    </w:tblPr>
    <w:tcPr>
      <w:shd w:val="clear" w:color="auto" w:fill="FBF8F4" w:themeFill="accent3" w:themeFillTint="33"/>
    </w:tcPr>
    <w:tblStylePr w:type="firstRow">
      <w:rPr>
        <w:rFonts w:ascii="Noto Sans" w:hAnsi="Noto Sans"/>
        <w:b/>
        <w:bCs/>
        <w:color w:val="F5F0E7" w:themeColor="background1"/>
        <w:sz w:val="28"/>
      </w:rPr>
      <w:tblPr/>
      <w:tcPr>
        <w:shd w:val="clear" w:color="auto" w:fill="3D835E"/>
      </w:tcPr>
    </w:tblStylePr>
    <w:tblStylePr w:type="lastRow">
      <w:rPr>
        <w:b/>
        <w:bCs/>
        <w:color w:val="F5F0E7" w:themeColor="background1"/>
      </w:rPr>
      <w:tblPr/>
      <w:tcPr>
        <w:tcBorders>
          <w:left w:val="single" w:sz="4" w:space="0" w:color="F5F0E7" w:themeColor="background1"/>
          <w:bottom w:val="single" w:sz="4" w:space="0" w:color="F5F0E7" w:themeColor="background1"/>
          <w:right w:val="single" w:sz="4" w:space="0" w:color="F5F0E7" w:themeColor="background1"/>
          <w:insideH w:val="nil"/>
          <w:insideV w:val="nil"/>
        </w:tcBorders>
        <w:shd w:val="clear" w:color="auto" w:fill="ECE1CD" w:themeFill="accent3"/>
      </w:tcPr>
    </w:tblStylePr>
    <w:tblStylePr w:type="firstCol">
      <w:rPr>
        <w:b/>
        <w:bCs/>
        <w:color w:val="auto"/>
      </w:rPr>
      <w:tblPr/>
      <w:tcPr>
        <w:shd w:val="clear" w:color="auto" w:fill="5AB284"/>
      </w:tcPr>
    </w:tblStylePr>
    <w:tblStylePr w:type="lastCol">
      <w:rPr>
        <w:b/>
        <w:bCs/>
        <w:color w:val="F5F0E7" w:themeColor="background1"/>
      </w:rPr>
      <w:tblPr/>
      <w:tcPr>
        <w:tcBorders>
          <w:top w:val="single" w:sz="4" w:space="0" w:color="F5F0E7" w:themeColor="background1"/>
          <w:bottom w:val="single" w:sz="4" w:space="0" w:color="F5F0E7" w:themeColor="background1"/>
          <w:right w:val="single" w:sz="4" w:space="0" w:color="F5F0E7" w:themeColor="background1"/>
          <w:insideV w:val="nil"/>
        </w:tcBorders>
        <w:shd w:val="clear" w:color="auto" w:fill="ECE1CD" w:themeFill="accent3"/>
      </w:tcPr>
    </w:tblStylePr>
    <w:tblStylePr w:type="band1Vert">
      <w:tblPr/>
      <w:tcPr>
        <w:shd w:val="clear" w:color="auto" w:fill="F7F2EA" w:themeFill="accent3" w:themeFillTint="66"/>
      </w:tcPr>
    </w:tblStylePr>
    <w:tblStylePr w:type="band1Horz">
      <w:tblPr/>
      <w:tcPr>
        <w:shd w:val="clear" w:color="auto" w:fill="A7D5BD"/>
      </w:tcPr>
    </w:tblStylePr>
    <w:tblStylePr w:type="band2Horz">
      <w:tblPr/>
      <w:tcPr>
        <w:shd w:val="clear" w:color="auto" w:fill="C9E5D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microsoft.com/office/2007/relationships/hdphoto" Target="media/hdphoto3.wdp"/><Relationship Id="rId18" Type="http://schemas.openxmlformats.org/officeDocument/2006/relationships/image" Target="media/image6.png"/><Relationship Id="rId26" Type="http://schemas.openxmlformats.org/officeDocument/2006/relationships/image" Target="media/image10.png"/><Relationship Id="rId39" Type="http://schemas.microsoft.com/office/2007/relationships/hdphoto" Target="media/hdphoto16.wdp"/><Relationship Id="rId21" Type="http://schemas.microsoft.com/office/2007/relationships/hdphoto" Target="media/hdphoto7.wdp"/><Relationship Id="rId34" Type="http://schemas.openxmlformats.org/officeDocument/2006/relationships/image" Target="media/image14.png"/><Relationship Id="rId42" Type="http://schemas.openxmlformats.org/officeDocument/2006/relationships/image" Target="media/image18.png"/><Relationship Id="rId47" Type="http://schemas.microsoft.com/office/2007/relationships/hdphoto" Target="media/hdphoto20.wdp"/><Relationship Id="rId50" Type="http://schemas.openxmlformats.org/officeDocument/2006/relationships/header" Target="header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microsoft.com/office/2007/relationships/hdphoto" Target="media/hdphoto11.wdp"/><Relationship Id="rId11" Type="http://schemas.microsoft.com/office/2007/relationships/hdphoto" Target="media/hdphoto2.wdp"/><Relationship Id="rId24" Type="http://schemas.openxmlformats.org/officeDocument/2006/relationships/image" Target="media/image9.png"/><Relationship Id="rId32" Type="http://schemas.openxmlformats.org/officeDocument/2006/relationships/image" Target="media/image13.png"/><Relationship Id="rId37" Type="http://schemas.microsoft.com/office/2007/relationships/hdphoto" Target="media/hdphoto15.wdp"/><Relationship Id="rId40" Type="http://schemas.openxmlformats.org/officeDocument/2006/relationships/image" Target="media/image17.png"/><Relationship Id="rId45" Type="http://schemas.microsoft.com/office/2007/relationships/hdphoto" Target="media/hdphoto19.wdp"/><Relationship Id="rId53"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image" Target="media/image2.png"/><Relationship Id="rId19" Type="http://schemas.microsoft.com/office/2007/relationships/hdphoto" Target="media/hdphoto6.wdp"/><Relationship Id="rId31" Type="http://schemas.microsoft.com/office/2007/relationships/hdphoto" Target="media/hdphoto12.wdp"/><Relationship Id="rId44" Type="http://schemas.openxmlformats.org/officeDocument/2006/relationships/image" Target="media/image19.png"/><Relationship Id="rId52"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png"/><Relationship Id="rId22" Type="http://schemas.openxmlformats.org/officeDocument/2006/relationships/image" Target="media/image8.png"/><Relationship Id="rId27" Type="http://schemas.microsoft.com/office/2007/relationships/hdphoto" Target="media/hdphoto10.wdp"/><Relationship Id="rId30" Type="http://schemas.openxmlformats.org/officeDocument/2006/relationships/image" Target="media/image12.png"/><Relationship Id="rId35" Type="http://schemas.microsoft.com/office/2007/relationships/hdphoto" Target="media/hdphoto14.wdp"/><Relationship Id="rId43" Type="http://schemas.microsoft.com/office/2007/relationships/hdphoto" Target="media/hdphoto18.wdp"/><Relationship Id="rId48" Type="http://schemas.openxmlformats.org/officeDocument/2006/relationships/image" Target="media/image21.png"/><Relationship Id="rId8" Type="http://schemas.openxmlformats.org/officeDocument/2006/relationships/image" Target="media/image1.png"/><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image" Target="media/image3.png"/><Relationship Id="rId17" Type="http://schemas.microsoft.com/office/2007/relationships/hdphoto" Target="media/hdphoto5.wdp"/><Relationship Id="rId25" Type="http://schemas.microsoft.com/office/2007/relationships/hdphoto" Target="media/hdphoto9.wdp"/><Relationship Id="rId33" Type="http://schemas.microsoft.com/office/2007/relationships/hdphoto" Target="media/hdphoto13.wdp"/><Relationship Id="rId38" Type="http://schemas.openxmlformats.org/officeDocument/2006/relationships/image" Target="media/image16.png"/><Relationship Id="rId46" Type="http://schemas.openxmlformats.org/officeDocument/2006/relationships/image" Target="media/image20.png"/><Relationship Id="rId20" Type="http://schemas.openxmlformats.org/officeDocument/2006/relationships/image" Target="media/image7.png"/><Relationship Id="rId41" Type="http://schemas.microsoft.com/office/2007/relationships/hdphoto" Target="media/hdphoto17.wdp"/><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hdphoto" Target="media/hdphoto4.wdp"/><Relationship Id="rId23" Type="http://schemas.microsoft.com/office/2007/relationships/hdphoto" Target="media/hdphoto8.wdp"/><Relationship Id="rId28" Type="http://schemas.openxmlformats.org/officeDocument/2006/relationships/image" Target="media/image11.png"/><Relationship Id="rId36" Type="http://schemas.openxmlformats.org/officeDocument/2006/relationships/image" Target="media/image15.png"/><Relationship Id="rId49" Type="http://schemas.microsoft.com/office/2007/relationships/hdphoto" Target="media/hdphoto21.wdp"/></Relationships>
</file>

<file path=word/_rels/footer1.xml.rels><?xml version="1.0" encoding="UTF-8" standalone="yes"?>
<Relationships xmlns="http://schemas.openxmlformats.org/package/2006/relationships"><Relationship Id="rId1" Type="http://schemas.openxmlformats.org/officeDocument/2006/relationships/image" Target="media/image23.png"/></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_rels/header2.xml.rels><?xml version="1.0" encoding="UTF-8" standalone="yes"?>
<Relationships xmlns="http://schemas.openxmlformats.org/package/2006/relationships"><Relationship Id="rId1" Type="http://schemas.openxmlformats.org/officeDocument/2006/relationships/image" Target="media/image22.png"/></Relationships>
</file>

<file path=word/_rels/header3.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SHAPE Culture Change UVic Brand Template">
      <a:dk1>
        <a:srgbClr val="2A2622"/>
      </a:dk1>
      <a:lt1>
        <a:srgbClr val="F5F0E7"/>
      </a:lt1>
      <a:dk2>
        <a:srgbClr val="342F2B"/>
      </a:dk2>
      <a:lt2>
        <a:srgbClr val="F4EDE1"/>
      </a:lt2>
      <a:accent1>
        <a:srgbClr val="8FBDB3"/>
      </a:accent1>
      <a:accent2>
        <a:srgbClr val="D16E66"/>
      </a:accent2>
      <a:accent3>
        <a:srgbClr val="ECE1CD"/>
      </a:accent3>
      <a:accent4>
        <a:srgbClr val="7E9777"/>
      </a:accent4>
      <a:accent5>
        <a:srgbClr val="4D6E7F"/>
      </a:accent5>
      <a:accent6>
        <a:srgbClr val="9A9795"/>
      </a:accent6>
      <a:hlink>
        <a:srgbClr val="204A60"/>
      </a:hlink>
      <a:folHlink>
        <a:srgbClr val="5D5955"/>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9c61d377-9894-427c-b13b-1d6a51662b4e}" enabled="0" method="" siteId="{9c61d377-9894-427c-b13b-1d6a51662b4e}"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375</Words>
  <Characters>2138</Characters>
  <Application>Microsoft Office Word</Application>
  <DocSecurity>0</DocSecurity>
  <Lines>17</Lines>
  <Paragraphs>5</Paragraphs>
  <ScaleCrop>false</ScaleCrop>
  <Manager/>
  <Company/>
  <LinksUpToDate>false</LinksUpToDate>
  <CharactersWithSpaces>2508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Theatre Community Agreement</dc:title>
  <dc:subject>Foundational community agreement for Theatre relational practice sessions</dc:subject>
  <dc:creator>University of Victoria - working draft</dc:creator>
  <cp:keywords>community agreement, relational practice, Theatre, UVic</cp:keywords>
  <dc:description>generated by python-docx</dc:description>
  <cp:lastModifiedBy>Kai'a Brydon Hill</cp:lastModifiedBy>
  <cp:revision>2</cp:revision>
  <cp:lastPrinted>2026-10-16T21:54:00Z</cp:lastPrinted>
  <dcterms:created xsi:type="dcterms:W3CDTF">2026-10-23T21:56:00Z</dcterms:created>
  <dcterms:modified xsi:type="dcterms:W3CDTF">2026-10-23T21:56:00Z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1714855222</vt:i4>
  </property>
</Properties>
</file>